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视频上传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JavaScript 上传 SDK 为您提供上传媒体文件到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保利威云点播平台</w:t>
      </w:r>
      <w:r>
        <w:rPr>
          <w:rFonts w:ascii="Source Han Sans SC" w:hAnsi="Source Han Sans SC" w:eastAsia="Source Han Sans SC" w:cs="Source Han Sans SC" w:hint="eastAsia"/>
          <w:sz w:val="21"/>
        </w:rPr>
        <w:t>的开发工具包。</w:t>
      </w:r>
    </w:p>
    <w:p>
      <w:pPr>
        <w:pStyle w:val="Heading1"/>
      </w:pPr>
      <w:r>
        <w:t>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快捷上传多种格式的媒体文件。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支持上传时的各种设置，如文件标题、描述、标签、上传目录、是否开启课件优化处理等。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默认采用分片并发上传的方式，支持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断点续传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使用方法</w:t>
      </w:r>
    </w:p>
    <w:p>
      <w:pPr>
        <w:pStyle w:val="Heading2"/>
      </w:pPr>
      <w:r>
        <w:t>前提条件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使用本 SDK 前，要先开通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保利威云点播服务</w:t>
      </w:r>
      <w:r>
        <w:rPr>
          <w:rFonts w:ascii="Source Han Sans SC" w:hAnsi="Source Han Sans SC" w:eastAsia="Source Han Sans SC" w:cs="Source Han Sans SC" w:hint="eastAsia"/>
          <w:sz w:val="21"/>
        </w:rPr>
        <w:t>。如果您还不了解该服务，请登录产品主页查看，详见：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云点播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获取 secretKey 等相关信息用于用户身份校验，您可以在「云点播管理后台 -&gt; 设置 -&gt; API接口」页面中找到相关信息，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点击这里登录后台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浏览器支持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IE(&gt;=10)和Edge。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主流版本的 Chrome、Firefox、Safari。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以主流版本 Chrome 为核心的浏览器，如最新版本的 QQ 浏览器、360 浏览器等。</w:t>
      </w:r>
    </w:p>
    <w:p>
      <w:pPr>
        <w:pStyle w:val="Heading2"/>
      </w:pPr>
      <w:r>
        <w:t>集成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您可以选择以下任意一种方法调用本 SDK：</w:t>
      </w:r>
    </w:p>
    <w:p>
      <w:pPr>
        <w:pStyle w:val="Heading3"/>
      </w:pPr>
      <w:r>
        <w:t>方法一：引入在线资源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指定版本 --&gt;</w:t>
        <w:br/>
        <w:t>&lt;script src="//player.polyv.net/resp/vod-upload-js-sdk/1.2.3.3/vod-upload-js-sdk.min.js"&gt;&lt;/script&gt;</w:t>
        <w:br/>
        <w:t>&lt;!-- 注意，1.4.0版本或后续的版本， SDK的静态资源地址有变化 --&gt;</w:t>
        <w:br/>
        <w:t>&lt;!-- 1.4.0或后续的指定版本 --&gt;</w:t>
        <w:br/>
        <w:t>&lt;script src="https://websdk.videocc.net/vod-upload-js-sdk/1.12.0/vod-upload-js-sdk.min.js"&gt;&lt;/script&gt;</w:t>
        <w:br/>
        <w:t>&lt;!-- 最新版本(推荐使用) --&gt;</w:t>
        <w:br/>
        <w:t>&lt;script src="https://websdk.videocc.net/vod-upload-js-sdk/latest/vod-upload-js-sdk.min.js"&gt;&lt;/script&gt;</w:t>
      </w:r>
    </w:p>
    <w:p>
      <w:pPr>
        <w:pStyle w:val="Heading3"/>
      </w:pPr>
      <w:r>
        <w:t>方法二：通过 npm 安装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第一步，在项目目录下运行安装命令：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install @polyv/vod-upload-js-sdk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第二步， 在页面中引入（需要构建工具支持）：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PlvVideoUpload from '@polyv/vod-upload-js-sdk'</w:t>
        <w:br/>
        <w:br/>
        <w:t>// 此npm包默认采用commonjs2方式，如在项目中引入报错的话可更改成</w:t>
        <w:br/>
        <w:t>import PlvVideoUpload from "@polyv/vod-upload-js-sdk/vod-upload-js-sdk.min.js";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PlvVideoUpload = require('@polyv/vod-upload-js-sdk');</w:t>
        <w:br/>
        <w:br/>
        <w:t>// 此npm包默认采用commonjs2方式，如在项目中引入报错的话可更改成</w:t>
        <w:br/>
        <w:t>const PlvVideoUpload = require('@polyv/vod-upload-js-sdk/vod-upload-js-sdk.min.js');</w:t>
      </w:r>
    </w:p>
    <w:p>
      <w:pPr>
        <w:pStyle w:val="Heading1"/>
      </w:pPr>
      <w:r>
        <w:t>快速开始</w:t>
      </w:r>
    </w:p>
    <w:p>
      <w:pPr>
        <w:pStyle w:val="Heading2"/>
      </w:pPr>
      <w:r>
        <w:t>初始化上传实例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首先，创建 PlvVideoUpload 实例。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videoUpload = new PlvVideoUpload({</w:t>
        <w:br/>
        <w:t xml:space="preserve">  region: 'line1', // auto：自动选择。根据IP的地区自动选择，当IP解析不出时使用默认值。</w:t>
        <w:br/>
        <w:t xml:space="preserve">                   // line1（默认值）：华南OSS bucket，对应ab-upload.polyv.net。</w:t>
        <w:br/>
        <w:t xml:space="preserve">                   // line2：华北OSS bucket，对应ab-upload2.polyv.net。</w:t>
        <w:br/>
        <w:t xml:space="preserve">  events: {</w:t>
        <w:br/>
        <w:t xml:space="preserve">      Error: (err) =&gt; {  // 错误事件回调</w:t>
        <w:br/>
        <w:t xml:space="preserve">          console.log(err);</w:t>
        <w:br/>
        <w:t xml:space="preserve">      },</w:t>
        <w:br/>
        <w:t xml:space="preserve">      UploadComplete: () =&gt; {}  // 全部上传任务完成回调</w:t>
        <w:br/>
        <w:t xml:space="preserve">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Menlo" w:hAnsi="Menlo"/>
          <w:color w:val="444444"/>
          <w:sz w:val="20"/>
        </w:rPr>
        <w:t>updateUserData()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设置账号授权验证信息，并每隔 3 分钟更新一次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授权验证信息3分钟内有效，当 sign 过期时需要调用该方法更新</w:t>
        <w:br/>
        <w:t>videoUpload.updateUserData({</w:t>
        <w:br/>
        <w:t xml:space="preserve">  userid: &lt;userid&gt; , // Polyv云点播账号的ID</w:t>
        <w:br/>
        <w:t xml:space="preserve">  ptime: &lt;timestamp&gt; , // 时间戳</w:t>
        <w:br/>
        <w:t xml:space="preserve">  sign: &lt;sign&gt; , // 是根据将secretkey和ts按照顺序拼凑起来的字符串进行MD5计算得到的值(小写)</w:t>
        <w:br/>
        <w:t xml:space="preserve">  hash: &lt;hash&gt; , // 是根据将ts和writeToken按照顺序拼凑起来的字符串进行MD5计算得到的值(小写)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 ptime、sign 和 hash 都要从服务端获取，服务端的代码示例（PHP）如下：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</w:t>
        <w:br/>
        <w:t xml:space="preserve"> * userid、secretkey、writeToken 都可以在「云点播管理后台 -&gt; 设置 -&gt; API接口」页面中找到。</w:t>
        <w:br/>
        <w:t xml:space="preserve"> */</w:t>
        <w:br/>
        <w:t>$userid = "your userid";</w:t>
        <w:br/>
        <w:t>$secretkey = "your sercrety";</w:t>
        <w:br/>
        <w:t>$writeToken = "your writeToken";</w:t>
        <w:br/>
        <w:br/>
        <w:t>$ptime = time() * 1000;</w:t>
        <w:br/>
        <w:t>$sign = md5($secretkey . $ptime);</w:t>
        <w:br/>
        <w:t>$hash = md5($ptime . $writeToken);</w:t>
      </w:r>
    </w:p>
    <w:p>
      <w:pPr>
        <w:pStyle w:val="Heading2"/>
      </w:pPr>
      <w:r>
        <w:t>添加上传文件进入上传列表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fileSetting = { // 文件上传相关信息设置</w:t>
        <w:br/>
        <w:t xml:space="preserve">  title: &lt;title&gt;,  // 标题</w:t>
        <w:br/>
        <w:t xml:space="preserve">  desc: &lt;desc&gt;,  // 描述</w:t>
        <w:br/>
        <w:t xml:space="preserve">  cataid: &lt;cataid&gt;,  // 上传分类目录ID</w:t>
        <w:br/>
        <w:t xml:space="preserve">  tag: &lt;tag&gt;,  // 标签</w:t>
        <w:br/>
        <w:t xml:space="preserve">  luping: 0,  // 是否开启视频课件优化处理，对于上传录屏类视频清晰度有所优化：0为不开启，1为开启</w:t>
        <w:br/>
        <w:t xml:space="preserve">  keepsource: 0,  // 是否源文件播放（不对视频进行编码）：0为编码，1为不编码</w:t>
        <w:br/>
        <w:t xml:space="preserve">  state:&lt;customMessage&gt; //用户自定义信息，如果提交了该字段，会在服务端上传完成回调时透传返回。</w:t>
        <w:br/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 PlvVideoUpload 实例的 </w:t>
      </w:r>
      <w:r>
        <w:rPr>
          <w:rFonts w:ascii="Menlo" w:hAnsi="Menlo"/>
          <w:color w:val="444444"/>
          <w:sz w:val="20"/>
        </w:rPr>
        <w:t>addFile(file, events, fileSetting)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方法，添加文件到文件列表，该方法返回一个 </w:t>
      </w:r>
      <w:r>
        <w:rPr>
          <w:rFonts w:ascii="Menlo" w:hAnsi="Menlo"/>
          <w:color w:val="444444"/>
          <w:sz w:val="20"/>
        </w:rPr>
        <w:t>UploadManager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uploadManager = videoUpload.addFile(</w:t>
        <w:br/>
        <w:t xml:space="preserve">  file, // file 为待上传的文件对象</w:t>
        <w:br/>
        <w:t xml:space="preserve">  {</w:t>
        <w:br/>
        <w:t xml:space="preserve">    FileStarted: function(uploadInfo) { // 文件开始上传回调</w:t>
        <w:br/>
        <w:t xml:space="preserve">        console.log("文件上传开始: " + uploadInfo.fileData.title);</w:t>
        <w:br/>
        <w:t xml:space="preserve">    },</w:t>
        <w:br/>
        <w:t xml:space="preserve">    FileProgress: function(uploadInfo) { // 文件上传过程返回上传进度信息回调</w:t>
        <w:br/>
        <w:t xml:space="preserve">        console.log("文件上传中: " + (uploadInfo.progress * 100).toFixed(2) + '%');</w:t>
        <w:br/>
        <w:t xml:space="preserve">    },</w:t>
        <w:br/>
        <w:t xml:space="preserve">    FileStopped: function(uploadInfo) { // 文件暂停上传回调</w:t>
        <w:br/>
        <w:t xml:space="preserve">        console.log("文件上传停止: " + uploadInfo.fileData.title);</w:t>
        <w:br/>
        <w:t xml:space="preserve">    },</w:t>
        <w:br/>
        <w:t xml:space="preserve">    FileSucceed: function(uploadInfo) { // 文件上传成功回调</w:t>
        <w:br/>
        <w:t xml:space="preserve">        console.log("文件上传成功: " + uploadInfo.fileData.title);</w:t>
        <w:br/>
        <w:t xml:space="preserve">        // 视频vid：uploadInfo.fileData.vid</w:t>
        <w:br/>
        <w:t xml:space="preserve">    },</w:t>
        <w:br/>
        <w:t xml:space="preserve">    FileFailed: function(uploadInfo) { // 文件上传失败回调</w:t>
        <w:br/>
        <w:t xml:space="preserve">        console.log("文件上传失败: " + uploadInfo.fileData.title);</w:t>
        <w:br/>
        <w:t xml:space="preserve">    }</w:t>
        <w:br/>
        <w:t xml:space="preserve">  },</w:t>
        <w:br/>
        <w:t xml:space="preserve">  fileSetting</w:t>
        <w:br/>
        <w:t>);</w:t>
      </w:r>
    </w:p>
    <w:p>
      <w:pPr>
        <w:pStyle w:val="Heading1"/>
      </w:pPr>
      <w:r>
        <w:t>API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 由于业务需要，开源版本的代码和文档目前已经不再更新，仅供参考。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源代码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中的 docs 文件夹或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点击此处打开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示例代码</w:t>
      </w:r>
    </w:p>
    <w:p>
      <w:pPr>
        <w:pStyle w:val="Heading2"/>
      </w:pPr>
      <w:r>
        <w:t>1、JS示例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源代码</w:t>
      </w:r>
      <w:r>
        <w:rPr>
          <w:rFonts w:ascii="Source Han Sans SC" w:hAnsi="Source Han Sans SC" w:eastAsia="Source Han Sans SC" w:cs="Source Han Sans SC" w:hint="eastAsia"/>
          <w:sz w:val="21"/>
        </w:rPr>
        <w:t>中的 demo 文件夹包含两个示例：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dev.html &amp; dev.js：以模块化方式引入 SDK 的示例。需要修改 build 文件夹下的 webpack.dev.config.js 文件中的账号信息，然后在本项目根目录下运行 </w:t>
      </w:r>
      <w:r>
        <w:rPr>
          <w:rFonts w:ascii="Menlo" w:hAnsi="Menlo"/>
          <w:color w:val="444444"/>
          <w:sz w:val="20"/>
        </w:rPr>
        <w:t>npm run dev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，打开浏览器访问 </w:t>
      </w:r>
      <w:r>
        <w:rPr>
          <w:rFonts w:ascii="Menlo" w:hAnsi="Menlo"/>
          <w:color w:val="444444"/>
          <w:sz w:val="20"/>
        </w:rPr>
        <w:t>http://127.0.0.1:14002/index.html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index.html &amp; index.js：以 script 标签引入 SDK 的示例。需要修改 JS 文件中的 getPolyvAuthorization 变量为有效的请求地址，才能正常使用。</w:t>
      </w:r>
    </w:p>
    <w:p>
      <w:pPr>
        <w:pStyle w:val="Heading2"/>
      </w:pPr>
      <w:r>
        <w:t>2、Vue示例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1、补充示例中的userid、secretkey、writeToken即可，在保利威点播后台 设置-&gt;API接口 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2、需要安装element-ui 和 md5 依赖。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class="hello"&gt;</w:t>
        <w:br/>
        <w:t xml:space="preserve">    &lt;div&gt;</w:t>
        <w:br/>
        <w:t xml:space="preserve">      &lt;input type="file" class="upload" @change="doUpload" ref="inputer" multiple /&gt;</w:t>
        <w:br/>
        <w:t xml:space="preserve">      &lt;el-button type="primary" size="small" @click="startAll"&gt;全部开始&lt;/el-button&gt;</w:t>
        <w:br/>
        <w:t xml:space="preserve">      &lt;el-button type="warning" size="small" @click="pauseAll"&gt;全部暂停&lt;/el-button&gt;</w:t>
        <w:br/>
        <w:t xml:space="preserve">      &lt;el-button type="danger" size="small"  @click="clearAll"&gt;全部删除&lt;/el-button&gt;</w:t>
        <w:br/>
        <w:t xml:space="preserve">    &lt;/div&gt;</w:t>
        <w:br/>
        <w:br/>
        <w:t xml:space="preserve">    &lt;div&gt;</w:t>
        <w:br/>
        <w:t xml:space="preserve">      &lt;el-table :data="tableData" border style="width: 100%"&gt;</w:t>
        <w:br/>
        <w:t xml:space="preserve">        &lt;el-table-column prop="id" label="ID" width="180"&gt;</w:t>
        <w:br/>
        <w:t xml:space="preserve">        &lt;/el-table-column&gt;</w:t>
        <w:br/>
        <w:t xml:space="preserve">        &lt;el-table-column prop="fileName" label="文件名" width="180"&gt;</w:t>
        <w:br/>
        <w:t xml:space="preserve">        &lt;/el-table-column&gt;</w:t>
        <w:br/>
        <w:t xml:space="preserve">        &lt;el-table-column prop="size" label="文件大小" width="180"&gt;</w:t>
        <w:br/>
        <w:t xml:space="preserve">          &lt;template slot-scope="scope"&gt;{{ transformSize(scope.row.size)}}&lt;/template&gt;</w:t>
        <w:br/>
        <w:t xml:space="preserve">        &lt;/el-table-column&gt;</w:t>
        <w:br/>
        <w:t xml:space="preserve">        &lt;el-table-column prop="progress" label="进度" width="180"&gt;</w:t>
        <w:br/>
        <w:t xml:space="preserve">          &lt;template slot-scope="scope"&gt;</w:t>
        <w:br/>
        <w:t xml:space="preserve">            &lt;el-progress :text-inside="true" :stroke-width="26" :percentage="scope.row.progress"&gt;&lt;/el-progress&gt;</w:t>
        <w:br/>
        <w:t xml:space="preserve">          &lt;/template&gt;</w:t>
        <w:br/>
        <w:br/>
        <w:t xml:space="preserve">        &lt;/el-table-column&gt;</w:t>
        <w:br/>
        <w:t xml:space="preserve">        &lt;el-table-column prop="progress" label="操作" width="180"&gt;</w:t>
        <w:br/>
        <w:t xml:space="preserve">          &lt;template slot-scope="scope"&gt;</w:t>
        <w:br/>
        <w:t xml:space="preserve">            &lt;el-button type="text" size="small" @click="start(scope.row.id)"&gt;开始&lt;/el-button&gt;</w:t>
        <w:br/>
        <w:t xml:space="preserve">            &lt;el-button type="text" size="small" @click="stop(scope.row.id)"&gt;暂停&lt;/el-button&gt;</w:t>
        <w:br/>
        <w:t xml:space="preserve">            &lt;el-button type="text" size="small" @click="remove(scope.row.id)"&gt;删除&lt;/el-button&gt;</w:t>
        <w:br/>
        <w:t xml:space="preserve">          &lt;/template&gt;</w:t>
        <w:br/>
        <w:t xml:space="preserve">        &lt;/el-table-column&gt;</w:t>
        <w:br/>
        <w:t xml:space="preserve">      &lt;/el-table&gt;</w:t>
        <w:br/>
        <w:t xml:space="preserve">    &lt;/div&gt;</w:t>
        <w:br/>
        <w:t xml:space="preserve">  &lt;/div&gt;</w:t>
        <w:br/>
        <w:t>&lt;/template&gt;</w:t>
        <w:br/>
        <w:br/>
        <w:t>&lt;script&gt;</w:t>
        <w:br/>
        <w:t xml:space="preserve">  import md5 from 'js-md5'</w:t>
        <w:br/>
        <w:t xml:space="preserve">  import PlvVideoUpload from '@polyv/vod-upload-js-sdk';</w:t>
        <w:br/>
        <w:br/>
        <w:t xml:space="preserve">  export default {</w:t>
        <w:br/>
        <w:t xml:space="preserve">    name: 'demo',</w:t>
        <w:br/>
        <w:t xml:space="preserve">    data() {</w:t>
        <w:br/>
        <w:t xml:space="preserve">      return {</w:t>
        <w:br/>
        <w:t xml:space="preserve">        videoUpload: null, // 视频上传实例</w:t>
        <w:br/>
        <w:t xml:space="preserve">        userid: '',//从点播后台查看获取</w:t>
        <w:br/>
        <w:t xml:space="preserve">        secretkey: '',//从点播后台查看获取</w:t>
        <w:br/>
        <w:t xml:space="preserve">        writeToken: '',//从点播后台查看获取</w:t>
        <w:br/>
        <w:t xml:space="preserve">        ptime: '', // 当前时间戳</w:t>
        <w:br/>
        <w:t xml:space="preserve">        tableData: [] //表格数据</w:t>
        <w:br/>
        <w:t xml:space="preserve">      }</w:t>
        <w:br/>
        <w:t xml:space="preserve">    },</w:t>
        <w:br/>
        <w:t xml:space="preserve">    created() {</w:t>
        <w:br/>
        <w:t xml:space="preserve">      this.videoUpload = new PlvVideoUpload({</w:t>
        <w:br/>
        <w:t xml:space="preserve">        region: 'line1', // (可选)上传线路, 默认line1</w:t>
        <w:br/>
        <w:t xml:space="preserve">        events: {</w:t>
        <w:br/>
        <w:t xml:space="preserve">          Error: (err) =&gt; { // 错误事件回调</w:t>
        <w:br/>
        <w:t xml:space="preserve">            console.log(err);</w:t>
        <w:br/>
        <w:t xml:space="preserve">            let errMag = `（错误代码：${err.code}）${err.message}`;</w:t>
        <w:br/>
        <w:t xml:space="preserve">            this.$alert(errMag, '标题名称', {</w:t>
        <w:br/>
        <w:t xml:space="preserve">              confirmButtonText: '确定',</w:t>
        <w:br/>
        <w:t xml:space="preserve">              type: 'error',</w:t>
        <w:br/>
        <w:t xml:space="preserve">            });</w:t>
        <w:br/>
        <w:t xml:space="preserve">          },</w:t>
        <w:br/>
        <w:t xml:space="preserve">          UploadComplete: () =&gt; { // 全部上传任务完成回调</w:t>
        <w:br/>
        <w:t xml:space="preserve">            console.info('上传结束：', this.videoUpload);</w:t>
        <w:br/>
        <w:t xml:space="preserve">            console.log(this.tableData)</w:t>
        <w:br/>
        <w:t xml:space="preserve">            this.$message({</w:t>
        <w:br/>
        <w:t xml:space="preserve">              message: '全部上传任务完成',</w:t>
        <w:br/>
        <w:t xml:space="preserve">              type: 'success'</w:t>
        <w:br/>
        <w:t xml:space="preserve">            });</w:t>
        <w:br/>
        <w:t xml:space="preserve">          }</w:t>
        <w:br/>
        <w:t xml:space="preserve">        }</w:t>
        <w:br/>
        <w:t xml:space="preserve">      });</w:t>
        <w:br/>
        <w:t xml:space="preserve">    },</w:t>
        <w:br/>
        <w:t xml:space="preserve">    mounted() {</w:t>
        <w:br/>
        <w:t xml:space="preserve">      this.autoUpdateUserData(null, this.videoUpload);</w:t>
        <w:br/>
        <w:t xml:space="preserve">    },</w:t>
        <w:br/>
        <w:t xml:space="preserve">    methods: {</w:t>
        <w:br/>
        <w:t xml:space="preserve">      start(uploaderid) {// 单个上传</w:t>
        <w:br/>
        <w:t xml:space="preserve">        console.log(uploaderid)</w:t>
        <w:br/>
        <w:t xml:space="preserve">        this.videoUpload.resumeFile(uploaderid);</w:t>
        <w:br/>
        <w:t xml:space="preserve">      },</w:t>
        <w:br/>
        <w:t xml:space="preserve">      stop(uploaderid) {// 单个暂停</w:t>
        <w:br/>
        <w:t xml:space="preserve">        console.log(uploaderid)</w:t>
        <w:br/>
        <w:t xml:space="preserve">        this.videoUpload.stopFile(uploaderid);</w:t>
        <w:br/>
        <w:t xml:space="preserve">      },</w:t>
        <w:br/>
        <w:t xml:space="preserve">      remove(uploaderid) {// 单个删除</w:t>
        <w:br/>
        <w:t xml:space="preserve">        console.log(uploaderid)</w:t>
        <w:br/>
        <w:t xml:space="preserve">        this.videoUpload.removeFile(uploaderid);</w:t>
        <w:br/>
        <w:t xml:space="preserve">        this.tableData = this.tableData.filter((item) =&gt; item.id !== uploaderid)</w:t>
        <w:br/>
        <w:t xml:space="preserve">      },</w:t>
        <w:br/>
        <w:t xml:space="preserve">      startAll() {// 全部上传</w:t>
        <w:br/>
        <w:t xml:space="preserve">        if (this.videoUpload) {</w:t>
        <w:br/>
        <w:t xml:space="preserve">          this.videoUpload.startAll();</w:t>
        <w:br/>
        <w:t xml:space="preserve">        }</w:t>
        <w:br/>
        <w:t xml:space="preserve">      },</w:t>
        <w:br/>
        <w:t xml:space="preserve">      pauseAll() {// 全部暂停</w:t>
        <w:br/>
        <w:t xml:space="preserve">        if (this.videoUpload) {</w:t>
        <w:br/>
        <w:t xml:space="preserve">          this.videoUpload.stopAll();</w:t>
        <w:br/>
        <w:t xml:space="preserve">        }</w:t>
        <w:br/>
        <w:t xml:space="preserve">      },</w:t>
        <w:br/>
        <w:t xml:space="preserve">      clearAll() {// 全部删除</w:t>
        <w:br/>
        <w:t xml:space="preserve">        if (this.videoUpload) {</w:t>
        <w:br/>
        <w:t xml:space="preserve">          this.videoUpload.clearAll();</w:t>
        <w:br/>
        <w:t xml:space="preserve">          this.tableData = []</w:t>
        <w:br/>
        <w:t xml:space="preserve">          this.$refs.inputer.value =''</w:t>
        <w:br/>
        <w:t xml:space="preserve">        }</w:t>
        <w:br/>
        <w:t xml:space="preserve">      },</w:t>
        <w:br/>
        <w:t xml:space="preserve">      doUpload() {// 选择文件</w:t>
        <w:br/>
        <w:t xml:space="preserve">        let inputDOM = this.$refs.inputer; // 通过DOM取文件数据</w:t>
        <w:br/>
        <w:t xml:space="preserve">        console.log(inputDOM.files)</w:t>
        <w:br/>
        <w:t xml:space="preserve">        if (inputDOM.files.length &gt; 0) {</w:t>
        <w:br/>
        <w:t xml:space="preserve">          inputDOM.files.forEach((file, index, arr) =&gt; {</w:t>
        <w:br/>
        <w:t xml:space="preserve">            let fileSetting = { // 文件上传相关信息设置</w:t>
        <w:br/>
        <w:t xml:space="preserve">              title: file.name, // 标题</w:t>
        <w:br/>
        <w:t xml:space="preserve">              desc: 'jssdk插件上传', // 描述</w:t>
        <w:br/>
        <w:t xml:space="preserve">              cataid: '', // 上传分类目录ID</w:t>
        <w:br/>
        <w:t xml:space="preserve">              tag: '', // 标签</w:t>
        <w:br/>
        <w:t xml:space="preserve">              luping: 0, // 是否开启视频课件优化处理，对于上传录屏类视频清晰度有所优化：0为不开启，1为开启</w:t>
        <w:br/>
        <w:t xml:space="preserve">              keepsource: 0, // 是否源文件播放（不对视频进行编码）：0为编码，1为不编码</w:t>
        <w:br/>
        <w:t xml:space="preserve">              state: '' //用户自定义信息，如果提交了该字段，会在服务端上传完成回调时透传返回。</w:t>
        <w:br/>
        <w:t xml:space="preserve">            }</w:t>
        <w:br/>
        <w:t xml:space="preserve">            let uploadManager = this.videoUpload.addFile(</w:t>
        <w:br/>
        <w:t xml:space="preserve">              file, // file 为待上传的文件对象</w:t>
        <w:br/>
        <w:t xml:space="preserve">              {</w:t>
        <w:br/>
        <w:t xml:space="preserve">                FileStarted: this.onFileStarted,// 文件开始上传回调</w:t>
        <w:br/>
        <w:t xml:space="preserve">                FileProgress: this.onFileProgress,// 文件上传中回调</w:t>
        <w:br/>
        <w:t xml:space="preserve">                FileSucceed: this.onFileSucceed,// 文件上传成功回调</w:t>
        <w:br/>
        <w:t xml:space="preserve">                FileFailed: this.onFileFailed,// 文件上传失败回调</w:t>
        <w:br/>
        <w:t xml:space="preserve">                FileStopped: this.onFileStopped,// 文件上传停止回调</w:t>
        <w:br/>
        <w:t xml:space="preserve">              },</w:t>
        <w:br/>
        <w:t xml:space="preserve">              fileSetting</w:t>
        <w:br/>
        <w:t xml:space="preserve">            );</w:t>
        <w:br/>
        <w:br/>
        <w:t xml:space="preserve">            this.addTableData(uploadManager)</w:t>
        <w:br/>
        <w:t xml:space="preserve">          })</w:t>
        <w:br/>
        <w:t xml:space="preserve">        }</w:t>
        <w:br/>
        <w:t xml:space="preserve">      },</w:t>
        <w:br/>
        <w:t xml:space="preserve">      onFileStarted(data) {</w:t>
        <w:br/>
        <w:t xml:space="preserve">        console.log("文件上传开始: ", data);</w:t>
        <w:br/>
        <w:t xml:space="preserve">        this.tableData.filter((item) =&gt; item.id === data.uploaderid)[0].progress = 0</w:t>
        <w:br/>
        <w:t xml:space="preserve">      },</w:t>
        <w:br/>
        <w:t xml:space="preserve">      onFileProgress(data) {</w:t>
        <w:br/>
        <w:t xml:space="preserve">        let p = parseInt(data.progress * 100);// 上传的进度条</w:t>
        <w:br/>
        <w:t xml:space="preserve">        console.log("文件上传中: ", data);</w:t>
        <w:br/>
        <w:t xml:space="preserve">        this.tableData.filter((item) =&gt; item.id === data.uploaderid)[0].progress = p</w:t>
        <w:br/>
        <w:br/>
        <w:t xml:space="preserve">      },</w:t>
        <w:br/>
        <w:t xml:space="preserve">      onFileSucceed(data) {</w:t>
        <w:br/>
        <w:t xml:space="preserve">        console.log("文件上传成功: ", data);</w:t>
        <w:br/>
        <w:t xml:space="preserve">        // 视频vid：data.fileData.vid</w:t>
        <w:br/>
        <w:t xml:space="preserve">      },</w:t>
        <w:br/>
        <w:t xml:space="preserve">      onFileFailed(data) {</w:t>
        <w:br/>
        <w:t xml:space="preserve">        console.log("文件上传失败: ", data);</w:t>
        <w:br/>
        <w:t xml:space="preserve">      },</w:t>
        <w:br/>
        <w:t xml:space="preserve">      onFileStopped(data) {</w:t>
        <w:br/>
        <w:t xml:space="preserve">        console.log("文件上传停止: ", data);</w:t>
        <w:br/>
        <w:t xml:space="preserve">      },</w:t>
        <w:br/>
        <w:t xml:space="preserve">      addTableData(data) { // 增加表格数据</w:t>
        <w:br/>
        <w:t xml:space="preserve">        let obj = {</w:t>
        <w:br/>
        <w:t xml:space="preserve">          id: data.id,</w:t>
        <w:br/>
        <w:t xml:space="preserve">          fileName: data.fileData.title,</w:t>
        <w:br/>
        <w:t xml:space="preserve">          size: data.fileData.size,</w:t>
        <w:br/>
        <w:t xml:space="preserve">          progress: 0</w:t>
        <w:br/>
        <w:t xml:space="preserve">        }</w:t>
        <w:br/>
        <w:t xml:space="preserve">        this.tableData.push(obj)</w:t>
        <w:br/>
        <w:t xml:space="preserve">      },</w:t>
        <w:br/>
        <w:t xml:space="preserve">      autoUpdateUserData(timer, videoUpload) { // 启动获取用户信息</w:t>
        <w:br/>
        <w:t xml:space="preserve">        this.getUserData(videoUpload);</w:t>
        <w:br/>
        <w:t xml:space="preserve">        if (timer) {</w:t>
        <w:br/>
        <w:t xml:space="preserve">          clearTimeout(timer);</w:t>
        <w:br/>
        <w:t xml:space="preserve">          timer = null;</w:t>
        <w:br/>
        <w:t xml:space="preserve">        }</w:t>
        <w:br/>
        <w:t xml:space="preserve">        timer = setTimeout(() =&gt; {</w:t>
        <w:br/>
        <w:t xml:space="preserve">          this.autoUpdateUserData(timer, videoUpload);</w:t>
        <w:br/>
        <w:t xml:space="preserve">        }, 3 * 50 * 1000);</w:t>
        <w:br/>
        <w:t xml:space="preserve">      },</w:t>
        <w:br/>
        <w:t xml:space="preserve">      getUserData() { // 获取用户详细信息</w:t>
        <w:br/>
        <w:t xml:space="preserve">        this.ptime = new Date().getTime()</w:t>
        <w:br/>
        <w:t xml:space="preserve">        let userData = {</w:t>
        <w:br/>
        <w:t xml:space="preserve">          userid: this.userid,</w:t>
        <w:br/>
        <w:t xml:space="preserve">          ptime: this.ptime,</w:t>
        <w:br/>
        <w:t xml:space="preserve">          sign: this.getSignData().sign,</w:t>
        <w:br/>
        <w:t xml:space="preserve">          hash: this.getSignData().hash</w:t>
        <w:br/>
        <w:t xml:space="preserve">        };</w:t>
        <w:br/>
        <w:t xml:space="preserve">        this.videoUpload.updateUserData(userData);</w:t>
        <w:br/>
        <w:t xml:space="preserve">      },</w:t>
        <w:br/>
        <w:t xml:space="preserve">      getSignData() { // 加密信息参数</w:t>
        <w:br/>
        <w:t xml:space="preserve">        let hash = md5(this.ptime + this.writeToken)</w:t>
        <w:br/>
        <w:t xml:space="preserve">        let sign = md5(this.secretkey + this.ptime)</w:t>
        <w:br/>
        <w:t xml:space="preserve">        return {</w:t>
        <w:br/>
        <w:t xml:space="preserve">          hash: hash,</w:t>
        <w:br/>
        <w:t xml:space="preserve">          sign: sign,</w:t>
        <w:br/>
        <w:t xml:space="preserve">        }</w:t>
        <w:br/>
        <w:t xml:space="preserve">      },</w:t>
        <w:br/>
        <w:t xml:space="preserve">      transformSize(bytes) {// 文件大小转换</w:t>
        <w:br/>
        <w:t xml:space="preserve">        const bt = parseInt(bytes);</w:t>
        <w:br/>
        <w:t xml:space="preserve">        let result;</w:t>
        <w:br/>
        <w:t xml:space="preserve">        if (bt === 0) {</w:t>
        <w:br/>
        <w:t xml:space="preserve">          result = '0B';</w:t>
        <w:br/>
        <w:t xml:space="preserve">        } else {</w:t>
        <w:br/>
        <w:t xml:space="preserve">          const k = 1024;</w:t>
        <w:br/>
        <w:t xml:space="preserve">          const sizes = ['B', 'KB', 'MB', 'GB', 'TB', 'PB', 'EB', 'ZB', 'YB'];</w:t>
        <w:br/>
        <w:t xml:space="preserve">          const i = Math.floor(Math.log(bt) / Math.log(k));</w:t>
        <w:br/>
        <w:t xml:space="preserve">          if (typeof i !== 'number') {</w:t>
        <w:br/>
        <w:t xml:space="preserve">            result = '-';</w:t>
        <w:br/>
        <w:t xml:space="preserve">          } else {</w:t>
        <w:br/>
        <w:t xml:space="preserve">            result = (bt / Math.pow(k, i)).toFixed(2) + sizes[i];</w:t>
        <w:br/>
        <w:t xml:space="preserve">          }</w:t>
        <w:br/>
        <w:t xml:space="preserve">        }</w:t>
        <w:br/>
        <w:t xml:space="preserve">        return result;</w:t>
        <w:br/>
        <w:t xml:space="preserve">      }</w:t>
        <w:br/>
        <w:t xml:space="preserve">    },</w:t>
        <w:br/>
        <w:t xml:space="preserve">  }</w:t>
        <w:br/>
        <w:t>&lt;/script&gt;</w:t>
        <w:br/>
        <w:br/>
        <w:t>&lt;style scoped&gt;</w:t>
        <w:br/>
        <w:t>&lt;/style&gt;</w:t>
      </w:r>
    </w:p>
    <w:p>
      <w:pPr>
        <w:pStyle w:val="Heading1"/>
      </w:pPr>
      <w:r>
        <w:t>错误代码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Error 事件已知错误类型：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用户剩余空间不足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拦截文件类型不在 acceptedMimeType 中的文件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文件已经开始上传或已上传完毕，禁止修改文件信息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FileFailed 事件已知错误类型：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上传视频初始化失败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视频大小不能为0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账户服务状态异常，请联系客服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MultipartUploadError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断点续传时出错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UpdateTokenError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更新上传token时获取token失败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NoSuchUploadError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Multipart Upload ID 不存在</w:t>
            </w:r>
          </w:p>
        </w:tc>
      </w:tr>
    </w:tbl>
    <w:p>
      <w:pPr>
        <w:spacing w:after="40"/>
      </w:pPr>
    </w:p>
    <w:p>
      <w:pPr>
        <w:pStyle w:val="Heading1"/>
      </w:pPr>
      <w:r>
        <w:t>版本更新</w:t>
      </w:r>
    </w:p>
    <w:p>
      <w:pPr>
        <w:pStyle w:val="Heading1"/>
      </w:pPr>
      <w:r>
        <w:t>v1.12.0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内部优化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修复频繁调用接口stopFile导致任务队列异常的情况</w:t>
      </w:r>
    </w:p>
    <w:p>
      <w:pPr>
        <w:pStyle w:val="Heading1"/>
      </w:pPr>
      <w:r>
        <w:t>v1.10.1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优化大文件上传token更新的机制</w:t>
      </w:r>
    </w:p>
    <w:p>
      <w:pPr>
        <w:pStyle w:val="Heading1"/>
      </w:pPr>
      <w:r>
        <w:t>v1.7.0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支持.m4a格式媒体文件上传</w:t>
      </w:r>
    </w:p>
    <w:p>
      <w:pPr>
        <w:pStyle w:val="Heading1"/>
      </w:pPr>
      <w:r>
        <w:t>v1.6.0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修复线路授权过期重试异常的问题</w:t>
      </w:r>
    </w:p>
    <w:p>
      <w:pPr>
        <w:pStyle w:val="Heading1"/>
      </w:pPr>
      <w:r>
        <w:t>v1.5.0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修复特定情况下断点续传异常的问题</w:t>
      </w:r>
    </w:p>
    <w:p>
      <w:pPr>
        <w:pStyle w:val="Heading1"/>
      </w:pPr>
      <w:r>
        <w:t>v1.4.1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内部优化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默认线路问题修复</w:t>
      </w:r>
    </w:p>
    <w:p>
      <w:pPr>
        <w:pStyle w:val="Heading1"/>
      </w:pPr>
      <w:r>
        <w:t>v1.3.0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上传线路升级</w:t>
      </w:r>
    </w:p>
    <w:p>
      <w:pPr>
        <w:pStyle w:val="Heading2"/>
      </w:pPr>
      <w:r>
        <w:t>v1.2.3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增加region参数</w:t>
      </w:r>
    </w:p>
    <w:p>
      <w:pPr>
        <w:pStyle w:val="Heading2"/>
      </w:pPr>
      <w:r>
        <w:t>v1.2.2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cataid 不存在时返回提示。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规范FileFailed事件返回的数据格式与字段名称。</w:t>
      </w:r>
    </w:p>
    <w:p>
      <w:pPr>
        <w:pStyle w:val="Heading2"/>
      </w:pPr>
      <w:r>
        <w:t>v1.2.1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问题修复</w:t>
      </w:r>
    </w:p>
    <w:p>
      <w:pPr>
        <w:pStyle w:val="Heading2"/>
      </w:pPr>
      <w:r>
        <w:t>v1.2.0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支持使用子账号信息上传视频文件</w:t>
      </w:r>
    </w:p>
    <w:p>
      <w:pPr>
        <w:pStyle w:val="Heading2"/>
      </w:pPr>
      <w:r>
        <w:t>v1.1.3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优化文件上传失败时的回调message</w:t>
      </w:r>
    </w:p>
    <w:p>
      <w:pPr>
        <w:pStyle w:val="Heading2"/>
      </w:pPr>
      <w:r>
        <w:t>v1.1.2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增加支持文件名后缀大写的文件上传，如 file_example.MP3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修改示例代码</w:t>
      </w:r>
    </w:p>
    <w:p>
      <w:pPr>
        <w:pStyle w:val="Heading2"/>
      </w:pPr>
      <w:r>
        <w:t>v1.1.1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优化文件上传失败时的重试逻辑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文件上传失败时返回的错误信息中增加 errData 属性</w:t>
      </w:r>
    </w:p>
    <w:p>
      <w:pPr>
        <w:pStyle w:val="Heading2"/>
      </w:pPr>
      <w:r>
        <w:t>v1.1.0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增加对自定义信息字段的支持</w:t>
      </w:r>
    </w:p>
    <w:p>
      <w:pPr>
        <w:pStyle w:val="Heading2"/>
      </w:pPr>
      <w:r>
        <w:t>v1.0.0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视频上传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