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 视频上传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 小程序 上传 SDK 为您提供上传媒体文件到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保利威云点播平台</w:t>
      </w:r>
      <w:r>
        <w:rPr>
          <w:rFonts w:ascii="Source Han Sans SC" w:hAnsi="Source Han Sans SC" w:eastAsia="Source Han Sans SC" w:cs="Source Han Sans SC" w:hint="eastAsia"/>
          <w:sz w:val="21"/>
        </w:rPr>
        <w:t>的开发工具包。</w:t>
      </w:r>
    </w:p>
    <w:p>
      <w:pPr>
        <w:pStyle w:val="Heading1"/>
      </w:pPr>
      <w:r>
        <w:t>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快捷上传多种格式的媒体文件。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支持上传时的各种设置，如文件标题、描述、标签、上传目录、是否开启课件优化处理等。</w:t>
      </w:r>
    </w:p>
    <w:p>
      <w:pPr>
        <w:pStyle w:val="Heading1"/>
      </w:pPr>
      <w:r>
        <w:t>使用方法</w:t>
      </w:r>
    </w:p>
    <w:p>
      <w:pPr>
        <w:pStyle w:val="Heading2"/>
      </w:pPr>
      <w:r>
        <w:t>前提条件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使用本 SDK 前，要先开通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保利威云点播服务</w:t>
      </w:r>
      <w:r>
        <w:rPr>
          <w:rFonts w:ascii="Source Han Sans SC" w:hAnsi="Source Han Sans SC" w:eastAsia="Source Han Sans SC" w:cs="Source Han Sans SC" w:hint="eastAsia"/>
          <w:sz w:val="21"/>
        </w:rPr>
        <w:t>。如果您还不了解该服务，请登录产品主页查看，详见：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云点播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获取 secretKey 等相关信息用于用户身份校验，您可以在「云点播管理后台 -&gt; 设置 -&gt; API接口」页面中找到相关信息，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点击这里登录后台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2"/>
      </w:pPr>
      <w:r>
        <w:t>开发前准备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1.小程序微信开发者后台设置-开发设置-服务器域名中配置 [request合法域名]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api.polyv.net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polyvupload.oss-cn-shenzhen.aliyuncs.com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polyvupload.obs.cn-south-1.myhuaweicloud.com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图片：../../../img/mini-app-upload-domain.png</w:t>
      </w:r>
    </w:p>
    <w:p>
      <w:pPr>
        <w:pStyle w:val="Heading2"/>
      </w:pPr>
      <w:r>
        <w:t>微信基础库版本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1.9.6以上</w:t>
      </w:r>
    </w:p>
    <w:p>
      <w:pPr>
        <w:pStyle w:val="Heading3"/>
      </w:pPr>
      <w:r>
        <w:t>注意</w:t>
      </w:r>
    </w:p>
    <w:p>
      <w:pPr>
        <w:pStyle w:val="Heading3"/>
      </w:pPr>
      <w:r>
        <w:t>1.当前文件若使用 async await语法糖，需要打开增强编译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只要把“微信开发者工具”更新到 v1.02.1904282 以上，就不需要干 npm install regenerator 这之类的事情，只需要修改一个配置项就能使用 async/await 特性了。这个配置就在“工具栏?详情?本地设置”页面中的“增强编译”。</w:t>
      </w:r>
    </w:p>
    <w:p>
      <w:pPr>
        <w:pStyle w:val="Heading2"/>
      </w:pPr>
      <w:r>
        <w:t>集成 SDK</w:t>
      </w:r>
    </w:p>
    <w:p>
      <w:pPr>
        <w:pStyle w:val="Heading3"/>
      </w:pPr>
      <w:r>
        <w:t>引入资源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PlvVideoUpload from '../../utils/polyv-upload-miniapp-sdk.min.js';</w:t>
      </w:r>
    </w:p>
    <w:p>
      <w:pPr>
        <w:pStyle w:val="Heading1"/>
      </w:pPr>
      <w:r>
        <w:t>快速开始</w:t>
      </w:r>
    </w:p>
    <w:p>
      <w:pPr>
        <w:pStyle w:val="Heading2"/>
      </w:pPr>
      <w:r>
        <w:t>初始化上传实例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首先，创建 PlvVideoUpload 实例。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videoUpload = new PlvVideoUpload({</w:t>
        <w:br/>
        <w:t xml:space="preserve">  events: {</w:t>
        <w:br/>
        <w:t xml:space="preserve">      Error: (err) =&gt; {  // 错误事件回调</w:t>
        <w:br/>
        <w:t xml:space="preserve">          console.log(err);</w:t>
        <w:br/>
        <w:t xml:space="preserve">      },</w:t>
        <w:br/>
        <w:t xml:space="preserve">      UploadComplete: () =&gt; {}  // 全部上传任务完成回调</w:t>
        <w:br/>
        <w:t xml:space="preserve">  }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调用 </w:t>
      </w:r>
      <w:r>
        <w:rPr>
          <w:rFonts w:ascii="Menlo" w:hAnsi="Menlo"/>
          <w:color w:val="444444"/>
          <w:sz w:val="20"/>
        </w:rPr>
        <w:t>updateUserData()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设置账号授权验证信息，并每隔 3 分钟更新一次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授权验证信息3分钟内有效，当 sign 过期时需要调用该方法更新</w:t>
        <w:br/>
        <w:t>videoUpload.updateUserData({</w:t>
        <w:br/>
        <w:t xml:space="preserve">  userid: &lt;userid&gt; , // Polyv云点播账号的ID</w:t>
        <w:br/>
        <w:t xml:space="preserve">  ptime: &lt;timestamp&gt; , // 时间戳</w:t>
        <w:br/>
        <w:t xml:space="preserve">  sign: &lt;sign&gt; , // 是根据将secretkey和ts按照顺序拼凑起来的字符串进行MD5计算得到的值</w:t>
        <w:br/>
        <w:t xml:space="preserve">  hash: &lt;hash&gt; , // 是根据将ts和writeToken按照顺序拼凑起来的字符串进行MD5计算得到的值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 ptime、sign 和 hash 都要从服务端获取，服务端的代码示例（PHP）如下：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</w:t>
        <w:br/>
        <w:t xml:space="preserve"> * userid、secretkey、writeToken 都可以在「云点播管理后台 -&gt; 设置 -&gt; API接口」页面中找到。</w:t>
        <w:br/>
        <w:t xml:space="preserve"> */</w:t>
        <w:br/>
        <w:t>$userid = "your userid";</w:t>
        <w:br/>
        <w:t>$secretkey = "your sercrety";</w:t>
        <w:br/>
        <w:t>$writeToken = "your writeToken";</w:t>
        <w:br/>
        <w:br/>
        <w:t>$ptime = time() * 1000;</w:t>
        <w:br/>
        <w:t>$sign = md5($secretkey . $ptime);</w:t>
        <w:br/>
        <w:t>$hash = md5($ptime . $writeToken);</w:t>
      </w:r>
    </w:p>
    <w:p>
      <w:pPr>
        <w:pStyle w:val="Heading2"/>
      </w:pPr>
      <w:r>
        <w:t>添加上传文件进入上传列表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fileSetting = { // 文件上传相关信息设置</w:t>
        <w:br/>
        <w:t xml:space="preserve">  title: &lt;title&gt;,  // 标题</w:t>
        <w:br/>
        <w:t xml:space="preserve">  desc: &lt;desc&gt;,  // 描述</w:t>
        <w:br/>
        <w:t xml:space="preserve">  cataid: &lt;cataid&gt;,  // 上传分类目录ID</w:t>
        <w:br/>
        <w:t xml:space="preserve">  tag: &lt;tag&gt;,  // 标签</w:t>
        <w:br/>
        <w:t xml:space="preserve">  luping: 0,  // 是否开启视频课件优化处理，对于上传录屏类视频清晰度有所优化：0为不开启，1为开启</w:t>
        <w:br/>
        <w:t xml:space="preserve">  keepsource: 0  // 是否源文件播放（不对视频进行编码）：0为编码，1为不编码</w:t>
        <w:br/>
        <w:t>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调用 PlvVideoUpload 实例的 </w:t>
      </w:r>
      <w:r>
        <w:rPr>
          <w:rFonts w:ascii="Menlo" w:hAnsi="Menlo"/>
          <w:color w:val="444444"/>
          <w:sz w:val="20"/>
        </w:rPr>
        <w:t>addFile(file, events, fileSetting)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方法，添加文件到文件列表，该方法返回一个 </w:t>
      </w:r>
      <w:r>
        <w:rPr>
          <w:rFonts w:ascii="Menlo" w:hAnsi="Menlo"/>
          <w:color w:val="444444"/>
          <w:sz w:val="20"/>
        </w:rPr>
        <w:t>UploadManager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uploadManager = videoUpload.addFile(</w:t>
        <w:br/>
        <w:t xml:space="preserve">  file, // file 为待上传的文件对象</w:t>
        <w:br/>
        <w:t xml:space="preserve">  {</w:t>
        <w:br/>
        <w:t xml:space="preserve">    FileStarted: function(uploadInfo) { // 文件开始上传回调</w:t>
        <w:br/>
        <w:t xml:space="preserve">        console.log("文件上传开始: " + uploadInfo.fileData.title);</w:t>
        <w:br/>
        <w:t xml:space="preserve">    },</w:t>
        <w:br/>
        <w:t xml:space="preserve">    FileProgress: function(uploadInfo) { // 文件上传过程返回上传进度信息回调</w:t>
        <w:br/>
        <w:t xml:space="preserve">        console.log("文件上传中: " + (uploadInfo.progress * 100).toFixed(2) + '%');</w:t>
        <w:br/>
        <w:t xml:space="preserve">    },</w:t>
        <w:br/>
        <w:t xml:space="preserve">    FileStopped: function(uploadInfo) { // 文件暂停上传回调</w:t>
        <w:br/>
        <w:t xml:space="preserve">        console.log("文件上传停止: " + uploadInfo.fileData.title);</w:t>
        <w:br/>
        <w:t xml:space="preserve">    },</w:t>
        <w:br/>
        <w:t xml:space="preserve">    FileSucceed: function(uploadInfo) { // 文件上传成功回调</w:t>
        <w:br/>
        <w:t xml:space="preserve">        console.log("文件上传成功: " + uploadInfo.fileData.title);</w:t>
        <w:br/>
        <w:t xml:space="preserve">    },</w:t>
        <w:br/>
        <w:t xml:space="preserve">    FileFailed: function(uploadInfo) { // 文件上传失败回调</w:t>
        <w:br/>
        <w:t xml:space="preserve">        console.log("文件上传失败: " + uploadInfo.fileData.title);</w:t>
        <w:br/>
        <w:t xml:space="preserve">    }</w:t>
        <w:br/>
        <w:t xml:space="preserve">  },</w:t>
        <w:br/>
        <w:t xml:space="preserve">  fileSetting</w:t>
        <w:br/>
        <w:t>);</w:t>
      </w:r>
    </w:p>
    <w:p>
      <w:pPr>
        <w:pStyle w:val="Heading1"/>
      </w:pPr>
      <w:r>
        <w:t>API 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见源代码中的 docs 文件夹或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点击此处打开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示例代码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源代码中的 demo 文件夹包含示例：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引入 SDK 的示例。需要修改 build 文件夹下的 webpack.dev.config.js 文件中的账号信息，然后在本项目根目录下运行 </w:t>
      </w:r>
      <w:r>
        <w:rPr>
          <w:rFonts w:ascii="Menlo" w:hAnsi="Menlo"/>
          <w:color w:val="444444"/>
          <w:sz w:val="20"/>
        </w:rPr>
        <w:t>npm run dev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，打开微信开发者工具访问 </w:t>
      </w:r>
      <w:r>
        <w:rPr>
          <w:rFonts w:ascii="Menlo" w:hAnsi="Menlo"/>
          <w:color w:val="444444"/>
          <w:sz w:val="20"/>
        </w:rPr>
        <w:t>example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目录即可。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小程序上传sdk下载</w:t>
      </w:r>
    </w:p>
    <w:p>
      <w:pPr>
        <w:pStyle w:val="Heading1"/>
      </w:pPr>
      <w:r>
        <w:t>错误代码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Error 事件已知错误类型：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用户剩余空间不足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文件重复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拦截文件类型不在 acceptedMimeType 中的文件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文件已经开始上传或已上传完毕，禁止修改文件信息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FileFailed 事件已知错误类型：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InitUploadError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InitUploadError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上传视频初始化失败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InitUploadError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406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视频大小不能为0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InitUploadError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408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账户服务状态异常，请联系客服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UpdateTokenError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更新上传token时获取token失败</w:t>
            </w:r>
          </w:p>
        </w:tc>
      </w:tr>
    </w:tbl>
    <w:p>
      <w:pPr>
        <w:spacing w:after="40"/>
      </w:pPr>
    </w:p>
    <w:p>
      <w:pPr>
        <w:pStyle w:val="Heading1"/>
      </w:pPr>
      <w:r>
        <w:t>版本更新</w:t>
      </w:r>
    </w:p>
    <w:p>
      <w:pPr>
        <w:pStyle w:val="Heading2"/>
      </w:pPr>
      <w:r>
        <w:t>v1.0.0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 视频上传 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