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basic concepts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#直播基础概念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##什么是直播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##直播常见类型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#POLYV 特有概念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concepts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