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播放密码是一种较简单的视频安全保护机制，为视频设置密码后，观众需输入正确的密码才可以观看视频。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使用方式为：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登录点播管理后台，点击【视频列表】，选中视频后点击【视频设置】，为视频设置密码。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776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689309f0f92eb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776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观众需输入正确的密码才可观看视频。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5681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1fa6e7a236cdb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568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您还可以通过服务端API来查询和修改视频的播放密码：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查询视频密码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修改视频密码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播放密码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