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授权播放和防录屏跑马灯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屏幕录像是最难防范的一种视频盗版方式，保利威播放器提供的防录屏跑马灯功能，通过设定文字内容（一般是观众的身份ID信息）在视频上不规则滚动，以此来警示盗版者，达到视频版权保护的效果。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另外在用户网站中，除了通过登录信息（cookies）验证观众是否有权限访问视频播放页面外，还可以通过保利威播放器验证观众是否有播放某一个视频的权限，从而实现对观众权限的双重验证。</w:t>
      </w:r>
    </w:p>
    <w:p>
      <w:pPr>
        <w:pStyle w:val="Heading1"/>
      </w:pPr>
      <w:r>
        <w:t>实现流程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6670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f375346460b744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6670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实现步骤</w:t>
      </w:r>
    </w:p>
    <w:p>
      <w:pPr>
        <w:pStyle w:val="Heading2"/>
      </w:pPr>
      <w:r>
        <w:t>一、管理后台设置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【设置】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【视频设置】</w:t>
      </w:r>
      <w:r>
        <w:rPr>
          <w:rFonts w:ascii="Source Han Sans SC" w:hAnsi="Source Han Sans SC" w:eastAsia="Source Han Sans SC" w:cs="Source Han Sans SC" w:hint="eastAsia"/>
          <w:sz w:val="21"/>
        </w:rPr>
        <w:t>，进入视频设置页面。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在授权播放和防录屏跑马灯接口设置栏中，填写业务方的接口服务URL。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27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395db8966cf90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2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播放器在请求授权接口时，会自动适配以下情况：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当填写的是完整的URL时，播放器会直接请求，例如：http://mywebsite.com/interface/validate。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当填写的是不带协议头的接口地址时，播放器会根据当前页面的请求协议自动补全。例如填写的是：//mywebsite.com/interface/validate，当前页面使用https协议访问，那么实际请求的是：https://mywebsite.com/interface/validate。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 当填写的是不带协议头和HOST的接口地址时，播放器会根据当前页面的请求协议和HOST自动补全。例如填写的是：/interface/validate 或 interface/validate，当前页面的域名是mywebsite2.com，且页面使用http协议访问，那么实际请求的是：http://mywebsite2.com/interface/validate。</w:t>
      </w:r>
    </w:p>
    <w:p>
      <w:pPr>
        <w:pStyle w:val="Heading2"/>
      </w:pPr>
      <w:r>
        <w:t>二、业务方服务端实现</w:t>
      </w:r>
    </w:p>
    <w:p>
      <w:pPr>
        <w:pStyle w:val="Heading3"/>
      </w:pPr>
      <w:r>
        <w:t>1、播放器端请求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管理后台设置授权播放和跑马灯接口后，Polyv播放器在播放视频时会首先请求后台设置的接口，请求的方式为GET，并且会附带vid、code、t、callback这四个参数，例如：https://www.mywebsite.com/validate?vid=e2e84a73837363106d8d257f60e55c4c_e&amp;code=&amp;t=1457938821973&amp;callback=polyvObject16209048491895664483_1457938783908&amp;_=1457938784101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其中code为播放器嵌入代码中的参数，值可以自定义；t为播放器产生的随机数。播放器示例代码如下：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src='https://player.polyv.net/script/player.js'&gt;&lt;/script&gt;</w:t>
        <w:br/>
        <w:t>&lt;div id='player'&gt;&lt;/div&gt;</w:t>
        <w:br/>
        <w:t>&lt;script&gt;</w:t>
        <w:br/>
        <w:t>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'88083abbf5bcf1356e05d39666be527a_8',</w:t>
        <w:br/>
        <w:t xml:space="preserve">    code: 'myCodeValue'  // 用户可自定义参数值，也可以不设置此参数，那么在请求接口时该参数值为空。参数值为中文时需要做base64URLSafe。</w:t>
        <w:br/>
        <w:t>});</w:t>
        <w:br/>
        <w:t>&lt;/script&gt;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由于H5播放器通过Ajax方式请求用户接口，需要跨域请求，因此需要callback参数。而Flash播放器是通过跨域文件实现跨域，所以不需要callback参数，请求接口时只会提交vid、code和t三个参数。Flash播放器实现跨域请参考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跨域访问设置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pStyle w:val="Heading3"/>
      </w:pPr>
      <w:r>
        <w:t>2、服务端接口实现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业务方服务端接口如果只需实现授权验证的功能，只需返回 status、username、sign三个参数给播放器验证即可。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服务端实现的PHP示例如下：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validate.php</w:t>
        <w:br/>
        <w:t>&lt;?php</w:t>
        <w:br/>
        <w:t>$username = "elvis"; // 用户昵称, 若值为中文需要urlencode('张三')，可从session获取</w:t>
        <w:br/>
        <w:t>$secretkey = "secretkey"; // 登录保利威管理后台，点击 【设置】 → 【API接口】获取</w:t>
        <w:br/>
        <w:t>$vid=$_GET["vid"];</w:t>
        <w:br/>
        <w:t>$t = $_GET["t"];</w:t>
        <w:br/>
        <w:t>$code = $_GET["code"];</w:t>
        <w:br/>
        <w:br/>
        <w:t>if($username=="elvis"){</w:t>
        <w:br/>
        <w:t xml:space="preserve">  $status = 1; // 业务方可自定义授权验证逻辑</w:t>
        <w:br/>
        <w:t>}else {</w:t>
        <w:br/>
        <w:t xml:space="preserve">  $status = 2;</w:t>
        <w:br/>
        <w:t>}</w:t>
        <w:br/>
        <w:t>if(!empty($_GET["callback"])){</w:t>
        <w:br/>
        <w:t xml:space="preserve">  $callback = $_GET["callback"];</w:t>
        <w:br/>
        <w:t>}else{</w:t>
        <w:br/>
        <w:t xml:space="preserve">  $callback = '';</w:t>
        <w:br/>
        <w:t>}</w:t>
        <w:br/>
        <w:br/>
        <w:t>$sign=md5("vid=$vid&amp;secretkey=$secretkey&amp;username=$username&amp;code=$code&amp;status=$status&amp;t=$t");</w:t>
        <w:br/>
        <w:t>$array=Array("status"=&gt;$status,"username"=&gt;$username,"sign"=&gt;$sign);</w:t>
        <w:br/>
        <w:t>$Json = json_encode($array);</w:t>
        <w:br/>
        <w:br/>
        <w:t>if($callback!=''){ //PC H5播放器会提交callback参数</w:t>
        <w:br/>
        <w:t xml:space="preserve">  echo $callback."(".$Json.")";</w:t>
        <w:br/>
        <w:t>} else{ //Flash播放器不提交callback参数</w:t>
        <w:br/>
        <w:t xml:space="preserve">  echo "(".$Json.")";</w:t>
        <w:br/>
        <w:t>}</w:t>
        <w:br/>
        <w:t>?&gt;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其中，sign的计算规则为：拼接vid、secretkey、username、code、status、t参数做MD5计算：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Plain ="vid=" + vid + "&amp;secretkey=" + secretKey + "&amp;username=" + username + "&amp;code=" + code + "&amp;status=" +status + "&amp;t=" + t</w:t>
        <w:br/>
        <w:t>sign = MD5.hash(Plain);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以下为接口返回示例：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polyvObject16208229674372271079_1478765178186({</w:t>
        <w:br/>
        <w:t xml:space="preserve">  "status":1,</w:t>
        <w:br/>
        <w:t xml:space="preserve">  "username":"elvis",</w:t>
        <w:br/>
        <w:t xml:space="preserve">  "sign":"1cca74bd55c6076091ed84807065e5b7"</w:t>
        <w:br/>
        <w:t xml:space="preserve">  })</w:t>
        <w:br/>
        <w:t>// 不提交callback参数时</w:t>
        <w:br/>
        <w:t>{</w:t>
        <w:br/>
        <w:t xml:space="preserve">  "status":1,</w:t>
        <w:br/>
        <w:t xml:space="preserve">  "username":"elvis",</w:t>
        <w:br/>
        <w:t xml:space="preserve">  "sign":"2c2bfb00314da7d768d50a7d1e93bd9f"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如果除了授权验证，还需实现跑马灯功能，则接口需要返回跑马灯相关的参数。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服务端实现的PHP示例如下：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validate.php</w:t>
        <w:br/>
        <w:t>&lt;?php</w:t>
        <w:br/>
        <w:t>$username = "elvis"; // 用户昵称, 若值为中文需要urlencode('张三')，可从session获取</w:t>
        <w:br/>
        <w:t>$secretkey = "secretkey"; // 登录保利威管理后台，点击 【设置】 → 【API接口】获取</w:t>
        <w:br/>
        <w:t>$vid=$_GET["vid"];</w:t>
        <w:br/>
        <w:t>$t = $_GET["t"];</w:t>
        <w:br/>
        <w:t>$code = $_GET["code"];</w:t>
        <w:br/>
        <w:t>$fontSize="40";</w:t>
        <w:br/>
        <w:t>$fontColor="0xFFE900";</w:t>
        <w:br/>
        <w:t>$speed="200";</w:t>
        <w:br/>
        <w:t>$filter="on";</w:t>
        <w:br/>
        <w:t>$setting="3";</w:t>
        <w:br/>
        <w:t>$alpha="1";</w:t>
        <w:br/>
        <w:t>$filterAlpha="1";</w:t>
        <w:br/>
        <w:t>$filterColor="0x3914AF";</w:t>
        <w:br/>
        <w:t>$blurX="2";</w:t>
        <w:br/>
        <w:t>$blurY="2";</w:t>
        <w:br/>
        <w:t>$tweenTime="1";</w:t>
        <w:br/>
        <w:t>$interval="5";</w:t>
        <w:br/>
        <w:t>$lifeTime="3";</w:t>
        <w:br/>
        <w:t>$strength="4";</w:t>
        <w:br/>
        <w:t>$show="on";</w:t>
        <w:br/>
        <w:t>$msg="Errormessage!";</w:t>
        <w:br/>
        <w:br/>
        <w:t>if($username=="elvis"){ // 业务方可自定义授权验证逻辑</w:t>
        <w:br/>
        <w:t xml:space="preserve"> $status = 1;</w:t>
        <w:br/>
        <w:t>}else {</w:t>
        <w:br/>
        <w:t xml:space="preserve"> $status = 2;</w:t>
        <w:br/>
        <w:t>}</w:t>
        <w:br/>
        <w:br/>
        <w:t>if(!empty($_GET["callback"])){</w:t>
        <w:br/>
        <w:t xml:space="preserve"> $callback = $_GET["callback"];</w:t>
        <w:br/>
        <w:t>}else{</w:t>
        <w:br/>
        <w:t xml:space="preserve"> $callback = '';</w:t>
        <w:br/>
        <w:t>}</w:t>
        <w:br/>
        <w:br/>
        <w:t>$sign=md5("vid=$vid&amp;secretkey=$secretkey&amp;username=$username&amp;code=$code&amp;status=$status&amp;t=$t&amp;msg=$msg&amp;fontSize=$fontSize&amp;fontColor=$fontColor&amp;speed=$speed&amp;filter=$filter&amp;setting=$setting&amp;alpha=$alpha&amp;filterAlpha=$filterAlpha&amp;filterColor=$filterColor&amp;blurX=$blurX&amp;blurY=$blurY&amp;interval=$interval&amp;lifeTime=$lifeTime&amp;tweenTime=$tweenTime&amp;strength=$strength&amp;show=$show");</w:t>
        <w:br/>
        <w:t>$array = Array("status"=&gt;$status,"username"=&gt;$username,"sign"=&gt;$sign,"msg"=&gt;$msg,"fontSize"=&gt;$fontSize,"fontColor"=&gt;$fontColor,"speed"=&gt;$speed,"filter"=&gt;$filter,"setting"=&gt;$setting,"alpha"=&gt;$alpha,"filterAlpha"=&gt;$filterAlpha,"filterColor"=&gt;$filterColor,"blurX"=&gt;$blurX,"blurY"=&gt;$blurY,"tweenTime"=&gt;$tweenTime,"interval"=&gt;$interval,"lifeTime"=&gt;$lifeTime,"strength"=&gt;$strength,"show"=&gt;$show,);</w:t>
        <w:br/>
        <w:t>$Json = json_encode($array);</w:t>
        <w:br/>
        <w:br/>
        <w:t>if($callback!=''){</w:t>
        <w:br/>
        <w:t xml:space="preserve"> echo $callback."(".$Json.")";</w:t>
        <w:br/>
        <w:t>} else{</w:t>
        <w:br/>
        <w:t xml:space="preserve"> echo $Json;</w:t>
        <w:br/>
        <w:t>}</w:t>
        <w:br/>
        <w:t>?&gt;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其中，sign的计算规则为（参数必须按照示例中的顺序拼接）：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Plain = "vid=" + vid + "&amp;secretkey=" + secretKey + "&amp;username=" + username + "&amp;code=" + code + "&amp;status=" + status + "&amp;t=" + t +</w:t>
        <w:br/>
        <w:t>"&amp;msg=" + msg + "&amp;fontSize=" + fontSize + "&amp;fontColor=" + fontColor + "&amp;speed=" + speed +"&amp;filter=" +filter + "&amp;setting=" + setting +</w:t>
        <w:br/>
        <w:t>"&amp;alpha=" + alpha + "&amp;filterAlpha=" + filterAlpha  + "&amp;filterColor=" + filterColor + "&amp;blurX=" + blurX + "&amp;blurY=" + blurY +</w:t>
        <w:br/>
        <w:t>"&amp;interval=" + interval + "&amp;lifeTime=" + lifeTime + "&amp;tweenTime=" + tweenTime + "&amp;strength=" + strength + "&amp;show=" +show;</w:t>
        <w:br/>
        <w:t>sign = MD5.hash(Plain);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：当vid="8f8482aaab11dd5f45f183a9192a04c5_8",secretkey="AiDQw1mAmi",username="suki",code="abc",status="1",t="143020010115550947",msg="Errormessage!",fontSize="40",fontColor="0xFFE900",speed="200",filter="on",setting="3",alpha="1",filterAlpha="1",filterColor="0x3914AF",blurX="2",blurY="2",interval="5",lifeTime="3",tweenTime="1",strength="4",show="on"时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拼凑起来去MD5计算的字符串为: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=8f8482aaab11dd5f45f183a9192a04c5_8&amp;secretkey=AiDQw1mAmi&amp;username=suki&amp;code=abc&amp;status=1&amp;t=143020010115550947&amp;msg=Errormessage!&amp;fontSize=40&amp;fontColor=0xFFE900&amp;speed=200&amp;filter=on&amp;setting=3&amp;alpha=1&amp;filterAlpha=1&amp;filterColor=0x3914AF&amp;blurX=2&amp;blurY=2&amp;interval=5&amp;lifeTime=3&amp;tweenTime=1&amp;strength=4&amp;show=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则sign为MD5计算后32位小写的值：3b07f56f29b7fd728bf20020442338e7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以下为接口返回示例：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"status":1,</w:t>
        <w:br/>
        <w:t xml:space="preserve">  "username":"elvis",</w:t>
        <w:br/>
        <w:t xml:space="preserve">  "sign":"6ab63590797e513d1b6c46b407413478",</w:t>
        <w:br/>
        <w:t xml:space="preserve">  "msg":"Errormessage!",</w:t>
        <w:br/>
        <w:t xml:space="preserve">  "fontSize":"40",</w:t>
        <w:br/>
        <w:t xml:space="preserve">  "fontColor":"0xFFE900",</w:t>
        <w:br/>
        <w:t xml:space="preserve">  "speed":"200",</w:t>
        <w:br/>
        <w:t xml:space="preserve">  "filter":"on",</w:t>
        <w:br/>
        <w:t xml:space="preserve">  "setting":"3",</w:t>
        <w:br/>
        <w:t xml:space="preserve">  "alpha":"1",</w:t>
        <w:br/>
        <w:t xml:space="preserve">  "filterAlpha":"1",</w:t>
        <w:br/>
        <w:t xml:space="preserve">  "filterColor":"0x3914AF",</w:t>
        <w:br/>
        <w:t xml:space="preserve">  "blurX":"2",</w:t>
        <w:br/>
        <w:t xml:space="preserve">  "blurY":"2",</w:t>
        <w:br/>
        <w:t xml:space="preserve">  "tweenTime":"1",</w:t>
        <w:br/>
        <w:t xml:space="preserve">  "interval":"5",</w:t>
        <w:br/>
        <w:t xml:space="preserve">  "lifeTime":"3",</w:t>
        <w:br/>
        <w:t xml:space="preserve">  "strength":"4",</w:t>
        <w:br/>
        <w:t xml:space="preserve">  "show":"on"</w:t>
        <w:br/>
        <w:t>}</w:t>
      </w:r>
    </w:p>
    <w:p>
      <w:pPr>
        <w:pStyle w:val="Heading2"/>
      </w:pPr>
      <w:r>
        <w:t>三、接口返回参数说明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是否允许播放：1 允许 2 禁止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观众名称，也会用于跑马灯显示的文字内容。如果是中文需要做URLEncode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接口签名，用于校验返回内容是否被篡改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当参数值为“on”时表示显示跑马灯，默认不显示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跑马灯滚动的样式：1 从右到左滚动 2 随机位置闪烁 3 从右到左闪烁滚动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speed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跑马灯文字从右侧移至左侧所需时间，单位：1/10秒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lifeTime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跑马灯文字显示时间，单位：秒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interval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跑马灯文字隐藏间隔时间，单位：秒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tweenTime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跑马灯文字渐隐渐现时间，单位：秒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跑马灯文字的字体大小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跑马灯文字颜色，使用十六进制颜色值表示，如0xFF0000，默认为黑色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alpha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跑马灯文字透明度，取值范围0.01~1，参数值不能小于0.01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跑马灯文字是否描边，on 描边  off 不描边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filterAlpha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文字描边透明度，取值范围0~1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filterColor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0x000000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文字描边颜色，使用十六进制颜色值表示，如0xFF0000，默认为黑色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strength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描边强度，取值范围0~255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blurX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描边水平模糊量，取值范围0~255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blurY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描边垂直模糊量，取值范围0~255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/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自定义错误提示信息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1. 当接口只做授权验证用途时，只需返回 status、username和sign三个参数，跑马灯相关参数可不返回。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2. 请确保接口返回数据是utf-8编码，注意 status参数是整型，不能是字符串类型。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3. 目前跑马灯功能不支持在移动端H5播放器上使用。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4. 请尽量不要对播放器样式或\标签进行修改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授权播放和防录屏跑马灯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