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子视频</w:t>
      </w:r>
    </w:p>
    <w:p>
      <w:pPr>
        <w:pStyle w:val="Heading2"/>
      </w:pPr>
      <w:r>
        <w:t>功能效果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可以在不损害原视频的情况下，快速达到自由视频分段的效果。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 开始时间：点击获取时间点，则为子视频的开头。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 结束时间：点击获取时间点，则为子视频的结尾。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顶部功能列表的“视频列表”，进入视频列表界面，选择视频（或在“视频分类管理”中选择视频），在右侧小窗口下拉找到“子视频”，如下图所示：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图片：../../images/%E5%AD%90%E8%A7%86%E9%A2%91-1619688895797.jpg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点击上图的“+添加子视频”，弹出新窗口，如下图：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79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da2854da02919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79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输入子视频标题，点击“获取时间点”自动获取开始和结束的时间点，点击“保存”即可，效果如下图：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图片：../../images/%E5%AD%90%E8%A7%86%E9%A2%91%E6%97%B6%E9%97%B4-1619688895798.jpg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