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WebView常见问题</w:t>
      </w:r>
    </w:p>
    <w:p>
      <w:pPr>
        <w:pStyle w:val="Heading2"/>
      </w:pPr>
      <w:r>
        <w:t>一、简介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&amp;emsp;&amp;emsp;目前部分网页使用WebView控件来播放Polyv点播视频或直播视频时，会产生以下问题，在此提供demo供参考方便快速解决问题。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安卓 demo-1.0.5 下载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demo 下载（Git，建议）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 demo下载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&amp;emsp;&amp;emsp;安卓webview demo描述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&amp;emsp;- demo中实现了点击全屏按钮功能（ps：点击全屏后自动横屏）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&amp;emsp;&amp;emsp;IOS webview demo描述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&amp;emsp;- demo中分别演示使用UIWebview、WKWebview</w:t>
      </w:r>
    </w:p>
    <w:p>
      <w:pPr>
        <w:pStyle w:val="Heading2"/>
      </w:pPr>
      <w:r>
        <w:t>二、FAQ</w:t>
      </w:r>
    </w:p>
    <w:p>
      <w:pPr>
        <w:pStyle w:val="Heading3"/>
      </w:pPr>
      <w:r>
        <w:t>1. webview 引用直播观看页打开白屏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不可以随意劫持Polyv请求的cookie信息，可能导致播放页面无法正常跳转，出现白屏现象。</w:t>
      </w:r>
    </w:p>
    <w:p>
      <w:pPr>
        <w:pStyle w:val="Heading3"/>
      </w:pPr>
      <w:r>
        <w:t>2. 播放器区域白屏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由于运营商劫持的可能性，建议引用https的页面地址解决。</w:t>
      </w:r>
    </w:p>
    <w:p>
      <w:pPr>
        <w:pStyle w:val="Heading3"/>
      </w:pPr>
      <w:r>
        <w:t>3. iOS UIWebview 已废弃使用，请使用 WKWebView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视频在h5页面内播放属性是 inline playback, UIWebView 默认开，WKWebView 默认关。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UIWebView 在 iOS 11.3 上设置 inline playback 无效，iOS 11.0.3 上可以，所以不建议继续使用 UIWebView。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苹果官方建议：</w:t>
        <w:br/>
        <w:t>从iOS 8.0和OS X 10.10开始，使用WKWebView将Web内容添加到您的应用程序。不要使用UIWebView或WebView。</w:t>
        <w:br/>
        <w:t>Starting in iOS 8.0 and OS X 10.10, use WKWebView to add web content to your app. Do not use UIWebView or WebView.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补充：苹果在今年（2020年）4月起已禁止提交包含 UIWebview 的新应用，12月禁止包含 UIwebview 的应用更新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3"/>
      </w:pPr>
      <w:r>
        <w:t>4. ios配置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iOS 需要以下配置，设置  </w:t>
      </w:r>
      <w:r>
        <w:rPr>
          <w:rFonts w:ascii="Menlo" w:hAnsi="Menlo"/>
          <w:color w:val="444444"/>
          <w:sz w:val="20"/>
        </w:rPr>
        <w:t>info.plist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</w:t>
      </w:r>
      <w:r>
        <w:rPr>
          <w:rFonts w:ascii="Menlo" w:hAnsi="Menlo"/>
          <w:color w:val="444444"/>
          <w:sz w:val="20"/>
        </w:rPr>
        <w:t>NSAppTransportSecurity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字段，允许非HTTPS连接访问。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加入 </w:t>
      </w:r>
      <w:r>
        <w:rPr>
          <w:rFonts w:ascii="Menlo" w:hAnsi="Menlo"/>
          <w:color w:val="444444"/>
          <w:sz w:val="20"/>
        </w:rPr>
        <w:t>NSAllowsArbitraryLoadsInWebContent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键，允许任意web页面加载，或设置 </w:t>
      </w:r>
      <w:r>
        <w:rPr>
          <w:rFonts w:ascii="Menlo" w:hAnsi="Menlo"/>
          <w:color w:val="444444"/>
          <w:sz w:val="20"/>
        </w:rPr>
        <w:t>NSAllowsArbitraryLoads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YES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来禁用ATS。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测试发现：使用</w:t>
      </w:r>
      <w:r>
        <w:rPr>
          <w:rFonts w:ascii="Menlo" w:hAnsi="Menlo"/>
          <w:color w:val="444444"/>
          <w:sz w:val="20"/>
        </w:rPr>
        <w:t>NSAllowsArbitraryLoadsInWebContent</w:t>
      </w:r>
      <w:r>
        <w:rPr>
          <w:rFonts w:ascii="Source Han Sans SC" w:hAnsi="Source Han Sans SC" w:eastAsia="Source Han Sans SC" w:cs="Source Han Sans SC" w:hint="eastAsia"/>
          <w:sz w:val="21"/>
        </w:rPr>
        <w:t>在 iOS 10.3 上视频可能无法播放，所以建议直接关闭ATS。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&lt;key&gt;NSAppTransportSecurity&lt;/key&gt;</w:t>
        <w:br/>
        <w:tab/>
        <w:t>&lt;dict&gt;</w:t>
        <w:br/>
        <w:tab/>
        <w:tab/>
        <w:t>&lt;key&gt;NSAllowsArbitraryLoads&lt;/key&gt;</w:t>
        <w:br/>
        <w:tab/>
        <w:tab/>
        <w:t>&lt;true/&gt;</w:t>
        <w:br/>
        <w:tab/>
        <w:t>&lt;/dict&gt;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默认小屏播放（WKWebView）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加载网页后网页里有播放器，但是iOS11上的播放默认是全屏播放，没有办法小屏播放，这里我们就要进行下设置了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//配置信息</w:t>
        <w:br/>
        <w:t>WKWebViewConfiguration *config = [[WKWebViewConfiguration alloc] init];</w:t>
        <w:br/>
        <w:t>//设置为YES即可</w:t>
        <w:br/>
        <w:t>config.allowsInlineMediaPlayback = YES;</w:t>
        <w:br/>
        <w:t>//在初始化时讲配置信息传入</w:t>
        <w:br/>
        <w:t>WKWebView *mWebView = [[WKWebView alloc] initWithFrame:self.view.bounds configuration:config];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3"/>
      </w:pPr>
      <w:r>
        <w:t>5.Android 虚拟按键适配动态调整布局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如下图华为mate8机型为例，部分webview页面底部内容被虚拟按键遮挡问题，需要处理Android调整webview适配底部返回键等虚拟键盘。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![](../../../img/mate8.png)]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3"/>
      </w:pPr>
      <w:r>
        <w:t>6.Android HTTPS页面引用HTTP资源的问题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Android5.0及以上系统WebView默认不支持同时加载Https和Http混合模式，若直播观看页嵌入https页面，需要增加以下代码解决播放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//允许混合模式（http与https）</w:t>
        <w:br/>
        <w:t xml:space="preserve"> if (Build.VERSION.SDK_INT &gt;= Build.VERSION_CODES.LOLLIPOP) {</w:t>
        <w:br/>
        <w:t xml:space="preserve">  settings.setMixedContentMode(WebSettings.MIXED_CONTENT_ALWAYS_ALLOW);</w:t>
        <w:br/>
        <w:t xml:space="preserve">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此外，Android 9及以上系统默认应用禁止Http明文访问，如果需要访问Http网址或内容，请在AndroidManifest.xml的Application标签中加入 android:usesCleartextTraffic="true" 属性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&lt;?xml version="1.0" encoding="utf-8"?&gt;</w:t>
        <w:br/>
        <w:t>&lt;manifest ...&gt;</w:t>
        <w:br/>
        <w:t xml:space="preserve">    &lt;uses-permission android:name="android.permission.INTERNET" /&gt;</w:t>
        <w:br/>
        <w:t xml:space="preserve">    &lt;application</w:t>
        <w:br/>
        <w:t xml:space="preserve">        ...</w:t>
        <w:br/>
        <w:t xml:space="preserve">        android:usesCleartextTraffic="true"</w:t>
        <w:br/>
        <w:t xml:space="preserve">        ...&gt;</w:t>
        <w:br/>
        <w:t xml:space="preserve">        ...</w:t>
        <w:br/>
        <w:t xml:space="preserve">    &lt;/application&gt;</w:t>
        <w:br/>
        <w:t>&lt;/manifest&gt;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3"/>
      </w:pPr>
      <w:r>
        <w:t>7.Android 默认视频封面灰色播放按钮美化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898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809a687999eb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89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安卓webview video标签默认显示如图播放按钮背景。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86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a7f2fa41c49bd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86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通过Web增加以下代码后美化如上图显示,除以下设置外同样也可以自定义视频封面图片：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android.graphics.Bitmap;</w:t>
        <w:br/>
        <w:t>import android.webkit.WebChromeClient;</w:t>
        <w:br/>
        <w:br/>
        <w:t>public class WebChromeClientCustomPoster extends WebChromeClient {</w:t>
        <w:br/>
        <w:t xml:space="preserve">  @Overried</w:t>
        <w:br/>
        <w:t xml:space="preserve">  public Bitmap getDefaultVideoPoster() {</w:t>
        <w:br/>
        <w:t xml:space="preserve">    return Bitmap.createBitmap(10, 10, Bitmap.Config.ARGB_8888);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3"/>
      </w:pPr>
      <w:r>
        <w:t>8.Android webview观看页全屏退出后无法弹起输入框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在webview的全屏/竖屏回调中，添加mWebView.clearFocus();方法。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WebView常见问题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