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统计视频观看时长的相关方式说明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不少教育类场景都有统计观众的视频观看时长的需求，以此来判断是否完成了课程，能否触发下一步动作（比如观看下一阶段的课程），或者单纯统计并在前台显示观众的观看时长以及观看视频数量。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整体来看统计观看时长有两种方案，一种是通过服务端API来获取统计数据，另一种是借助前端播放器提供的接口，业务方自己统计，两种方案的优劣及适用场景见下表：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统计方式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前端统计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服务端API获取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时效性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非实时。由于服务端需要处理整个平台的播放数据，所以会有一定延时。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数据准确性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准确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有轻微误差。因网络、链路等影响，前端上报的播放数据有可能会发送失败，所以服务端返回的观看时长不能保证绝对准确。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开发成本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较高，业务方需借助播放器的相关接口，自行在前端计算观看时长等数据并上报业务后台。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低，只需调用对应的API来获取统计结果。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对统计实时性要求高的业务场景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对统计实时性要求不高的业务场景</w:t>
            </w:r>
          </w:p>
        </w:tc>
      </w:tr>
    </w:tbl>
    <w:p>
      <w:pPr>
        <w:spacing w:after="40"/>
      </w:pPr>
    </w:p>
    <w:p>
      <w:pPr>
        <w:pStyle w:val="Heading1"/>
      </w:pPr>
      <w:r>
        <w:t>前端统计方式介绍</w:t>
      </w:r>
    </w:p>
    <w:p>
      <w:pPr>
        <w:pStyle w:val="Heading2"/>
      </w:pPr>
      <w:r>
        <w:t>Web播放器（包括PC H5、Flash、移动端H5播放器）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在Web页面播放视频时，可借助播放器提供的相关接口、事件并结合自身业务规则来统计所需的数据，并上报自己的业务系统。</w:t>
      </w:r>
    </w:p>
    <w:p>
      <w:pPr>
        <w:pStyle w:val="Heading3"/>
      </w:pPr>
      <w:r>
        <w:t>接口：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j2s_getCurrentTime() //获取当前播放的时间点，比如视频播放到第20s时返回：20。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j2s_realPlayVideoTime() //获取正片播放时间，不包括广告、片头、暂停、片尾等时间，视频播放过程中该值会累加。</w:t>
      </w:r>
    </w:p>
    <w:p>
      <w:pPr>
        <w:pStyle w:val="Heading3"/>
      </w:pPr>
      <w:r>
        <w:t>事件：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s2j_onPlayStart // 播放器成功加载视频文件并缓冲完成后，即将开始播放时触发。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s2j_onPlayOver // 播放结束后触发。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其它的播放器属性、接口和事件详见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属性和接口说明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注：j2s_realPlayVideoTime获取的是播放的自然时间时长，比如当使用2倍速播放到视频的第60s时：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player.j2s_getCurrentTime() = 60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player.j2s_realPlayVideoTime() = 30</w:t>
      </w:r>
    </w:p>
    <w:p>
      <w:pPr>
        <w:pStyle w:val="Heading2"/>
      </w:pPr>
      <w:r>
        <w:t>移动端SDK（Android SDK、iOS SDK）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在APP中播放视频时，可使用保利威点播SDK提供的相关接口、事件并结合自身业务规则来统计所需的数据，并上报自己的业务系统。</w:t>
      </w:r>
    </w:p>
    <w:p>
      <w:pPr>
        <w:pStyle w:val="Heading3"/>
      </w:pPr>
      <w:r>
        <w:t>iOS SDK：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@property (nonatomic, assign, readonly) NSTimeInterval viewerWatchDuration  // 用户观看时间，假如用2倍速播放到视频的第60s，该方法返回30。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@property (nonatomic, assign, readonly) NSTimeInterval videoContentPlayedTime //视频内容播放的时间，假如用2倍速播放到视频的第60s，该方法返回60。</w:t>
      </w:r>
    </w:p>
    <w:p>
      <w:pPr>
        <w:pStyle w:val="Heading3"/>
      </w:pPr>
      <w:r>
        <w:t>Android SDK：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getWatchTimeDuration()  // 用户观看时间，假如用2倍速播放到视频的第60s，该方法返回30。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getVideoContentPlayedTime()  // 视频内容播放时间，假如用2倍速播放到视频的第60s，该方法返回60。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SDK也都有播放开始、完成、出错等事件回调，其它的播放器属性、接口和事件详见Github文档：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</w:t>
      </w:r>
      <w:r>
        <w:rPr>
          <w:rFonts w:ascii="Source Han Sans SC" w:hAnsi="Source Han Sans SC" w:eastAsia="Source Han Sans SC" w:cs="Source Han Sans SC" w:hint="eastAsia"/>
          <w:sz w:val="21"/>
        </w:rPr>
        <w:t>,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服务端API获取方式介绍</w:t>
      </w:r>
    </w:p>
    <w:p>
      <w:pPr>
        <w:pStyle w:val="Heading2"/>
      </w:pPr>
      <w:r>
        <w:t>通过观看日志：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获取某一天的视频观看日志接口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批量获取视频观看日志接口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或者通过点播后台→数据统计→观看日志，可查看并导出视频ID、观众ID、观看时长等数据。</w:t>
      </w:r>
    </w:p>
    <w:p>
      <w:pPr>
        <w:pStyle w:val="Heading2"/>
      </w:pPr>
      <w:r>
        <w:t>通过视频完成度接口：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获取视频观看完成度接口</w:t>
      </w:r>
      <w:r>
        <w:rPr>
          <w:rFonts w:ascii="Source Han Sans SC" w:hAnsi="Source Han Sans SC" w:eastAsia="Source Han Sans SC" w:cs="Source Han Sans SC" w:hint="eastAsia"/>
          <w:sz w:val="21"/>
        </w:rPr>
        <w:t>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该接口可查看某一观众累计观看某一视频的完成度情况。无论观众使用哪种终端、分多少次观看，接口返回的是最终的汇总的完成度。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比如，视频A时长为50分钟，观众使用PC H5观看了第0~20分钟，使用手机H5观看了第10~30分钟，又使用APP观看了第40~50分钟，累计观看时长为20+20+10=50分钟，但观看的视频内容是 0~30 和 40~50 的部分。虽然累计观看时长与视频时长相同，但完成度为 (30+10)/50=80%。</w:t>
      </w:r>
    </w:p>
    <w:p>
      <w:pPr>
        <w:pStyle w:val="Heading2"/>
      </w:pPr>
      <w:r>
        <w:t>通过视频高级分析来统计：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功能说明文档：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高级分析功能说明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高级分析-分页查询观看行为列表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通过观看日志接口获取的数据在正常情况下的延时为10分钟。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*后台导出excel表中的开始时间，是数据存储的时间，并不等同于视频开始播放的时间。*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视频观看完成度在服务端每隔1小时计算一次，也就是有最大1小时的延迟。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高级分析每天统计一次，也就是有最大24小时的延迟。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完成度接口和高级分析中的完成度是基于视频正常速度来计算的，假如用2倍速完整观看一个视频，完成度会计算为50%。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统计视频观看时长的相关方式说明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