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如何正确使用SDK加密串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保利威点播SDK需要用户提供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readtoken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writetoken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几个配置信息才能解密播放视频。基于安全性考虑，建议这些参数保存在服务端，APP 在启动时从服务端获取并配置。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为防止 APP 端被嗅探这几个参数，需要对传输的内容进行加密。因此，就有了 </w:t>
      </w:r>
      <w:r>
        <w:rPr>
          <w:rFonts w:ascii="Menlo" w:hAnsi="Menlo"/>
          <w:color w:val="444444"/>
          <w:sz w:val="20"/>
        </w:rPr>
        <w:t xml:space="preserve">SDK加密串 </w:t>
      </w:r>
      <w:r>
        <w:rPr>
          <w:rFonts w:ascii="Source Han Sans SC" w:hAnsi="Source Han Sans SC" w:eastAsia="Source Han Sans SC" w:cs="Source Han Sans SC" w:hint="eastAsia"/>
          <w:sz w:val="21"/>
        </w:rPr>
        <w:t>——在服务器端对以上四个参数进行加密，APP端对应的进行解密。开发者应当设计自己的加解密方式，并且APP端应通过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https</w:t>
      </w:r>
      <w:r>
        <w:rPr>
          <w:rFonts w:ascii="Source Han Sans SC" w:hAnsi="Source Han Sans SC" w:eastAsia="Source Han Sans SC" w:cs="Source Han Sans SC" w:hint="eastAsia"/>
          <w:sz w:val="21"/>
        </w:rPr>
        <w:t>协议请求服务端接口。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点播SDK集成文档详见：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 SDK集成文档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 SDK集成文档</w:t>
      </w:r>
    </w:p>
    <w:p>
      <w:pPr>
        <w:pStyle w:val="Heading1"/>
      </w:pPr>
      <w:r>
        <w:t>正式使用解决方案</w:t>
      </w:r>
    </w:p>
    <w:p>
      <w:pPr>
        <w:pStyle w:val="Heading2"/>
      </w:pPr>
      <w:r>
        <w:t>一、设计自己的加解密方式。</w:t>
      </w:r>
    </w:p>
    <w:p>
      <w:pPr>
        <w:pStyle w:val="Heading3"/>
      </w:pPr>
      <w:r>
        <w:t>服务端Java示例: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/*该示例采用AES加密算法，开发者也可以选择使用不同的加密算法，并在APP端做对应的解密。*/</w:t>
        <w:br/>
        <w:t xml:space="preserve">    String plainString = userid + "," + secretkey + "," + readtoken + "," + writetoken;</w:t>
        <w:br/>
        <w:t xml:space="preserve">    String key = "1234567812345678"; // 加密密钥</w:t>
        <w:br/>
        <w:t xml:space="preserve">    String iv = "1234567812345678"; // 加密向量</w:t>
        <w:br/>
        <w:br/>
        <w:t xml:space="preserve">    Cipher cipher = Cipher.getInstance("AES/CBC/PKCS5Padding");</w:t>
        <w:br/>
        <w:t xml:space="preserve">    int blockSize = cipher.getBlockSize();</w:t>
        <w:br/>
        <w:br/>
        <w:t xml:space="preserve">    byte[] dataBytes = plainString.getBytes();</w:t>
        <w:br/>
        <w:t xml:space="preserve">    int plaintextLength = dataBytes.length;</w:t>
        <w:br/>
        <w:t xml:space="preserve">    if (plaintextLength % blockSize != 0) {</w:t>
        <w:br/>
        <w:t xml:space="preserve">        plaintextLength = plaintextLength + (blockSize - (plaintextLength % blockSize));</w:t>
        <w:br/>
        <w:t xml:space="preserve">    }</w:t>
        <w:br/>
        <w:br/>
        <w:t xml:space="preserve">    byte[] plaintext = new byte[plaintextLength];</w:t>
        <w:br/>
        <w:t xml:space="preserve">    System.arraycopy(dataBytes, 0, plaintext, 0, dataBytes.length);</w:t>
        <w:br/>
        <w:br/>
        <w:t xml:space="preserve">    SecretKeySpec keyspec = new SecretKeySpec(key.getBytes(), "AES");</w:t>
        <w:br/>
        <w:t xml:space="preserve">    IvParameterSpec ivspec = new IvParameterSpec(iv.getBytes());</w:t>
        <w:br/>
        <w:br/>
        <w:t xml:space="preserve">    cipher.init(Cipher.ENCRYPT_MODE, keyspec, ivspec);</w:t>
        <w:br/>
        <w:t xml:space="preserve">    byte[] encrypted = cipher.doFinal(plaintext);</w:t>
        <w:br/>
        <w:t xml:space="preserve">    String baseString = Base64.encode(encrypted);</w:t>
        <w:br/>
        <w:t xml:space="preserve">    System.out.println(baseString);</w:t>
      </w:r>
    </w:p>
    <w:p>
      <w:pPr>
        <w:pStyle w:val="Heading3"/>
      </w:pPr>
      <w:r>
        <w:t>服务器端 PHP 加密示例：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 xml:space="preserve">   /*该示例采用AES加密算法，开发者也可以选择使用不同的加密算法，并在APP端做对应的解密。*/</w:t>
        <w:br/>
        <w:t xml:space="preserve">    $privateKey = "1234567812345678";// 加密密钥</w:t>
        <w:br/>
        <w:t xml:space="preserve">    $iv = "1234567812345678"; // 加密向量</w:t>
        <w:br/>
        <w:br/>
        <w:t xml:space="preserve">    $userid = "你的userid";</w:t>
        <w:br/>
        <w:t xml:space="preserve">    $secretkey = "你的secretkey";</w:t>
        <w:br/>
        <w:t xml:space="preserve">    $readtoken = "你的readtoken";</w:t>
        <w:br/>
        <w:t xml:space="preserve">    $writetoken = "你的writetoken";</w:t>
        <w:br/>
        <w:t xml:space="preserve">    $plainstring = $userid.",".$secretkey.",".$readtoken.",".$writetoken;</w:t>
        <w:br/>
        <w:br/>
        <w:t xml:space="preserve">    $str_padded = $plainstring;</w:t>
        <w:br/>
        <w:t xml:space="preserve">    if (strlen($str_padded) % 16) {</w:t>
        <w:br/>
        <w:t xml:space="preserve">        $str_padded = str_pad($str_padded, strlen($str_padded) + 16 - strlen($str_padded) % 16, "\0");</w:t>
        <w:br/>
        <w:t xml:space="preserve">    }</w:t>
        <w:br/>
        <w:br/>
        <w:t xml:space="preserve">    $encrypted = openssl_encrypt($str_padded, 'aes-128-cbc', $privateKey, OPENSSL_RAW_DATA, $iv);</w:t>
        <w:br/>
        <w:t xml:space="preserve">    echo(base64_encode($encrypted));</w:t>
        <w:br/>
        <w:t>?&gt;</w:t>
      </w:r>
    </w:p>
    <w:p>
      <w:pPr>
        <w:pStyle w:val="Heading3"/>
      </w:pPr>
      <w:r>
        <w:t>Android 端解密和配置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class PolyvApplication extends Application {</w:t>
        <w:br/>
        <w:t xml:space="preserve">    @Override</w:t>
        <w:br/>
        <w:t xml:space="preserve">    public void onCreate() {</w:t>
        <w:br/>
        <w:t xml:space="preserve">        new LoadConfigTask().execute();</w:t>
        <w:br/>
        <w:t xml:space="preserve">    }</w:t>
        <w:br/>
        <w:br/>
        <w:t xml:space="preserve">    private class LoadConfigTask extends AsyncTask&lt;String, String, String&gt; {</w:t>
        <w:br/>
        <w:br/>
        <w:tab/>
        <w:t>@Override</w:t>
        <w:br/>
        <w:tab/>
        <w:t>protected String doInBackground(String... params) {</w:t>
        <w:br/>
        <w:tab/>
        <w:t xml:space="preserve">    String config = PolyvSDKUtil.getUrl2String("https://demo.ipolyv.cn/demo/appkey.php");</w:t>
        <w:br/>
        <w:tab/>
        <w:t xml:space="preserve">    if (TextUtils.isEmpty(config)) {</w:t>
        <w:br/>
        <w:tab/>
        <w:tab/>
        <w:t>try {</w:t>
        <w:br/>
        <w:tab/>
        <w:tab/>
        <w:t xml:space="preserve">    throw new Exception("没有取到数据");</w:t>
        <w:br/>
        <w:tab/>
        <w:tab/>
        <w:t>} catch (Exception e) {</w:t>
        <w:br/>
        <w:tab/>
        <w:tab/>
        <w:t xml:space="preserve">    e.printStackTrace();</w:t>
        <w:br/>
        <w:tab/>
        <w:tab/>
        <w:t>}</w:t>
        <w:br/>
        <w:tab/>
        <w:t xml:space="preserve">    }</w:t>
        <w:br/>
        <w:br/>
        <w:tab/>
        <w:t xml:space="preserve">    return config;</w:t>
        <w:br/>
        <w:tab/>
        <w:t>}</w:t>
        <w:br/>
        <w:br/>
        <w:tab/>
        <w:t>@Override</w:t>
        <w:br/>
        <w:tab/>
        <w:t>protected void onPostExecute(String config) {</w:t>
        <w:br/>
        <w:tab/>
        <w:t xml:space="preserve">    PolyvSDKClient client = PolyvSDKClient.getInstance();</w:t>
        <w:br/>
        <w:tab/>
        <w:t xml:space="preserve">    String iv = "1234567812345678"; // 加密密钥</w:t>
        <w:br/>
        <w:tab/>
        <w:t xml:space="preserve">    String aeskey = "1234567812345678"; // 加密向量</w:t>
        <w:br/>
        <w:t xml:space="preserve">        client.settingsWithConfigString(config, aeskey, iv);</w:t>
        <w:br/>
        <w:t xml:space="preserve">      /*</w:t>
        <w:br/>
        <w:t xml:space="preserve">       *开发者若使用其它加密算法，可自行解密并使用</w:t>
        <w:br/>
        <w:tab/>
        <w:t xml:space="preserve">   *client.settingsWithUserid(String userid, String secretkey, String readtoken, String writetoken)方法进行初始化。</w:t>
        <w:br/>
        <w:t xml:space="preserve">      */</w:t>
        <w:br/>
        <w:br/>
        <w:tab/>
        <w:t>}</w:t>
        <w:br/>
        <w:t xml:space="preserve">    }</w:t>
        <w:br/>
        <w:t>}</w:t>
      </w:r>
    </w:p>
    <w:p>
      <w:pPr>
        <w:pStyle w:val="Heading3"/>
      </w:pPr>
      <w:r>
        <w:t>iOS 端解密和配置：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(BOOL)application:(UIApplication *)application didFinishLaunchingWithOptions:(NSDictionary *)launchOptions</w:t>
        <w:br/>
        <w:t>{</w:t>
        <w:br/>
        <w:t xml:space="preserve">    NSData *data = [NSData dataWithContentsOfURL:[NSURL URLWithString:@"https://demo.ipolyv.cn/demo/appkey.php"]];</w:t>
        <w:br/>
        <w:t xml:space="preserve">    NSString *configString  =[[NSString alloc] initWithData:data encoding:NSUTF8StringEncoding];</w:t>
        <w:br/>
        <w:t xml:space="preserve">    NSString *aesKey = @"1234567812345678";</w:t>
        <w:br/>
        <w:t xml:space="preserve">    NSString *aesIv = @"1234567812345678";</w:t>
        <w:br/>
        <w:t xml:space="preserve">    NSError *error = nil;</w:t>
        <w:br/>
        <w:t xml:space="preserve">    //使用保利威点播 SDK 提供的加密方式得到 SDK 配置信息</w:t>
        <w:br/>
        <w:t xml:space="preserve">    [PLVVodSettings settingsWithConfigString:configString key:aesKey iv:aesIv error:&amp;error];</w:t>
        <w:br/>
        <w:br/>
        <w:t xml:space="preserve">    /* 客户也可以用自己的方法解密得到 secretkey 等信息，并使用以下方法初始化 SDK</w:t>
        <w:br/>
        <w:t xml:space="preserve">    [PLVVodSettings settingsWithUserid:userId readtoken:readtoken writetoken:writetoken secretkey:secretkey];</w:t>
        <w:br/>
        <w:t xml:space="preserve">    */</w:t>
        <w:br/>
        <w:t xml:space="preserve">    return YES;</w:t>
        <w:br/>
        <w:t>}</w:t>
      </w:r>
    </w:p>
    <w:p>
      <w:pPr>
        <w:pStyle w:val="Heading2"/>
      </w:pPr>
      <w:r>
        <w:t>二、保证服务端接口稳定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服务器端接口不稳定可能会导致加密串无法成功获取，APP播放视频会出现无法解码播放的错误，建议：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程序上对接口请求增加失败重试机制；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针对加密串和不经常改动的配置，利用CDN加速和缓存，保证高可用性；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增加备用接口，当主接口请求和重试都失败时，调用备用接口。</w:t>
      </w:r>
    </w:p>
    <w:p>
      <w:pPr>
        <w:pStyle w:val="Heading2"/>
      </w:pPr>
      <w:r>
        <w:t>三、对APP进行加固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对于安全性要求较高的公司，可对 APP 进行加固，防止 APP 被反编译得到源码，从而导致账号及用户隐私数据的泄漏。市面上有很多对 APP进行加固的产品可以使用。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如何正确使用SDK加密串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