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产品介绍</w:t>
      </w:r>
    </w:p>
    <w:p>
      <w:pPr>
        <w:pStyle w:val="Heading2"/>
      </w:pPr>
      <w:r>
        <w:t>一、产品概述</w:t>
      </w:r>
    </w:p>
    <w:p>
      <w:pPr>
        <w:pStyle w:val="Heading3"/>
      </w:pPr>
      <w:r>
        <w:t>云点播是基于云计算商业模式应用的视频观看、视频管理与应用的总称（包括视频的上传、存储、转码、分发、播放及管理功能），即把用户所点击或选择的视频内容，传输给所请求的用户。</w:t>
      </w:r>
    </w:p>
    <w:p>
      <w:pPr>
        <w:pStyle w:val="Heading3"/>
      </w:pPr>
      <w:r>
        <w:t>保利威的云点播平台，集成了保利威专有的视频版权保护体系，从视频的传、转、送、播四个关键节点，分别采用行内顶尖的安全保护技术，高效的视频转码技术、极速的CDN网络、交互式的播放应用，满足客户全方位的视频企业化应用场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650+点播功能，满足您的点播所需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1万+CDN节点，智能切换最优线路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月播放量14亿+，覆盖全球终端用户数5亿+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18万+企业的选择，您值得拥有</w:t>
      </w:r>
    </w:p>
    <w:p>
      <w:pPr>
        <w:pStyle w:val="Heading2"/>
      </w:pPr>
      <w:r>
        <w:t>二、产品优势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233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a37e3f73ad997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23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3626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e8cbd823c109a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362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三、场景应用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6771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5b3afc147f36d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677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四、650+项视频功能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50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0623a3e8446e2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502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