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plv-player-sdk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SDK 的版本变更说明</w:t>
      </w:r>
    </w:p>
    <w:p>
      <w:pPr>
        <w:pStyle w:val="Heading1"/>
      </w:pPr>
      <w:r>
        <w:t>Version 2.11.0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新特性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新增接口PLVSetVrmPrivateOsd, 可关闭VRM12/13默认水印, 仅支持原生使用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变更与修复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PLVPlayerPlay接口参数变更, 去掉过时参数, seekMillisecond参数含义改为：默认 -1：优先从云端或本地记忆进度续播，无记忆则从头播放；≥0：从指定进度开始播放.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PLVPlayerPlayLocal、PLVPlayerLoadLocal接口seekMillisecond参数含义同样修改</w:t>
      </w:r>
    </w:p>
    <w:p>
      <w:pPr>
        <w:pStyle w:val="Heading1"/>
      </w:pPr>
      <w:r>
        <w:t>Version 2.10.0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新特性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支持点播字幕功能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视频加载后支持获取字幕数量与名称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支持当前字幕获取与设置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支持字幕样式配置：字体、大小、颜色、边框大小与颜色、背景颜色、水平垂直对齐方式、垂直位置、是否跟随窗口缩放、是否可见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支持字幕信息回调, 可自行渲染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支持加密视频回源鉴权功能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变更与修复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删除下载视频默认清晰度时，会将其他清晰度一并删除的问题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已下载加密视频的播放清单中不再带有本地路径信息</w:t>
      </w:r>
    </w:p>
    <w:p>
      <w:pPr>
        <w:pStyle w:val="Heading1"/>
      </w:pPr>
      <w:r>
        <w:t>Version 2.9.1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新特性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支持设置下载限速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变更与修复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增加TS切片断网重试时间</w:t>
      </w:r>
    </w:p>
    <w:p>
      <w:pPr>
        <w:pStyle w:val="Heading1"/>
      </w:pPr>
      <w:r>
        <w:t>Version 2.9.0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变更与修复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修复VRM13视频在无缓存时无法精确seek的问题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修复因网络重置原因导致播放跳帧或播放结束的问题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修复下载视频时,因token有效性导致暂停后恢复下载失败的问题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去掉部分无用的依赖库，降低SDK文件大小</w:t>
      </w:r>
    </w:p>
    <w:p>
      <w:pPr>
        <w:pStyle w:val="Heading1"/>
      </w:pPr>
      <w:r>
        <w:t>Version 2.8.1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变更与修复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Electron下硬件防录制功能不再默认启用，需要调用接口打开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点播新增PLVPlayerSetSeekCacheEnable接口，用于控制是否基于缓存进行seek</w:t>
      </w:r>
    </w:p>
    <w:p>
      <w:pPr>
        <w:pStyle w:val="Heading1"/>
      </w:pPr>
      <w:r>
        <w:t>Version 2.8.0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新特性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支持MAC原生ARM64架构SDK</w:t>
      </w:r>
    </w:p>
    <w:p>
      <w:pPr>
        <w:pStyle w:val="Heading1"/>
      </w:pPr>
      <w:r>
        <w:t>Version 2.7.1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变更与修复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修复播放转播频道直播画面时,播放启动速度慢的问题</w:t>
      </w:r>
    </w:p>
    <w:p>
      <w:pPr>
        <w:pStyle w:val="Heading1"/>
      </w:pPr>
      <w:r>
        <w:t>Version 2.7.0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新特性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支持频道直播拉流功能,针对直播播放器有一套新增的接口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支持虚拟机环境检测,目前仅支持Windows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变更与修复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C++接口标记为过时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PLVMigrateLocalVideoKeyFile 建议使用新的token接口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PLVPlayerSetAudioDeviceHandler 建议使用PLVGetAudioDeviceCount获取音频设备列表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PLVPlayerGetAudioDeviceCount 建议使用PLVGetAudioDeviceCount获取音频设备列表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PLVPlayerGetAudioDeviceInfo 建议使用PLVGetAudioDeviceInfo获取音频设备信息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修复VRM13视频在同步播放进度后,无法seek到0-10秒的问题</w:t>
      </w:r>
    </w:p>
    <w:p>
      <w:pPr>
        <w:pStyle w:val="Heading1"/>
      </w:pPr>
      <w:r>
        <w:t>Version 2.6.3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变更与修复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修复弱网情况下，播放器停止时间过长的问题</w:t>
      </w:r>
    </w:p>
    <w:p>
      <w:pPr>
        <w:pStyle w:val="Heading1"/>
      </w:pPr>
      <w:r>
        <w:t>Version 2.6.2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变更与修复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记忆进度在视频最后几秒时,再次播放现在会定位到最前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Elctron-SDK-NAPI版本8,构建node-18.20.3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修复播放VRM12、VRM13在线播放缓冲过低的问题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修复中文路径下证书获取失败的问题</w:t>
      </w:r>
    </w:p>
    <w:p>
      <w:pPr>
        <w:pStyle w:val="Heading1"/>
      </w:pPr>
      <w:r>
        <w:t>Version 2.6.1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变更与修复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相关安全性提升：证书、日志、seed参数防护</w:t>
      </w:r>
    </w:p>
    <w:p>
      <w:pPr>
        <w:pStyle w:val="Heading1"/>
      </w:pPr>
      <w:r>
        <w:t>Version 2.6.0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新特性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C++接口支持自定义播放seed，仅针对VRM12|VRM13的在线播放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C++接口新增：PLVPlayerSetAudioPlayErrorHandler,用于音频播放失败时回调通知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Electron新增：回调事件PlayerAudioPlayError,用于音频播放失败时回调通知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变更与修复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C++接口标记为过时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PLVAccountInfo中的secretKey与appSecret不建议传入SDK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PLVSetSdkHttpRequest 不建议调用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PLVRequestVideoInfo 建议在服务器上请求视频信息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PLVCancelRequestVideoInfo 建议在服务器上请求视频信息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PLVPlayerReloadAudioDevice 暂无需调用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C++接口参数变更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PLVDownloadStart时，加密视频必须提供token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Electron以下接口被移除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setSdkHttpRequest sdk内部始终以https方式请求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requestVideoInfo 建议在服务器上请求视频信息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cancelRequestVideoInfo 建议在服务器上请求视频信息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playerReloadAudioDevice 暂无需主动重载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Electron以下接口参数变更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initSdkLibrary中，不再处理secretKey与appSecret参数,不要再传入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downloadStart中，加密视频必须提供token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音频变更:WIN32下不再尝试使用openal播放音频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修复MAC上结束播放后重新开启播放有一定概率死锁的问题</w:t>
      </w:r>
    </w:p>
    <w:p>
      <w:pPr>
        <w:pStyle w:val="Heading1"/>
      </w:pPr>
      <w:r>
        <w:t>Version 2.5.3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变更与修复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修复未释放JS事件相关的问题</w:t>
      </w:r>
    </w:p>
    <w:p>
      <w:pPr>
        <w:pStyle w:val="Heading1"/>
      </w:pPr>
      <w:r>
        <w:t>Version 2.5.2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变更与修复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修复Windows下播放时，音频反复禁用与启用可能导致崩溃的问题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修复Windows-Electron下，硬件防录制无回调通知的问题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VRM12、13水印样式优化</w:t>
      </w:r>
    </w:p>
    <w:p>
      <w:pPr>
        <w:pStyle w:val="Heading1"/>
      </w:pPr>
      <w:r>
        <w:t>Version 2.5.1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变更与修复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使用2.3.1及以下版本下载的离线加密视频，经过2.4.0及以上版本迁移概率性失败的问题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MAC下主动停止播放未发生停止回调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VRM12|13会自带视频水印，无法使用接口去除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Electron-SDK下硬件防录制回调类型错误的问题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Electron-SDK清晰度切换不准确问题</w:t>
      </w:r>
    </w:p>
    <w:p>
      <w:pPr>
        <w:pStyle w:val="Heading1"/>
      </w:pPr>
      <w:r>
        <w:t>Version 2.5.0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接口变更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PLVInitSdkLibrary：增加子账户设置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PLVSetSdkLocalRememberPlay：本地续播接口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PLVVideoRequestInfo：视频信息部分字段改为64位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新特性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支持ECDN在线播放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支持跨端续播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支持使用子账户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支持Electron调用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变更与修复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文件大小显示不准确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M1上全屏播放有一定概率崩溃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Windows上使用WASAPI播放音频失败时尝试使用SDL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VRM13会自带视频水印，无法使用接口去除</w:t>
      </w:r>
    </w:p>
    <w:p>
      <w:pPr>
        <w:pStyle w:val="Heading1"/>
      </w:pPr>
      <w:r>
        <w:t>Version 2.4.0</w:t>
      </w:r>
    </w:p>
    <w:p>
      <w:pPr>
        <w:pStyle w:val="Heading2"/>
      </w:pPr>
      <w:r>
        <w:t>迁移说明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兼容性说明：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使用此版本下载的离线视频，不能使用低于此版本的 SDK 进行播放；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不能直接播放低版本的离线视频，必须调用此版本的迁移接口进行迁移后才能正常播放；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迁移说明：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使用此版本时，所有低版本的离线视频都必须迁移；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迁移过程不可逆，也就是迁移后不能使用低版本 SDK 播放；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迁移接口里的 secretKey 对应下载离线视频时的 secretKey；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变更项：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接口及参数类型变更：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plv-player-def.h 变更：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VIDEO_RATE_TYPE；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HDMI_DEVICE_TYPE；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SDK_ERROR_TYPE；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VIDEO_OUTPUT_DEVICE 增加 win 平台限定；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OSDConfigInfo 修改为 PLVOsdConfigInfo，防止重名；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LogoTextInfo 修改为 PLVLogoTextInfo，并去掉 textFontName 参数，防止重名；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增加类型 VIDEO_REQUEST_TYPE/SOFTWARE_RECORDING_NOTIFY_TYPE；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增加数据结构 PLVVideoRequestParam/PLVVideoRequestInfo/PLVVideoRequestPageInfo；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plv-player-core.h 变更：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防录制接口全部更换，明确区分软件与硬件防录制，详见接口；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把下载单独抽取来一个文件 plv-player-download.h：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PLVDownloadSetVideo 变更为 PLVDownloadSetInfo；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PLVDownloadPause 增加参数 pause 决定是否暂停或者恢复；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播放接口变量：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OnPlayerAudioDeviceHandler 回调去掉 vid 的回调；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PLVPlayerSetVideo 变更为 PLVPlayerSetInfo；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PLVPlayerGetRateCount 变更为 PLVPlayerGetCurrentRateCount；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PLVPlayerReloadAudio 变更为 PLVPlayerReloadAudioDevice；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PLVPlayerPlay 增加参数 autoDownRate 用于清晰度自动降级；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PLVPlayerPlay 增加参数 playWithToken 用于判断是否播放时带上token；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PLVPlayerPlayLocal 增加参数 autoDownRate 用于清晰度自动降级；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PLVPlayerLoadLocal 增加参数 autoDownRate 用于清晰度自动降级；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全局接口：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 PLVSetSdkLogMessageCallback 用于将日志信息回调给上层处理；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修改 PLVInitSdkLibrary 去掉 readToken 参数；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 PLVRequestVideoInfo 用于请求视频信息；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 PLVCancelRequestVideoInfo 用于中断请求视频信息；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 PLVMigrateLocalVideoKeyFile 用于迁移已经下载的离线视频到新的key方案上；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新增 PLVDeleteLocalVideoFile 用于删除离线视频；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新特性：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完善 mac 下防录制功能；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增加设置日志信息回调给上层；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增加请求视频信息接口；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增加播放溯源视频参数，playWithToken为true；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增加全局删除视频接口；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增加迁移离线视频到新的加密方式上的接口；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修复问题：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【修复】下载暂停时线程退出问题；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【修复】跑马灯在播放中支持修改；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【修复】部分vrm13拖动进度时出现音画不同步问题；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【修复】处理videojson时，重试的处理逻辑；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【优化】vrm12/vrm13没有传viewerId，返回错误码；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【优化】指定VIDEO_RATE_AUTO时，使用videojson里默认清晰度，不存在时逐级切换，而不是直接使用最低清晰度播放；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【优化】当视频为源文件时，下载会判断是否MP4文件，如果是则下载，并且文件指定清晰度为LD，为m3u8时返回E_NO_SUPPORT；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【优化】优化下载解压失败时处理逻辑，3次解压失败时会删除视频重新下载解压；</w:t>
      </w:r>
    </w:p>
    <w:p>
      <w:pPr>
        <w:pStyle w:val="Heading1"/>
      </w:pPr>
      <w:r>
        <w:t>Version 2.3.1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修复问题：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【修复】播放vrm13离线视频，路径中包含中文时播放无画面的问题；</w:t>
      </w:r>
    </w:p>
    <w:p>
      <w:pPr>
        <w:pStyle w:val="Heading1"/>
      </w:pPr>
      <w:r>
        <w:t>Version 2.3.0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新特性：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增加接口，支持设置重试下载的次数；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修复问题：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【修改】跑马灯渐变功能调整，支持淡入淡出；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【优化】优化网络请求耗时时间；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【优化】日志输出增加vid打印，增加Debug级别的内核日志输出；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【优化】在开始下载前会检测磁盘空间，如果小于100M会返回错误码，下载中失败会判断剩余空间是否小于10M，如果是回调返回错误码；</w:t>
      </w:r>
    </w:p>
    <w:p>
      <w:pPr>
        <w:pStyle w:val="Heading1"/>
      </w:pPr>
      <w:r>
        <w:t>Version 2.2.1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修复问题：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【修复】某些机器下GDI渲染模糊问题；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【修改】创建播放器对象时如果传入窗口句柄为空时返回对象为空；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【修改】MAC最低支持版本10.15；</w:t>
      </w:r>
    </w:p>
    <w:p>
      <w:pPr>
        <w:pStyle w:val="Heading1"/>
      </w:pPr>
      <w:r>
        <w:t>Version 2.2.0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新特性：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支持VRM12播放；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支持VRM13播放；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减少MAC版本依赖库；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支持设置Logo文字；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统一跑马灯与Logo文字颜色格式；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修改播放时跳转指定时间，只有跳转完成后才收到加载完成回调通知；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修复问题：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【功能】增加GDI渲染，解决部分机器驱动问题导致播放卡顿问题；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【功能】增加设置证书路径接口，解决https请求报错问题；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【功能】修复路径字符问题，统一UTF8字符；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【修改】默认关闭硬件加速，在VRM13下硬件加速可能造成花屏；</w:t>
      </w:r>
    </w:p>
    <w:p>
      <w:pPr>
        <w:pStyle w:val="Heading1"/>
      </w:pPr>
      <w:r>
        <w:t>Version 2.1.0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新特性：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支持VRM12播放；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支持MAC版本；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支持设置Logo文字；</w:t>
      </w:r>
    </w:p>
    <w:p>
      <w:pPr>
        <w:pStyle w:val="Heading1"/>
      </w:pPr>
      <w:r>
        <w:t>Version 2.0.0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新特性：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减少依赖库问题；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增加win防录制接口回调；</w:t>
      </w:r>
    </w:p>
    <w:p>
      <w:pPr>
        <w:pStyle w:val="Heading1"/>
      </w:pPr>
      <w:r>
        <w:t>Version 1.2.0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新特性：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增加播放缓冲进度回调；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修复问题：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【功能】VLog计算错误问题；</w:t>
      </w:r>
    </w:p>
    <w:p>
      <w:pPr>
        <w:pStyle w:val="Heading1"/>
      </w:pPr>
      <w:r>
        <w:t>Version 1.1.0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新特性：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更新为C++实现；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修复问题：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【功能】某个显卡播放视频卡住问题；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plv-player-sdk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