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plv-player-sdk C++ 播放 SDK 接口文档地址如下：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SDK 版本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v1.0.0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接口文档v1.0.0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v2.1.0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v2.2.0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接口文档v2.2.0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接口文档v2.2.0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v2.3.0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接口文档v2.3.0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接口文档v2.3.0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v2.4.0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接口文档v2.4.0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接口文档v2.4.0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v2.5.1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接口文档v2.5.1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接口文档v2.5.1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v2.6.0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v2.6.1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接口文档v2.6.1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接口文档v2.6.1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v2.6.2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接口文档v2.6.2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接口文档v2.6.2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v2.6.3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接口文档v2.6.3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接口文档v2.6.3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v2.7.0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接口文档v2.7.0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接口文档v2.7.0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v2.8.1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接口文档v2.8.1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接口文档v2.8.1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v2.10.0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接口文档v2.10.0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接口文档v2.10.0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v2.11.0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接口文档v2.11.0 英文文档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接口文档v2.11.0 中文文档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接口说明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