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保利威 PC 点播 SDK 集成文档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本文为您介绍保利威 C++/C# 播放 SDK 本地集成的操作步骤和说明。</w:t>
      </w:r>
    </w:p>
    <w:p>
      <w:pPr>
        <w:pStyle w:val="Heading1"/>
      </w:pPr>
      <w:r>
        <w:t>clone 工程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使用 git clone 工程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git clone https://github.com/polyv/polyv-player-sdk-demo.git</w:t>
        <w:br/>
      </w:r>
    </w:p>
    <w:p>
      <w:pPr>
        <w:pStyle w:val="Heading1"/>
      </w:pPr>
      <w:r>
        <w:t>外部依赖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本 demo UI 依赖 Qt5或Qt6 框架，请自行到 Qt 分发站下载。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 xml:space="preserve">&gt; 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下载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Python 编译处理脚本，请自行到官网下载安装。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 xml:space="preserve">&gt; 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下载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CMake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 xml:space="preserve">&gt; 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下载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OpenSSL 1.0.2 以上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 xml:space="preserve">&gt; 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下载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curl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 xml:space="preserve">&gt; 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下载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注意其中 openssl curl 本仓库 thirdparty 自带，如果有冲突，请自行替换。</w:t>
      </w:r>
    </w:p>
    <w:p>
      <w:pPr>
        <w:pStyle w:val="Heading1"/>
      </w:pPr>
      <w:r>
        <w:t>本地集成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plv-player-sdk 文件夹：包含 SDK 头文件以及 lib、dll、dylib 文件，使用 PlvPlayerSDK.cmake 拉取。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mac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x86_64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include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lib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arm64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include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lib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windows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x86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include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lib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x64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include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lib</w:t>
      </w:r>
    </w:p>
    <w:p>
      <w:pPr>
        <w:pStyle w:val="Heading1"/>
      </w:pPr>
      <w:r>
        <w:t>编码规范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 xml:space="preserve">注意，Windows 平台的条件编译宏是 </w:t>
      </w:r>
      <w:r>
        <w:rPr>
          <w:rFonts w:ascii="Menlo" w:hAnsi="Menlo"/>
          <w:color w:val="444444"/>
          <w:sz w:val="20"/>
        </w:rPr>
        <w:t>_WIN32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而不是 </w:t>
      </w:r>
      <w:r>
        <w:rPr>
          <w:rFonts w:ascii="Menlo" w:hAnsi="Menlo"/>
          <w:color w:val="444444"/>
          <w:sz w:val="20"/>
        </w:rPr>
        <w:t>WIN32</w:t>
      </w:r>
      <w:r>
        <w:rPr>
          <w:rFonts w:ascii="Source Han Sans SC" w:hAnsi="Source Han Sans SC" w:eastAsia="Source Han Sans SC" w:cs="Source Han Sans SC" w:hint="eastAsia"/>
          <w:sz w:val="21"/>
        </w:rPr>
        <w:t>。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4873"/>
        <w:gridCol w:w="4873"/>
      </w:tblGrid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Platform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Marco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Windows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_WIN32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Mac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__APPLE__</w:t>
            </w:r>
          </w:p>
        </w:tc>
      </w:tr>
    </w:tbl>
    <w:p>
      <w:pPr>
        <w:spacing w:after="40"/>
      </w:pPr>
    </w:p>
    <w:p>
      <w:pPr>
        <w:pStyle w:val="Heading1"/>
      </w:pPr>
      <w:r>
        <w:t>C++ Demo 使用 CMake 构建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推荐使用 Visual Studio 2022 开发，本 Demo 使用 Visual Studio 2022 开发。</w:t>
      </w:r>
    </w:p>
    <w:p>
      <w:pPr>
        <w:pStyle w:val="Heading2"/>
      </w:pPr>
      <w:r>
        <w:t>CMake GUI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 xml:space="preserve">使用 </w:t>
      </w:r>
      <w:r>
        <w:rPr>
          <w:rFonts w:ascii="Menlo" w:hAnsi="Menlo"/>
          <w:color w:val="444444"/>
          <w:sz w:val="20"/>
        </w:rPr>
        <w:t>CMake GUI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配置 </w:t>
      </w:r>
      <w:r>
        <w:rPr>
          <w:rFonts w:ascii="Menlo" w:hAnsi="Menlo"/>
          <w:color w:val="444444"/>
          <w:sz w:val="20"/>
        </w:rPr>
        <w:t>build目录</w:t>
      </w:r>
      <w:r>
        <w:rPr>
          <w:rFonts w:ascii="Source Han Sans SC" w:hAnsi="Source Han Sans SC" w:eastAsia="Source Han Sans SC" w:cs="Source Han Sans SC" w:hint="eastAsia"/>
          <w:sz w:val="21"/>
        </w:rPr>
        <w:t>、配置所需的依赖。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&gt; !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cmake_build.png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设置 QTDIR，指定 Qt 路径。（如：C:\Qt\5.15.2\msvc2019_64）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&gt; !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QTDIR.png</w:t>
      </w:r>
    </w:p>
    <w:p>
      <w:pPr>
        <w:pStyle w:val="Heading2"/>
      </w:pPr>
      <w:r>
        <w:t>CMake Bash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mkdir build</w:t>
        <w:br/>
        <w:t>cd build</w:t>
        <w:br/>
        <w:br/>
        <w:t># 以下指令请根据平台选择执行</w:t>
        <w:br/>
        <w:t># Demo工程使用了QT库, 须指定QTDIR</w:t>
        <w:br/>
        <w:t># build in Windows</w:t>
        <w:br/>
        <w:t>cmake .. -G "Visual Studio 17 2022" -A x64 -DQTDIR=C:/Qt/5.15.2/msvc2019_64</w:t>
        <w:br/>
        <w:br/>
        <w:t># build in Macos</w:t>
        <w:br/>
        <w:t>cmake -S .. -B . -G "Xcode" -D CMAKE_OSX_DEPLOYMENT_TARGET:STRING=10.15 -DQTDIR:PATH=/Users/polyv/Qt/5.15.2/clang_64</w:t>
        <w:br/>
      </w:r>
    </w:p>
    <w:p>
      <w:pPr>
        <w:pStyle w:val="Heading1"/>
      </w:pPr>
      <w:r>
        <w:t>C# Demo 使用 Visual Studio 打开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C# Demo 只支持 Windows。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推荐使用 Visual Studio 2022 开发。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test/C# 直接打开 polyv-player-demo-csharp.sln。</w:t>
      </w:r>
    </w:p>
    <w:p>
      <w:pPr>
        <w:pStyle w:val="Heading1"/>
      </w:pPr>
      <w:r>
        <w:t>更新记录（版本变更）</w:t>
      </w:r>
    </w:p>
    <w:p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版本变更说明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保利威 PC 点播 SDK 集成文档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