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功能使用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功能使用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名词含义及功能说明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全局函数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防录制与虚拟机检测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点播下载器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点播播放器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直播播放器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本文档提供了使用 C++SDK 的操作步骤及代码示例，通过本文您可以快速了解如何使用 SDK 提供的功能。您也可以通过 Demo 中的示例进行了解和自有业务开发。</w:t>
      </w:r>
    </w:p>
    <w:p>
      <w:pPr>
        <w:pStyle w:val="Heading1"/>
      </w:pPr>
      <w:r>
        <w:t>SDK 名词含义及功能说明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参见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`plv-player-def.h`</w:t>
      </w:r>
    </w:p>
    <w:p>
      <w:pPr>
        <w:pStyle w:val="Heading1"/>
      </w:pPr>
      <w:r>
        <w:t>SDK 全局函数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设置日志，日志过滤项。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设置观众信息（用于后台数据追踪）。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设置相关参数（硬解开关，网络请求类型等）。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初始化（userid, key）。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退出析构。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std::count &lt;&lt; "the sdk version:" &lt;&lt; PLVGetSdkVersion() &lt;&lt; std::endl;</w:t>
        <w:br/>
        <w:t>// 设置日志信息,路径须使用utf8</w:t>
        <w:br/>
        <w:t>PLVSetSdkLogMessageCallback(true,[](LOG_FILTER_TYPE, const char*, void*){}, nullptr);</w:t>
        <w:br/>
        <w:t>PLVSetSdkLogLevel(LOG_FILTER_INFO);</w:t>
        <w:br/>
        <w:t>int ret = PLVSetSdkLogFile("C:/log/sdk.log");</w:t>
        <w:br/>
        <w:t>std::count &lt;&lt; "the log file result:" &lt;&lt; ret &lt;&lt; std::endl;</w:t>
        <w:br/>
        <w:t>// 设置观看者viewer信息,适用于点播与直播.用于定位播放质量问题，在线播放下可以通过后台来查看，建议调用此接口设置信息</w:t>
        <w:br/>
        <w:t>// 最新 vrm12/vrm13 下必须设置，否则播放会报错</w:t>
        <w:br/>
        <w:t>std::string viewerId = "业务id";// 唯一值</w:t>
        <w:br/>
        <w:t>std::string viewerName = "业务nick";</w:t>
        <w:br/>
        <w:t>std::string viewerAvatar= "业务Avatar";</w:t>
        <w:br/>
        <w:t>PLVSetSdkViewerInfo(viewerId.c_str(), viewerName.c_str(), viewerAvatar.c_str());</w:t>
        <w:br/>
        <w:t>//初始化SDK,建议不要传入secretKey与appSecret,相关信息由业务服务器获取后传给客户端</w:t>
        <w:br/>
        <w:t>PLVAccountInfo accountInfo;</w:t>
        <w:br/>
        <w:t>accountInfo.userId = "xxxx";</w:t>
        <w:br/>
        <w:t>ret = PLVInitSdkLibrary(&amp;accountInfo);</w:t>
        <w:br/>
        <w:t>std::cout &lt;&lt; "init sdk result:" &lt;&lt; ret &lt;&lt; std::endl;</w:t>
        <w:br/>
        <w:br/>
        <w:t>//以下为点直播播放相关全局设置,详见文档信息</w:t>
        <w:br/>
        <w:t>PLVSetSdkLocalRememberPlay(true);</w:t>
        <w:br/>
        <w:t>PLVSetSdkKeepLastFrame(true);</w:t>
        <w:br/>
        <w:t>PLVSetSdkHwdecEnable(false);</w:t>
        <w:br/>
        <w:t>PLVSetSdkVideoOutputDevice(VIDEO_OUTPUT_GPU, nullptr);</w:t>
        <w:br/>
        <w:t>PLVSetSdkSeed("xxxxxxx"); // 仅针对点播vrm12/vrm13在线播放有效</w:t>
        <w:br/>
        <w:t>//以下为下载相关全局设置,详见文档信息</w:t>
        <w:br/>
        <w:t>PLVSetSdkRetryAttempts();</w:t>
        <w:br/>
        <w:br/>
        <w:t>//结束后释放SDK</w:t>
        <w:br/>
        <w:t>PLVReleaseSdkLibrary();</w:t>
      </w:r>
    </w:p>
    <w:p>
      <w:pPr>
        <w:pStyle w:val="Heading1"/>
      </w:pPr>
      <w:r>
        <w:t>SDK 防录制与虚拟机检测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防录制功能的说明，必须 SDK 初始化之后才能使用，操作步骤及功能示例如下：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注意通知回调都是子线程，如果更新 ui 及操作 api 都需要 post 到主线程</w:t>
        <w:br/>
        <w:t>// 启用软件防录制,并进行软件防录制检测</w:t>
        <w:br/>
        <w:t>PLVSetPreventSoftwareRecording((void*)App()-&gt;GetMainWindow()-&gt;winId(), true);</w:t>
        <w:br/>
        <w:t>PLVSetDetectSoftwareRecordingHandler(true,</w:t>
        <w:br/>
        <w:t xml:space="preserve">    []（SOFTWARE_RECORDING_NOTIFY_TYPE type, const char* softwares, void* data）{</w:t>
        <w:br/>
        <w:t xml:space="preserve">        // 有插件注入通知，可能有软件在录制你的播放界面，可以在业务上做处理</w:t>
        <w:br/>
        <w:t xml:space="preserve">        // PostMessage</w:t>
        <w:br/>
        <w:t xml:space="preserve">    }, userdata);</w:t>
        <w:br/>
        <w:t>// 启用硬件防录制检测</w:t>
        <w:br/>
        <w:t>PLVSetDetectHardwareRecordingHandler(true,</w:t>
        <w:br/>
        <w:t xml:space="preserve">    [](DEVICE_CHANGED_TYPE type, const char* device, void* data){</w:t>
        <w:br/>
        <w:t xml:space="preserve">        // HDMI 设备有变动，请根据 type 类型判断，可能是 HDMI 设备在录制你的屏幕</w:t>
        <w:br/>
        <w:t xml:space="preserve">        // PostMessage</w:t>
        <w:br/>
        <w:t xml:space="preserve">    }, userdata);</w:t>
        <w:br/>
        <w:t>// 虚拟机检测, check vmFlags</w:t>
        <w:br/>
        <w:t>int vmFlags = PLVDetectVM();</w:t>
      </w:r>
    </w:p>
    <w:p>
      <w:pPr>
        <w:pStyle w:val="Heading1"/>
      </w:pPr>
      <w:r>
        <w:t>SDK 点播下载器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视频下载的操作步骤及功能示例如下：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注意通知回调都是子线程，如果更新 ui 及操作 api 都需要 post 到主线程</w:t>
        <w:br/>
        <w:t>// 创建下载器</w:t>
        <w:br/>
        <w:t>PLVDownloadPtr downloader = PLVDownloadCreate();</w:t>
        <w:br/>
        <w:t>// 设置错误回调通知</w:t>
        <w:br/>
        <w:t>PLVDownloadSetErrorHandler(downolader, [](const char* vid, int code, void* data) {</w:t>
        <w:br/>
        <w:t xml:space="preserve">    // 错误通知 code 为错误码</w:t>
        <w:br/>
        <w:t xml:space="preserve">    // PostMessage</w:t>
        <w:br/>
        <w:t>}, userdata);</w:t>
        <w:br/>
        <w:t>// 设置下载进度回调通知</w:t>
        <w:br/>
        <w:t>PLVDownloadSetProgressHandler(downolader, [](const char* vid, long long receivedBytes, long long totalBytes, void* data) {</w:t>
        <w:br/>
        <w:t xml:space="preserve">    // 下载进度</w:t>
        <w:br/>
        <w:t xml:space="preserve">    // PostMessage</w:t>
        <w:br/>
        <w:t>}, userdata);</w:t>
        <w:br/>
        <w:t>// 设置下载结果回调通知</w:t>
        <w:br/>
        <w:t>PLVDownloadSetResultHandler(downolader, [](const char* vid, int rate, int code, void* data) {</w:t>
        <w:br/>
        <w:t xml:space="preserve">    // 下载结果</w:t>
        <w:br/>
        <w:t xml:space="preserve">    // PostMessage</w:t>
        <w:br/>
        <w:t>}, userdata);</w:t>
        <w:br/>
        <w:t>// 设置下载信息，操作前必须先调用此接口</w:t>
        <w:br/>
        <w:t>PLVDownloadSetInfo(downolader, vid, path, rate);</w:t>
        <w:br/>
        <w:t>// 开始下载,autoDownRate 是否自动降清晰度，false 如果没有这个清晰度则返回错误码</w:t>
        <w:br/>
        <w:t>PLVDownloadStart(downolader, token, autoDownRate);</w:t>
        <w:br/>
        <w:t>// 暂停下载，不退出线程，可以快速切换下载状态</w:t>
        <w:br/>
        <w:t>PLVDownloadPause(downolader);</w:t>
        <w:br/>
        <w:t>// 结束下载，退出线程</w:t>
        <w:br/>
        <w:t>PLVDownloadStop(downolader);</w:t>
        <w:br/>
        <w:t>// 删除下载文件</w:t>
        <w:br/>
        <w:t>PLVDownloadDelete(downolader);</w:t>
        <w:br/>
        <w:t>// 销毁下载器</w:t>
        <w:br/>
        <w:t>PLVDownloadDestroy(downolader);</w:t>
      </w:r>
    </w:p>
    <w:p>
      <w:pPr>
        <w:pStyle w:val="Heading1"/>
      </w:pPr>
      <w:r>
        <w:t>SDK 点播播放器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点播视频播放的操作步骤及功能示例如下：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注意通知回调都是子线程，如果更新 ui 及操作 api 都需要 post 到主线程</w:t>
        <w:br/>
        <w:t>// 创建播放器</w:t>
        <w:br/>
        <w:t>PLVPlayerPtr player = PLVPlayerCreate((void*)winId());</w:t>
        <w:br/>
        <w:t>// 设置播放器的播放状态通知</w:t>
        <w:br/>
        <w:t>PLVPlayerSetStateHandler(player, [](const char* vid, int state, void* data) {</w:t>
        <w:br/>
        <w:t xml:space="preserve">    // 播放器的状态，state 参见 PLAYER_MEDIA_STATE</w:t>
        <w:br/>
        <w:t xml:space="preserve">    // PostMessage();</w:t>
        <w:br/>
        <w:t>}, userdata);</w:t>
        <w:br/>
        <w:t>// 设置视频的属性回调通知</w:t>
        <w:br/>
        <w:t>PLVPlayerSetPropertyHandler(player, [](const char* vid, int property, int format, const char* value, void* data) {</w:t>
        <w:br/>
        <w:t xml:space="preserve">    // 播放器的属性值</w:t>
        <w:br/>
        <w:t xml:space="preserve">    // PostMessage();</w:t>
        <w:br/>
        <w:t>}, userdata);</w:t>
        <w:br/>
        <w:t>// 设置码率清晰度变化通知 （只有输入的码率不存在，自动降值才会触发此通知）</w:t>
        <w:br/>
        <w:t>PLVPlayerSetRateChangeHandler(player, [](const char* vid, int inputBitRate, int realBitRate, void* data) {</w:t>
        <w:br/>
        <w:t xml:space="preserve">    // 真实的清晰度，比如目标清晰度为超清，但不存在此清晰度，会自动降值为 realBitRate</w:t>
        <w:br/>
        <w:t xml:space="preserve">    // PostMessage();</w:t>
        <w:br/>
        <w:t>}, userdata);</w:t>
        <w:br/>
        <w:t>// 设置播放器播放进度回调通知</w:t>
        <w:br/>
        <w:t>PLVPlayerSetProgressHandler(player, [](const char* vid, int millisecond, void* data) {</w:t>
        <w:br/>
        <w:t xml:space="preserve">    // 播放位置</w:t>
        <w:br/>
        <w:t xml:space="preserve">    // PostMessage();</w:t>
        <w:br/>
        <w:t>}, userdata);</w:t>
        <w:br/>
        <w:t>// 设置音频播放错误回调通知</w:t>
        <w:br/>
        <w:t>PLVPlayerSetAudioPlayErrorHandler(player, [](const char* vid, void* data) {</w:t>
        <w:br/>
        <w:t xml:space="preserve">    // 音频播放错误</w:t>
        <w:br/>
        <w:t xml:space="preserve">    // PostMessage();</w:t>
        <w:br/>
        <w:t>}, userdata);</w:t>
        <w:br/>
        <w:t>// 设置跑马灯</w:t>
        <w:br/>
        <w:t>PLVPlayerSetOSDConfig(player, true, config);</w:t>
        <w:br/>
        <w:t>// 设置 LOGO text</w:t>
        <w:br/>
        <w:t>PLVPlayerSetLogoText(player, true, config);</w:t>
        <w:br/>
        <w:t>// 设置缓存，可以不设置，播放器会有默认值</w:t>
        <w:br/>
        <w:t>PLVPlayerSetCacheConfig(player, true, maxCacheBytes, maxCacheSeconds);</w:t>
        <w:br/>
        <w:t>// 播放前要先设置 vid</w:t>
        <w:br/>
        <w:t>PLVPlayerSetInfo(player, vid, path, rate);</w:t>
        <w:br/>
        <w:t>// 开始播放,token 外部获取</w:t>
        <w:br/>
        <w:t>PLVPlayerPlay(player，token, seekMillisecond, autoDownRate);</w:t>
        <w:br/>
        <w:t>// 暂停播放</w:t>
        <w:br/>
        <w:t>PLVPlayerPause(player, pause);</w:t>
        <w:br/>
        <w:t>// 静音</w:t>
        <w:br/>
        <w:t>PLVPlayerSetMute(player, mute);</w:t>
        <w:br/>
        <w:t>// 跳转，由于视频文件都是经过后台编码过，关键帧会被优化，跳转会不准确。可以对比 mp4 与 m3u8，差别会比较大，mp4 拖动很准，m3u8 跳动很大。</w:t>
        <w:br/>
        <w:t>PLVPlayerSetSeek(player, millisecond);</w:t>
        <w:br/>
        <w:t>// 跳转到结束，由于 m3u8 跳转不准，有需要跳转到尾部的请使用此接口</w:t>
        <w:br/>
        <w:t>PLVPlayerSeekToEnd(player);</w:t>
        <w:br/>
        <w:t>// 设置音量</w:t>
        <w:br/>
        <w:t>PLVPlayerSetVolume(player, volume);</w:t>
        <w:br/>
        <w:t>// 声音增益，最大可到 1000</w:t>
        <w:br/>
        <w:t>PLVPlayerSetVolumeMax(player, volume);</w:t>
        <w:br/>
        <w:t>// 截图, 注意使用UTF8</w:t>
        <w:br/>
        <w:t>PLVPlayerScreenshot(player, filename);</w:t>
        <w:br/>
        <w:t>// 变速播放</w:t>
        <w:br/>
        <w:t>PLVPlayerSetSpeed(player, speed);</w:t>
        <w:br/>
        <w:t>// 获取与设置播放设备</w:t>
        <w:br/>
        <w:t>PLVPlayerGetCurrentAudioDevice(player, deviceId);</w:t>
        <w:br/>
        <w:t>PLVPlayerSetCurrentAudioDevice(player, deviceId);</w:t>
        <w:br/>
        <w:t>// 停止播放</w:t>
        <w:br/>
        <w:t>PLVPlayerStop(player);</w:t>
        <w:br/>
        <w:t>// 销毁播放器</w:t>
        <w:br/>
        <w:t>PLVPlayerDestroy(player);</w:t>
      </w:r>
    </w:p>
    <w:p>
      <w:pPr>
        <w:pStyle w:val="Heading1"/>
      </w:pPr>
      <w:r>
        <w:t>SDK 直播播放器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直播视频播放的操作步骤及功能示例如下：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注意通知回调都是子线程，如果更新 ui 及操作 api 都需要 post 到主线程</w:t>
        <w:br/>
        <w:t>// 创建直播播放器</w:t>
        <w:br/>
        <w:t>PLVLivePlayerPtr livePlayer = PLVLivePlayerCreate((void*)winId());</w:t>
        <w:br/>
        <w:t>// 设置播放状态通知</w:t>
        <w:br/>
        <w:t>PLVLivePlayerSetStateHandler(livePlayer, [](int state, void *data){</w:t>
        <w:br/>
        <w:t xml:space="preserve">    // 播放器的状态，state 参见 PLAYER_MEDIA_STATE</w:t>
        <w:br/>
        <w:t xml:space="preserve">    // PostMessage();</w:t>
        <w:br/>
        <w:t>}, userdata);</w:t>
        <w:br/>
        <w:t>// 设置视频的属性回调通知</w:t>
        <w:br/>
        <w:t>PLVLivePlayerSetPropertyHandler(livePlayer, [](int property, int format, const char* value, void* data) {</w:t>
        <w:br/>
        <w:t xml:space="preserve">    // 播放器的属性值</w:t>
        <w:br/>
        <w:t xml:space="preserve">    // PostMessage();</w:t>
        <w:br/>
        <w:t>}, userdata);</w:t>
        <w:br/>
        <w:t>// 设置音频播放错误回调通知</w:t>
        <w:br/>
        <w:t>PLVLivePlayerSetAudioPlayErrorHandler(livePlayer, [](void* data) {</w:t>
        <w:br/>
        <w:t xml:space="preserve">    // 音频播放错误</w:t>
        <w:br/>
        <w:t xml:space="preserve">    // PostMessage();</w:t>
        <w:br/>
        <w:t>}, userdata);</w:t>
        <w:br/>
        <w:t>// 设置直播频道状态回调通知</w:t>
        <w:br/>
        <w:t>PLVLivePlayerSetChannelStateHandler(livePlayer, [](int state, void *data){</w:t>
        <w:br/>
        <w:t xml:space="preserve">    // 频道直播状态, 参见 LIVE_PLAYER_CHANNEL_STATE</w:t>
        <w:br/>
        <w:t xml:space="preserve">    // PostMessage();</w:t>
        <w:br/>
        <w:t>}, userdata);</w:t>
        <w:br/>
        <w:t>// 设置直播频道信息回调通知</w:t>
        <w:br/>
        <w:t>PLVLivePlayerSetChannelInfoHandler(livePlayer, [](const PLVChannelInfo *info, void *data){</w:t>
        <w:br/>
        <w:t xml:space="preserve">    // 频道信息</w:t>
        <w:br/>
        <w:t xml:space="preserve">    // PostMessage();</w:t>
        <w:br/>
        <w:t>},userdata);</w:t>
        <w:br/>
        <w:t>// 设置跑马灯</w:t>
        <w:br/>
        <w:t>PLVLivePlayerSetOSDConfig(livePlayer, true, config);</w:t>
        <w:br/>
        <w:t>// 设置 LOGO text</w:t>
        <w:br/>
        <w:t>PLVLivePlayerSetLogoText(livePlayer, true, config);</w:t>
        <w:br/>
        <w:t>// 设置播放缓存,可以不设置</w:t>
        <w:br/>
        <w:t>PLVLivePlayerSetCacheConfig(livePlayer, cacheMs, speedTrackingEnable, seekTrackingEnable);</w:t>
        <w:br/>
        <w:t>// 开始播放, 如果频道未直播,播放器会一直轮询,直到直播后自动开启播放</w:t>
        <w:br/>
        <w:t>PLVLivePlayerPlay(livePlayer, channelId);</w:t>
        <w:br/>
        <w:t>// 切换线路</w:t>
        <w:br/>
        <w:t>PLVLivePlayerSetLine(livePlayer, index);</w:t>
        <w:br/>
        <w:t>// 切换清晰度</w:t>
        <w:br/>
        <w:t>PLVLivePlayerSetQuality(livePlayer, index);</w:t>
        <w:br/>
        <w:t>// 切换播放模式</w:t>
        <w:br/>
        <w:t>PLVLivePlayerSetPlayMode(livePlayer, mode);</w:t>
        <w:br/>
        <w:t>// 暂停直播</w:t>
        <w:br/>
        <w:t>PLVLivePlayerPause(livePlayer, pause);</w:t>
        <w:br/>
        <w:t>// 静音</w:t>
        <w:br/>
        <w:t>PLVLivePlayerMute(livePlayer, mute);</w:t>
        <w:br/>
        <w:t>// 设置音量</w:t>
        <w:br/>
        <w:t>PLVLivePlayerSetVolume(livePlayer, volume);</w:t>
        <w:br/>
        <w:t>// 声音增益，最大可到 1000</w:t>
        <w:br/>
        <w:t>PLVLivePlayerSetVolumeMax(livePlayer, volume);</w:t>
        <w:br/>
        <w:t>// 截图, 注意使用UTF8</w:t>
        <w:br/>
        <w:t>PLVLivePlayerScreenshot(livePlayer, filename);</w:t>
        <w:br/>
        <w:t>// 获取与设置播放设备</w:t>
        <w:br/>
        <w:t>PLVLivePlayerGetCurrentAudioDevice(livePlayer, deviceId);</w:t>
        <w:br/>
        <w:t>PLVLivePlayerSetCurrentAudioDevice(livePlayer, deviceId);</w:t>
        <w:br/>
        <w:t>// 停止直播播放</w:t>
        <w:br/>
        <w:t>PLVLivePlayerStop(livePlayer);</w:t>
        <w:br/>
        <w:t>// 销毁直播播放器</w:t>
        <w:br/>
        <w:t>PLVLivePlayerDestroy(livePlayer);</w:t>
      </w:r>
    </w:p>
    <w:p>
      <w:pPr>
        <w:pStyle w:val="Heading1"/>
      </w:pPr>
      <w:r>
        <w:t>SDK 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所有接口与路径相关，都必须使用 utf8 编码。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所有回调通知，都不能在里面更新界面或者调用其它 api，必须 post 到 ui 线程。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功能使用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