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问答弹题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问答弹题功能是指在视频播放的指定时间点弹出问答题目，适合在教学、培训类视频中使用。使用问答功能，既可以增加学生与内容的互动，有利于教学质量的提升，又可以评估学生的学习效果和课件内容的质量。由于必须提交答案后才会继续播放视频，所以问答功能还可以有效防止挂机播放视频的情况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3627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8c48f1e16386f4d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362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保利威云点播平台支持通过以下两种方式来实现问答弹题功能：</w:t>
      </w:r>
    </w:p>
    <w:p>
      <w:pPr>
        <w:pStyle w:val="Heading2"/>
      </w:pPr>
      <w:r>
        <w:t>方式一：通过点播管理后台设置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登录云点播管理后台，点击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【视频列表】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→ 选择视频→ 右边栏【添加问答】，进入问答设置页面。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在问答设置弹窗中设置问答题目：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86416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072021e53310007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864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管理后台设置问答题目后，在视频播放到指定时间点时，播放器会弹窗显示问答题目，学员需要提交答案后才能继续观看视频。</w:t>
      </w:r>
    </w:p>
    <w:p>
      <w:pPr>
        <w:pStyle w:val="Heading2"/>
      </w:pPr>
      <w:r>
        <w:t>方式二：通过播放器接口实现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如果您的业务场景需要更加灵活的控制方式，或者题库在自身的业务系统，还可以通过播放器提供的问答接口来实现。</w:t>
      </w:r>
    </w:p>
    <w:p>
      <w:pPr>
        <w:pStyle w:val="Heading3"/>
      </w:pPr>
      <w:r>
        <w:t>问答相关的播放器接口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参数及类型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sendQuestion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(Array)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设置视频关联的问答题目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changeQuestion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（Number,Array）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替换指定时间点对应的问答题目</w:t>
            </w:r>
          </w:p>
        </w:tc>
      </w:tr>
    </w:tbl>
    <w:p>
      <w:pPr>
        <w:spacing w:after="40"/>
      </w:pPr>
    </w:p>
    <w:p>
      <w:pPr>
        <w:pStyle w:val="Heading3"/>
      </w:pPr>
      <w:r>
        <w:t>事件：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onQuestionPopUp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问题弹出时触发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onQuestionSkip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问题被跳过时触发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onAnswerResult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提交答案后触发</w:t>
            </w:r>
          </w:p>
        </w:tc>
      </w:tr>
    </w:tbl>
    <w:p>
      <w:pPr>
        <w:spacing w:after="40"/>
      </w:pPr>
    </w:p>
    <w:p>
      <w:pPr>
        <w:pStyle w:val="Heading3"/>
      </w:pPr>
      <w:r>
        <w:t>使用方式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播放器初始化后，可以通过sendQuestion接口设置本次视频播放过程中需要显示的问答题目。通过监听问答相关事件，可以进行自身业务的处理。changeQuestion用于修改指定时间点需要显示的问答题目，比如，答错回退后，再次弹题时显示不同的问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代码示例如下：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&lt;div id="player"&gt; &lt;/div&gt;</w:t>
        <w:br/>
        <w:t>&lt;script src="//player.polyv.net/resp/vod-player/latest/player.js"&gt;&lt;/script&gt;</w:t>
        <w:br/>
        <w:t>&lt;script&gt;</w:t>
        <w:br/>
        <w:t xml:space="preserve">  var player = polyvPlayer({</w:t>
        <w:br/>
        <w:t xml:space="preserve">    wrap: '#player',</w:t>
        <w:br/>
        <w:t xml:space="preserve">    width: 800,</w:t>
        <w:br/>
        <w:t xml:space="preserve">    height: 533,</w:t>
        <w:br/>
        <w:t xml:space="preserve">    vid: '88083abbf5bcf1356e05d39666be527a_8',</w:t>
        <w:br/>
        <w:t>});</w:t>
        <w:br/>
        <w:t>player.on('s2j_onPlayerInitOver',</w:t>
        <w:br/>
        <w:t>function(e) {</w:t>
        <w:br/>
        <w:t xml:space="preserve">    var question1 = [{</w:t>
        <w:br/>
        <w:t xml:space="preserve">        "examId": "1699e49ffeb",</w:t>
        <w:br/>
        <w:t xml:space="preserve">        "question": "第1个问题:1 x 2 = ?",</w:t>
        <w:br/>
        <w:t xml:space="preserve">        "choices": [{</w:t>
        <w:br/>
        <w:t xml:space="preserve">            "answer": "1"</w:t>
        <w:br/>
        <w:t xml:space="preserve">        },</w:t>
        <w:br/>
        <w:t xml:space="preserve">        {</w:t>
        <w:br/>
        <w:t xml:space="preserve">            "answer": "2",</w:t>
        <w:br/>
        <w:t xml:space="preserve">            "right_answer": 1</w:t>
        <w:br/>
        <w:t xml:space="preserve">        },</w:t>
        <w:br/>
        <w:t xml:space="preserve">        {</w:t>
        <w:br/>
        <w:t xml:space="preserve">            "answer": "3"</w:t>
        <w:br/>
        <w:t xml:space="preserve">        },</w:t>
        <w:br/>
        <w:t xml:space="preserve">        {</w:t>
        <w:br/>
        <w:t xml:space="preserve">            "answer": "4"</w:t>
        <w:br/>
        <w:t xml:space="preserve">        }],</w:t>
        <w:br/>
        <w:t xml:space="preserve">        "answer": "",</w:t>
        <w:br/>
        <w:t xml:space="preserve">        "wrongAnswer": "",</w:t>
        <w:br/>
        <w:t xml:space="preserve">        "skip": true,</w:t>
        <w:br/>
        <w:t xml:space="preserve">        "wrongTime": 5,</w:t>
        <w:br/>
        <w:t xml:space="preserve">        "showTime": 10</w:t>
        <w:br/>
        <w:t xml:space="preserve">    }];</w:t>
        <w:br/>
        <w:t xml:space="preserve">    player.sendQuestion(question1);</w:t>
        <w:br/>
        <w:t>});</w:t>
        <w:br/>
        <w:t>window.onQuestionSkip = function(data, vid) {</w:t>
        <w:br/>
        <w:t xml:space="preserve">    console.log('onQuestionSkip', data, vid);</w:t>
        <w:br/>
        <w:t>}</w:t>
        <w:br/>
        <w:t>window.onQuestionPopUp = function(data, vid) {</w:t>
        <w:br/>
        <w:t xml:space="preserve">    console.log('onQuestionPopUp', data, vid);</w:t>
        <w:br/>
        <w:t>}</w:t>
        <w:br/>
        <w:t>window.onAnswerResult = function(isRight, data, msg, seekTime, vid) {</w:t>
        <w:br/>
        <w:t xml:space="preserve">    console.log('onAnswerResult',isRight, data, msg, seekTime, vid);</w:t>
        <w:br/>
        <w:t xml:space="preserve">    if (!isRight) {</w:t>
        <w:br/>
        <w:t xml:space="preserve">        var question2 = [{</w:t>
        <w:br/>
        <w:t xml:space="preserve">            "examId": "1699e49ffef",</w:t>
        <w:br/>
        <w:t xml:space="preserve">            "question": "第2个问题:2 x 2 = ?",</w:t>
        <w:br/>
        <w:t xml:space="preserve">            "choices": [{</w:t>
        <w:br/>
        <w:t xml:space="preserve">                "answer": "1"</w:t>
        <w:br/>
        <w:t xml:space="preserve">            },</w:t>
        <w:br/>
        <w:t xml:space="preserve">            {</w:t>
        <w:br/>
        <w:t xml:space="preserve">                "answer": "2"</w:t>
        <w:br/>
        <w:t xml:space="preserve">            },</w:t>
        <w:br/>
        <w:t xml:space="preserve">            {</w:t>
        <w:br/>
        <w:t xml:space="preserve">                "answer": "3"</w:t>
        <w:br/>
        <w:t xml:space="preserve">            },</w:t>
        <w:br/>
        <w:t xml:space="preserve">            {</w:t>
        <w:br/>
        <w:t xml:space="preserve">                "answer": "4",</w:t>
        <w:br/>
        <w:t xml:space="preserve">                "right_answer": 1</w:t>
        <w:br/>
        <w:t xml:space="preserve">            }],</w:t>
        <w:br/>
        <w:t xml:space="preserve">            "answer": "",</w:t>
        <w:br/>
        <w:t xml:space="preserve">            "wrongAnswer": "",</w:t>
        <w:br/>
        <w:t xml:space="preserve">            "skip": true,</w:t>
        <w:br/>
        <w:t xml:space="preserve">            "wrongTime": 5,</w:t>
        <w:br/>
        <w:t xml:space="preserve">            "showTime": 10</w:t>
        <w:br/>
        <w:t xml:space="preserve">        }];</w:t>
        <w:br/>
        <w:t xml:space="preserve">        player.changeQuestion(10, question2);</w:t>
        <w:br/>
        <w:t xml:space="preserve">    }</w:t>
        <w:br/>
        <w:t>}</w:t>
        <w:br/>
        <w:t>&lt;/script&gt;</w:t>
      </w:r>
    </w:p>
    <w:p>
      <w:pPr>
        <w:pStyle w:val="Heading3"/>
      </w:pPr>
      <w:r>
        <w:t>参数说明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examId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生成规则：Long.toHexString(System.currentTimeMillis())，11位的字符串，比如：1699e49ffeb，传值后可通过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答题记录查询接口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查询记录。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题目出现时间，单位：秒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choices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right_answer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正确答案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回答正确后的解答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wrongAnswer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回答错误后的解答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wrongTime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回答错误后退回第几秒，-1代表不回退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能否跳过题目继续播放视频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illustration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问答图片的URL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问答弹题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