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关于Flash Player即将停止服务的通知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Adobe公司将于2020年12月31日正式终止支持Flash Player，此后，Adobe将不会发布Flash Player更新或安全补丁。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为了保护用户的系统安全，Adobe建议所有用户卸载其计算机上的Flash Player，并且将于2021年1月12日开始禁止基于Flash的内容在Adobe Flash Player中运行。</w:t>
      </w:r>
      <w:r>
        <w:rPr>
          <w:rFonts w:ascii="Source Han Sans SC" w:hAnsi="Source Han Sans SC" w:eastAsia="Source Han Sans SC" w:cs="Source Han Sans SC" w:hint="eastAsia"/>
          <w:sz w:val="21"/>
        </w:rPr>
        <w:t>同时，微软，苹果，谷歌和Mozilla等主流浏览器和操作系统厂商也将在终止日前停止对Flash Player的支持。详见：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Adobe Flash Player End-of-Life Info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近年来，诸如HTML5、WebGL和WebAssembly之类的开放标准一直在不断成熟，主流的浏览器厂商也已经将这些开放标准集成到他们的浏览器中，并可以作为Flash内容的可行替代方案。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作为专业的视频技术服务提供商，为广大用户提供了安全、易用的Web播放器服务。考虑到播放终端的兼容性，保利威Web播放器同时支持HTML5和Flash两种播放模式。虽然绝大多数的用户已经默认使用HTML5播放器，但我们也强烈建议您检查网站上播放器的播放模式，以免因Flash Player停用对业务产生影响。</w:t>
      </w:r>
    </w:p>
    <w:p>
      <w:pPr>
        <w:pStyle w:val="Heading2"/>
      </w:pPr>
      <w:r>
        <w:t>检查指引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目前页面嵌入保利威Web播放器的代码有以下几种形式：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使用多终端嵌入代码，播放器引用地址为：``，代码示例如下：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````javascript</w:t>
      </w:r>
    </w:p>
    <w:p/>
    <w:p/>
    <w:p/>
    <w:p>
      <w:r>
        <w:rPr>
          <w:rFonts w:ascii="Source Han Sans SC" w:hAnsi="Source Han Sans SC" w:eastAsia="Source Han Sans SC" w:cs="Source Han Sans SC" w:hint="eastAsia"/>
          <w:sz w:val="21"/>
        </w:rPr>
        <w:t>var player = polyvObject('#player').videoPlayer({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'width':'600',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'height':'450',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'vid' : '88083abbf5bcf1356e05d39666be527a_8' 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'forceH5':true ,  // 是否默认使用H5播放器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});</w:t>
      </w:r>
    </w:p>
    <w:p/>
    <w:p>
      <w:r>
        <w:rPr>
          <w:rFonts w:ascii="Menlo" w:hAnsi="Menlo"/>
          <w:color w:val="444444"/>
          <w:sz w:val="20"/>
        </w:rPr>
        <w:t>``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使用这种嵌入代码的用户，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需检查是否使用了forceH5参数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如果forceH5参数值为true，则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无需修改</w:t>
      </w:r>
      <w:r>
        <w:rPr>
          <w:rFonts w:ascii="Source Han Sans SC" w:hAnsi="Source Han Sans SC" w:eastAsia="Source Han Sans SC" w:cs="Source Han Sans SC" w:hint="eastAsia"/>
          <w:sz w:val="21"/>
        </w:rPr>
        <w:t>（默认会使用H5播放器，在不支持HTML5的低版本IE浏览器下会自动切换到Flash播放器）。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如果未使用，则需修改代码，增加forceH5参数并把参数值设为true，否则会默认使用Flash播放器。一旦Flash无法使用会对业务产生影响。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使用H5播放器嵌入代码，播放器引用地址为：``，代码示例如下：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````javascript</w:t>
      </w:r>
    </w:p>
    <w:p/>
    <w:p/>
    <w:p/>
    <w:p>
      <w:r>
        <w:rPr>
          <w:rFonts w:ascii="Source Han Sans SC" w:hAnsi="Source Han Sans SC" w:eastAsia="Source Han Sans SC" w:cs="Source Han Sans SC" w:hint="eastAsia"/>
          <w:sz w:val="21"/>
        </w:rPr>
        <w:t>var player = polyvPlayer({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wrap: '#player',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width: 800,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height: 533,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vid: '88083abbf5bcf1356e05d39666be527a_8' 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});</w:t>
      </w:r>
    </w:p>
    <w:p/>
    <w:p>
      <w:r>
        <w:rPr>
          <w:rFonts w:ascii="Menlo" w:hAnsi="Menlo"/>
          <w:color w:val="444444"/>
          <w:sz w:val="20"/>
        </w:rPr>
        <w:t>``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使用H5播放器嵌入代码的用户，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无需做任何修改</w:t>
      </w:r>
      <w:r>
        <w:rPr>
          <w:rFonts w:ascii="Source Han Sans SC" w:hAnsi="Source Han Sans SC" w:eastAsia="Source Han Sans SC" w:cs="Source Han Sans SC" w:hint="eastAsia"/>
          <w:sz w:val="21"/>
        </w:rPr>
        <w:t>（默认会使用H5播放器，在不支持HTML5的低版本IE浏览器下会自动切换到Flash播放器）。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HTML代码，代码示例如下：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````html</w:t>
      </w:r>
    </w:p>
    <w:p/>
    <w:p/>
    <w:p/>
    <w:p/>
    <w:p/>
    <w:p/>
    <w:p/>
    <w:p/>
    <w:p>
      <w:r>
        <w:rPr>
          <w:rFonts w:ascii="Menlo" w:hAnsi="Menlo"/>
          <w:color w:val="444444"/>
          <w:sz w:val="20"/>
        </w:rPr>
        <w:t>``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HTML嵌入代码是比较旧的方式，使用的是Flash播放器。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仍在使用这种代码的用户应尽快修改为HTML5的嵌入代码。</w:t>
      </w:r>
      <w:r>
        <w:rPr>
          <w:rFonts w:ascii="Source Han Sans SC" w:hAnsi="Source Han Sans SC" w:eastAsia="Source Han Sans SC" w:cs="Source Han Sans SC" w:hint="eastAsia"/>
          <w:sz w:val="21"/>
        </w:rPr>
        <w:t>详见：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HTML5播放器集成文档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Flash代码，代码示例如下：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````html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//player.polyv.net/videos/player.swf?vid=f13e995735e25e0cd2c8b5d58bcdb9fa_f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//player.polyv.net/videos/f13e995735e25e0cd2c8b5d58bcdb9fa_f.swf</w:t>
      </w:r>
    </w:p>
    <w:p>
      <w:r>
        <w:rPr>
          <w:rFonts w:ascii="Menlo" w:hAnsi="Menlo"/>
          <w:color w:val="444444"/>
          <w:sz w:val="20"/>
        </w:rPr>
        <w:t>``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Flash嵌入代码也是比较旧的方式，使用的是Flash播放器。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仍在使用这种代码的用户应尽快修改为HTML5的嵌入代码。</w:t>
      </w:r>
      <w:r>
        <w:rPr>
          <w:rFonts w:ascii="Source Han Sans SC" w:hAnsi="Source Han Sans SC" w:eastAsia="Source Han Sans SC" w:cs="Source Han Sans SC" w:hint="eastAsia"/>
          <w:sz w:val="21"/>
        </w:rPr>
        <w:t>详见：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HTML5播放器集成文档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2"/>
      </w:pPr>
      <w:r>
        <w:t>保利威平台即将调整的内容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在Flash Player停用后，保利威平台将相应地做出如下功能调整：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云点播管理后台→视频列表页→嵌入代码，将默认使用HTML5播放器的嵌入代码，同时删除纯Flash播放器的嵌入代码。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5027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67f5156025c0ce2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5027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云点播管理后台→设置→视频设置→【优先使用H5播放器】选项将隐藏，以后默认都会优先使用H5播放器。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H5播放器控制栏→设置→【Flash切换】选项将隐藏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6929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7b8c3f0f9be722d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6929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关于Flash Player即将停止服务的通知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