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如何实现视频封面图的动态预览效果</w:t>
      </w:r>
    </w:p>
    <w:p>
      <w:pPr>
        <w:pStyle w:val="Heading1"/>
      </w:pPr>
      <w:r>
        <w:t>使用场景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在播放视频的入口页面，每个视频的封面图多数是静态图片，观众需要点击进入视频播放才能看到视频内容；如果想让观众不进入视频播放页面即可快速浏览视频内容，可以通过封面图的动态预览效果来实现。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当鼠标悬停在视频封面图上时，会加载动态预览图，并会随着鼠标的移动显示不同时间点的视频截图。</w:t>
      </w:r>
    </w:p>
    <w:p>
      <w:pPr>
        <w:pStyle w:val="Heading1"/>
      </w:pPr>
      <w:r>
        <w:t>Demo效果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7111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9899133096a7fee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711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实现方式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首先在页面中引用demo中的polyv-cover-preview.js文件，然后在需要显示动态预览效果的页面，嵌入以下代码：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&lt;div data-vid="f13e9957353bbc54d8922d1cbd55ab9a_f" class="polyv-cover-preview" style="width:160px; height:90px;"&gt;&lt;/div&gt;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其中，id为点播视频的vid，style中的width、height可设置为页面中需要显示的封面图宽高。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Demo下载：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点击下载Demo</w:t>
      </w:r>
    </w:p>
    <w:p>
      <w:pPr>
        <w:pStyle w:val="Heading1"/>
      </w:pPr>
      <w:r>
        <w:t>注意事项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只有时长大于5分钟的视频才会生成动态预览图，时长小于5分钟的视频只会显示静态的封面图。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如何实现视频封面图的动态预览效果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