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点播小程序SDK-polyv.js下载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包含小程序授权加密: 包体积较大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点击下载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不包含小程序授权加密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点击下载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点播小程序SDK-polyv.js下载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