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弱网提示</w:t>
      </w:r>
    </w:p>
    <w:p>
      <w:pPr>
        <w:pStyle w:val="Heading1"/>
      </w:pPr>
      <w:r>
        <w:t>背景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用户在使用小程序时，可能会遇到网络不通畅的情况，这可能导致视频播放卡顿。</w:t>
      </w:r>
    </w:p>
    <w:p>
      <w:pPr>
        <w:pStyle w:val="Heading1"/>
      </w:pPr>
      <w:r>
        <w:t>弱网状态监听与提示实现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从小程序基础库2.21.0版本开始，小程序官方提供了一个事件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wx.onNetworkWeakChange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，用于监听弱网状态变化。然而，此接口不支持小程序插件内部调用。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为解决这个问题，polyv点播插件提供了一个接口，用于显示弱网状态提示。一种简单的实现方式是在小程序中监听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wx.onNetworkWeakChange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事件，在网络变弱时调用插件的接口显示提示。效果如下图所示。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692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10a36c87c98c6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692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接入流程如下：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接入方的小程序监听 wx.onNetworkWeakChange 事件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 wx.onNetworkWeakChange 的回调中调用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showWeakNetworkTips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wx.onNetworkWeakChange(function (res) {</w:t>
        <w:br/>
        <w:t xml:space="preserve">  if (res.weakNet) {</w:t>
        <w:br/>
        <w:t xml:space="preserve">    this.selectComponent('#polyvPlayer').showWeakNetworkTips();</w:t>
        <w:br/>
        <w:t xml:space="preserve">    // 可以使用setTimeout延迟关闭提示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如果弱网提示的接口不满足业务需求，可以结合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wx.onNetworkWeakChange</w:t>
      </w:r>
      <w:r>
        <w:rPr>
          <w:rFonts w:ascii="Source Han Sans SC" w:hAnsi="Source Han Sans SC" w:eastAsia="Source Han Sans SC" w:cs="Source Han Sans SC" w:hint="eastAsia"/>
          <w:sz w:val="21"/>
        </w:rPr>
        <w:t>，通过插件提供的 getQuality() 接口获取视频清晰度数据，自行实现一个弱网提示组件。</w:t>
      </w:r>
    </w:p>
    <w:p>
      <w:pPr>
        <w:pStyle w:val="Heading1"/>
      </w:pPr>
      <w:r>
        <w:t>API</w:t>
      </w:r>
    </w:p>
    <w:p>
      <w:pPr>
        <w:pStyle w:val="Heading2"/>
      </w:pPr>
      <w:r>
        <w:t>polyvPlayerContext.showWeakNetworkTips(Object options, Object callbacks)</w:t>
      </w:r>
    </w:p>
    <w:p>
      <w:pPr>
        <w:pStyle w:val="Heading3"/>
      </w:pPr>
      <w:r>
        <w:t>使用限制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此接口从0.16.1版本开始支持。</w:t>
      </w:r>
    </w:p>
    <w:p>
      <w:pPr>
        <w:pStyle w:val="Heading3"/>
      </w:pPr>
      <w:r>
        <w:t>功能描述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此接口在插件的视频区域显示弱网提示，可以通过参数修改提示的文案和位置。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如果当前清晰度已经为最低，则不会显示清晰度的切换按钮，对自定义的文案也有效。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在视频、音频模式切换或清晰度切换等特定情况下，提示会被插件内部逻辑关闭，除上述的情况，提示的显示和隐藏由业务方控制。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弱网提示需要用户点击关闭，或者由业务方调用closeWeakNetworkTips接口进行关闭。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音频模式没有清晰度，因此不会显示切换清晰度的按钮。</w:t>
      </w:r>
    </w:p>
    <w:p>
      <w:pPr>
        <w:pStyle w:val="Heading3"/>
      </w:pPr>
      <w:r>
        <w:t>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Object options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customNormalText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弱网提示文案， 自定义白色文案部分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customActiveText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弱网提示切换清晰度按钮的文案，点击后降低清晰度, 蓝色文案部分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customSuccessText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清晰度切换成功时的文案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position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right-bottom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提示显示的位置，可设置的值： 'right-bottom' \| 'right-top' \| 'left-bottom' \| 'left-top'。显示的范围：会显示在底部控制栏上方、顶部控制栏的下方的区域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Object callbacks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onWeakTipsClose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关闭提示时触发的回调</w:t>
            </w:r>
          </w:p>
        </w:tc>
      </w:tr>
    </w:tbl>
    <w:p>
      <w:pPr>
        <w:spacing w:after="40"/>
      </w:pPr>
    </w:p>
    <w:p>
      <w:pPr>
        <w:pStyle w:val="Heading3"/>
      </w:pPr>
      <w:r>
        <w:t>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不设置参数</w:t>
        <w:br/>
        <w:t>this.selectComponent('#polyvPlayer').showWeakNetworkTips();</w:t>
        <w:br/>
        <w:br/>
        <w:t>// 设置自定义的文案和关闭时的回调</w:t>
        <w:br/>
        <w:t>this.selectComponent('#polyvPlayer').showWeakNetworkTips({</w:t>
        <w:br/>
        <w:t xml:space="preserve">  customNormalText: '当前网络不佳',</w:t>
        <w:br/>
        <w:t xml:space="preserve">  customActiveText: ' 降低清晰度',</w:t>
        <w:br/>
        <w:t xml:space="preserve">  customSuccessText: '已经成功切换啦！',</w:t>
        <w:br/>
        <w:t xml:space="preserve">  position: 'right-top'</w:t>
        <w:br/>
        <w:t>}, {</w:t>
        <w:br/>
        <w:t xml:space="preserve">  onWeakTipsClose: () =&gt; {</w:t>
        <w:br/>
        <w:t xml:space="preserve">    console.info('close!!!');</w:t>
        <w:br/>
        <w:t xml:space="preserve">  }</w:t>
        <w:br/>
        <w:t>});</w:t>
      </w:r>
    </w:p>
    <w:p>
      <w:pPr>
        <w:pStyle w:val="Heading2"/>
      </w:pPr>
      <w:r>
        <w:t>polyvPlayerContext.closeWeakNetworkTips()</w:t>
      </w:r>
    </w:p>
    <w:p>
      <w:pPr>
        <w:pStyle w:val="Heading3"/>
      </w:pPr>
      <w:r>
        <w:t>使用限制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此接口从0.16.1版本开始支持。</w:t>
      </w:r>
    </w:p>
    <w:p>
      <w:pPr>
        <w:pStyle w:val="Heading3"/>
      </w:pPr>
      <w:r>
        <w:t>功能描述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关闭弱网提示。</w:t>
      </w:r>
    </w:p>
    <w:p>
      <w:pPr>
        <w:pStyle w:val="Heading3"/>
      </w:pPr>
      <w:r>
        <w:t>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this.selectComponent('#polyvPlayer').closeWeakNetworkTips();</w:t>
      </w:r>
    </w:p>
    <w:p>
      <w:pPr>
        <w:pStyle w:val="Heading2"/>
      </w:pPr>
      <w:r>
        <w:t>polyvPlayerContext.getQuality()</w:t>
      </w:r>
    </w:p>
    <w:p>
      <w:pPr>
        <w:pStyle w:val="Heading3"/>
      </w:pPr>
      <w:r>
        <w:t>使用限制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此接口从0.16.1版本开始支持。</w:t>
      </w:r>
    </w:p>
    <w:p>
      <w:pPr>
        <w:pStyle w:val="Heading3"/>
      </w:pPr>
      <w:r>
        <w:t>功能描述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获取当前的清晰度数据：视频的清晰度数组、当前清晰度的index、当前清晰度的文案。结合此接口可以获取更低一级清晰度的文案。</w:t>
      </w:r>
    </w:p>
    <w:p>
      <w:pPr>
        <w:pStyle w:val="Heading3"/>
      </w:pPr>
      <w:r>
        <w:t>返回结果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Object result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当前清晰度的index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当前清晰度的文案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qualitys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当前vid清晰度的文案数组</w:t>
            </w:r>
          </w:p>
        </w:tc>
      </w:tr>
    </w:tbl>
    <w:p>
      <w:pPr>
        <w:spacing w:after="40"/>
      </w:pPr>
    </w:p>
    <w:p>
      <w:pPr>
        <w:pStyle w:val="Heading3"/>
      </w:pPr>
      <w:r>
        <w:t>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quality = this.selectComponent('#polyvPlayer').getQuality();</w:t>
        <w:br/>
        <w:t>// 返回结果示例 {current: 0, text: "流畅", qualitys: ["超清", "高清", "流畅"]}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弱网提示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