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点播小程序插件版本迭代记录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v1.18.0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新增：播放器画面手势控制，支持长按画面临时 2 倍速播放，松手后恢复原倍速。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新增：播放器画面左右滑动 Seek，支持预览目标时间并在松手后跳转。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新增：</w:t>
      </w:r>
      <w:r>
        <w:rPr>
          <w:rFonts w:ascii="Menlo" w:hAnsi="Menlo"/>
          <w:color w:val="444444"/>
          <w:sz w:val="20"/>
        </w:rPr>
        <w:t>enableProgressGesture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参数，用于控制是否开启画面左右滑动 Seek 手势。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优化：</w:t>
      </w:r>
      <w:r>
        <w:rPr>
          <w:rFonts w:ascii="Menlo" w:hAnsi="Menlo"/>
          <w:color w:val="444444"/>
          <w:sz w:val="20"/>
        </w:rPr>
        <w:t>isAllowSeek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权限同时作用于进度条拖拽和画面横滑 Seek。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修复：</w:t>
      </w:r>
      <w:r>
        <w:rPr>
          <w:rFonts w:ascii="Menlo" w:hAnsi="Menlo"/>
          <w:color w:val="444444"/>
          <w:sz w:val="20"/>
        </w:rPr>
        <w:t>useNativeControls=true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时视频无法正常播放及 loading 展示异常的问题。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v1.15.0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新增：视频截图功能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新增：加密视频支持传入playsafe、playsafeUrl进行播放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v1.14.0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优化：优化点击播放事件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v1.13.0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优化：首帧显示前界面增加loading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v1.12.0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新增：点播字幕功能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v1.11.0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新增：useNativeControls支持设置使用video组件原生播放控件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v1.10.0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修复: 传入playbackRate为空时，设置面板不显示“倍速”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修复: playbackRate为空时控制台报错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修复: playbackRate设置多个倍速时设置面板显示异常的问题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优化: 设置面板样式优化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v1.9.0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新增：视频封面图支持默认读取后台设置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v1.8.0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新增：视频播放失败#007报错回调信息增加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v1.7.0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新增：支持子账号播放加密视频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v1.6.0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优化：优化加密视频频繁切换清晰度流畅性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v1.5.0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修复: 修复参数isAllowSeek设置为ifViewed时，进度条拖拽的问题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v1.4.0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优化：日志发送逻辑优化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v1.3.1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修复: useBackgroundAudio设置为true, 后台播放音频切换src没有动态更新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v1.3.0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优化: 跨端续播功能以远端记录优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v1.2.0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新增vslideGesture、vslideGesture、pictureInPictureShowProgress、showThumbnail参数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v1.1.0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修复：在全屏情况下，长按屏幕，不显示进度条上方的时间信息。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新增：小程序插件支持统计参数viewerAvatar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续播功能优化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v1.0.0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修复：在全屏情况下，长按屏幕，不显示进度条上方的时间信息。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新增：小程序插件支持统计参数viewerAvatar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续播功能优化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v0.16.1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修复特定机型下音频模式没有控制栏的问题。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修复全屏后UI组件变大的问题。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修复控制栏自动隐藏后没有触发bindcontrolstoggle事件的问题。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 全屏后拖动进度条展示预览图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新增显示弱网提示弹层的接口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v0.15.0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优化插件体积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插件bug修复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新增外部样式类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v0.14.0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新增续播功能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V0.13.0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新增showAudioBtn参数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v0.12.0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插件bug修复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修复pictureInPictureMode设置为数组无效的问题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v0.11.0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插件bug修复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v0.10.0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bug修复和交互优化: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修复切换Vid后，切换视频清晰度007的问题。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修复观看行为分析viewerid不一致的问题。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新增encodeURIComponent处理，避免后台URL解析出错的问题。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新增播放器参数：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isControlBarFixed：是否开启控制栏取消自动隐藏，值为true控制栏将不会自动隐藏。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v0.9.0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优化插件统计相关问题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v0.8.0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bug修复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修复了在音频模式切换至视频模式时，加密视频无法播放的问题。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修复了在音频模式切换至视频模式时，播放按钮状态显示不正确的问题。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修复了音频模式相互切换时，音频或视频会重头播放的问题。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v0.7.0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bug修复和交互优化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支持手势滑动调节视频播放进度。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解决 showplaybackratebtn 属性在半屏情况下无法隐藏倍速面板的问题。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解决部分安卓机型退出全屏视频被裁剪的问题。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v0.6.0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新增方法 polyvSkinContext.resize()，用于在窗口尺寸改变时，自适应进度条的尺寸。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v0.4.0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新增播放器参数：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useBackgroundAudio：是否开启背景音频模式，实现音频后台播放。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v0.3.0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增加具名插槽，实现在全屏和非全屏的情况，在 video 组件上显示内容。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v0.2.0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bug 修复和相关优化，提供弹幕相关方法。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v0.1.9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兼容处理：ios 偶现 exitFullScreen 调用失败的情况。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v0.1.8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bug修复和交互优化。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v0.1.7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修复切换音频模式的问题。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v0.1.6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对于额外转码出一份音频文件的视频，支持音视频切换。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v0.1.5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内部优化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v0.1.4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新增播放器参数：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videoIntroConfig&amp;videoOutroConfig：支持片头片尾设置。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showSettingBtn：是否显示半屏状态下的设置按钮。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isAllowSeek：是否允许拖拽进度条。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v0.1.3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部分机型下样式出现错位问题修复。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v0.1.2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支持Logo设置参数：logoConfig。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支持跑马灯参数：marqueeConfig。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v0.1.1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播放器组件支持宽、高属性设置 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v0.1.0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保利威云点播小程序播放插件发布。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点播小程序插件版本迭代记录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