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videoQuestionAndAnswer</w:t>
      </w:r>
    </w:p>
    <w:p>
      <w:pPr>
        <w:pStyle w:val="Heading1"/>
      </w:pPr>
      <w:r>
        <w:t>1、新增或修改视频问答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通过问答id新增或修改视频问答题目</w:t>
        <w:br/>
        <w:t>接口地址（仅做说明使用）：https://api.polyv.net/v2/video/save-video-exam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testCreateOrUpdateVideoExam() throws IOException, NoSuchAlgorithmException {</w:t>
        <w:br/>
        <w:t xml:space="preserve">        VodCreateOrUpdateVideoExamRequest vodCreateOrUpdateVideoExamRequest = new VodCreateOrUpdateVideoExamRequest();</w:t>
        <w:br/>
        <w:t xml:space="preserve">        VodCreateOrUpdateVideoExamResponse vodCreateOrUpdateVideoExamResponse = null;</w:t>
        <w:br/>
        <w:t xml:space="preserve">        try {</w:t>
        <w:br/>
        <w:t xml:space="preserve">            List&lt;VodCreateOrUpdateVideoExamRequest.Choices&gt; choices = Arrays.asList(</w:t>
        <w:br/>
        <w:t xml:space="preserve">                    new VodCreateOrUpdateVideoExamRequest.Choices(0, "萝卜", Boolean.TRUE),</w:t>
        <w:br/>
        <w:t xml:space="preserve">                    new VodCreateOrUpdateVideoExamRequest.Choices(1, "青菜", Boolean.FALSE));</w:t>
        <w:br/>
        <w:t xml:space="preserve">            vodCreateOrUpdateVideoExamRequest.setExamId("17982289508")</w:t>
        <w:br/>
        <w:t xml:space="preserve">                    .setVideoId("1b448be3234406608b7838c7ef6b597c_1")</w:t>
        <w:br/>
        <w:t xml:space="preserve">                    .setShowTime(2)</w:t>
        <w:br/>
        <w:t xml:space="preserve">                    .setQuestion("喜欢萝卜还是青菜")</w:t>
        <w:br/>
        <w:t xml:space="preserve">                    .setChoices(choices)</w:t>
        <w:br/>
        <w:t xml:space="preserve">                    .setCanSkip(Boolean.FALSE)</w:t>
        <w:br/>
        <w:t xml:space="preserve">                    .setExplanationIfRight("回答正确后的解答详情")</w:t>
        <w:br/>
        <w:t xml:space="preserve">                    .setShowExplanationIfWrong(Boolean.TRUE)</w:t>
        <w:br/>
        <w:t xml:space="preserve">                    .setExplanationIfWrong("回答错误后的解答详情")</w:t>
        <w:br/>
        <w:t xml:space="preserve">                    .setBackTime(-1);</w:t>
        <w:br/>
        <w:t xml:space="preserve">            vodCreateOrUpdateVideoExamResponse = new VodInfoServiceImpl().createOrUpdateVideoExam(</w:t>
        <w:br/>
        <w:t xml:space="preserve">                    vodCreateOrUpdateVideoExamRequest);</w:t>
        <w:br/>
        <w:t xml:space="preserve">            Assert.assertNotNull(vodCreateOrUpdateVideoExamResponse);</w:t>
        <w:br/>
        <w:t xml:space="preserve">            if (vodCreateOrUpdateVideoExamResponse != null) {</w:t>
        <w:br/>
        <w:t xml:space="preserve">                log.debug("测试新增或修改视频问答成功,{}", JSON.toJSONString(vodCreateOrUpdateVideoExamResponse));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1、请求正确，返回VodCreateOrUpdateVideoExamResponse对象，B端依据此对象处理业务逻辑；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问答ID，为空时会新增一个题目。不为空时会修改已有的问答题目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问答出现的时间，单位：秒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问答题目描述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choices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问答选项json数组，每个题目最多5个选项。【详见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Choices参数描述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canSkip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是否可跳过，默认值：false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explanationIfRight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回答正确后的解答详情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showExplanationIfWrong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回答答错误后是否显示解答详情，true：显示；false：不显示；默认为true显示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explanationIfWrong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回答错误后的解答详情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答错后回退到第几秒，-1代表不回退，默认为-1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Choices参数描述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index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选项序号，题目实际顺序为按此值的大小排序，不要重复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isRight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所有选项中必须至少有一个设置为正确答案，否则接口返回错误。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2、查询单个视频的问答题目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通过视频id查询单个视频的问答题目</w:t>
        <w:br/>
        <w:t>接口地址（仅做说明使用）：https://api.polyv.net/v2/video/get-video-exam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testGetVideoExam() throws IOException, NoSuchAlgorithmException {</w:t>
        <w:br/>
        <w:t xml:space="preserve">        VodQueryVideoExamRequest vodQueryVideoExamRequest = new VodQueryVideoExamRequest();</w:t>
        <w:br/>
        <w:t xml:space="preserve">        VodQueryVideoExamResponse vodQueryVideoExamResponse = null;</w:t>
        <w:br/>
        <w:t xml:space="preserve">        try {</w:t>
        <w:br/>
        <w:t xml:space="preserve">            vodQueryVideoExamRequest.setVideoId("1b448be3234406608b7838c7ef6b597c_1");</w:t>
        <w:br/>
        <w:t xml:space="preserve">            vodQueryVideoExamResponse = new VodInfoServiceImpl().queryVideoExam(vodQueryVideoExamRequest);</w:t>
        <w:br/>
        <w:t xml:space="preserve">            Assert.assertNotNull(vodQueryVideoExamResponse);</w:t>
        <w:br/>
        <w:t xml:space="preserve">            log.debug("测试查询单个视频的问答题目成功,{}", JSON.toJSONString(vodQueryVideoExamResponse));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1、请求正确，返回VodQueryVideoExamResponse对象，B端依据此对象处理业务逻辑；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Exam参数描述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Exam参数描述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问答出现的时间，单位：秒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问答题目描述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choices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问答选项json数组，每个题目最多5个选项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canSkip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是否可跳过，默认值：false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explanationIfRight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回答正确后的解答详情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showExplanationIfWrong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回答答错误后是否显示解答详情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explanationIfWrong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回答错误后的解答详情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答错后回退到第几秒，-1代表不回退，默认为-1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是否有效，1：有效，0：无效，默认为1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题目类型，0：选择题，1：听力题（听力题即将下线）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mp3url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听力题的mp3音频文件url（听力题即将下线）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illustration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创建问答题目的时间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3、分页查询视频的问答题目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分页查询视频的问答题目，可按视频id筛选</w:t>
        <w:br/>
        <w:t>接口地址（仅做说明使用）：https://api.polyv.net/v2/video/list-video-exam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testListVideoExam() throws IOException, NoSuchAlgorithmException {</w:t>
        <w:br/>
        <w:t xml:space="preserve">        VodListVideoExamRequest request = new VodListVideoExamRequest();</w:t>
        <w:br/>
        <w:t xml:space="preserve">        VodListVideoExamResponse response = null;</w:t>
        <w:br/>
        <w:t xml:space="preserve">        try {</w:t>
        <w:br/>
        <w:t xml:space="preserve">            request.setCurrentPage(1).setPageSize(20);</w:t>
        <w:br/>
        <w:t xml:space="preserve">            response = new VodInfoServiceImpl().listVideoExam(request);</w:t>
        <w:br/>
        <w:t xml:space="preserve">            Assert.assertNotNull(response);</w:t>
        <w:br/>
        <w:t xml:space="preserve">            log.debug("测试分页查询视频的问答题目成功,{}", JSON.toJSONString(response));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1、请求正确，返回VodListVideoExamResponse对象，B端依据此对象处理业务逻辑；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字段】，为空则查询账号下所有问答题目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每页显示的数据条数，默认每页显示20条数据，最大1000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问答题目列表【详见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Exam参数描述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4、批量查询答题日志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通过视频id批量查询答题日志</w:t>
        <w:br/>
        <w:t>接口地址（仅做说明使用）：https://api.polyv.net/v2/video/%s/video-exam-log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2、pageSize固定为20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testGetVideoExamLog() throws IOException, NoSuchAlgorithmException {</w:t>
        <w:br/>
        <w:t xml:space="preserve">        VodGetVideoExamLogRequest vodGetVideoExamLogRequest = new VodGetVideoExamLogRequest();</w:t>
        <w:br/>
        <w:t xml:space="preserve">        VodGetVideoExamLogResponse vodGetVideoExamLogResponse = null;</w:t>
        <w:br/>
        <w:t xml:space="preserve">        try {</w:t>
        <w:br/>
        <w:t xml:space="preserve">            vodGetVideoExamLogRequest</w:t>
        <w:br/>
        <w:t xml:space="preserve">                    //可通过 new VodQueryServiceImpl().queryVideoList()获取</w:t>
        <w:br/>
        <w:t xml:space="preserve">                    .setVideoIds("1b448be3234406608b7838c7ef6b597c_1")</w:t>
        <w:br/>
        <w:t xml:space="preserve">                    .setStart(super.getDate(2021, 2, 1))</w:t>
        <w:br/>
        <w:t xml:space="preserve">                    .setEnd(super.getDate(2021, 3, 12));</w:t>
        <w:br/>
        <w:t xml:space="preserve">            vodGetVideoExamLogResponse = new VodInfoServiceImpl().getVideoExamLog(vodGetVideoExamLogRequest);</w:t>
        <w:br/>
        <w:t xml:space="preserve">            Assert.assertNotNull(vodGetVideoExamLogResponse);</w:t>
        <w:br/>
        <w:t xml:space="preserve">            if (vodGetVideoExamLogResponse != null) {</w:t>
        <w:br/>
        <w:t xml:space="preserve">                log.debug("测试批量查询答题日志成功,{}", JSON.toJSONString(vodGetVideoExamLogResponse));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1、请求正确，返回VodGetVideoExamLogResponse对象，B端依据此对象处理业务逻辑；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视频ID列表，多个视频ID之间以英文逗号分隔。如果该参数为空，则表示查询账号下全部视频的数据。【对应api文档的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答题日志列表【详见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ExamLog参数描述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ExamLog参数描述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此条日志的ID【对应api文档的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logid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日志所属的问答的ID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问答所属的视频ID【对应api文档的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videoPoolId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观众回答的答案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isCorrect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是否回答正确，1：回答正确；0：回答错误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观众的省份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观众使用的ISP运营商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观众的操作系统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观众使用的浏览器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dateAdded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回答该问题的日期，格式：yyyy-MM-dd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自定义观众id【对应api文档的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viewerid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自定义观众信息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5、删除单个视频的问答题目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通过视频id与问答id删除单个视频的问答题目</w:t>
        <w:br/>
        <w:t>接口地址（仅做说明使用）：https://api.polyv.net/v2/video/delete-video-exam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testRemoveVideoExam() throws IOException, NoSuchAlgorithmException {</w:t>
        <w:br/>
        <w:t xml:space="preserve">        VodRemoveVideoExamRequest vodRemoveVideoExamRequest = new VodRemoveVideoExamRequest();</w:t>
        <w:br/>
        <w:t xml:space="preserve">        Boolean vodRemoveVideoExamResponse = null;</w:t>
        <w:br/>
        <w:t xml:space="preserve">        try {</w:t>
        <w:br/>
        <w:t xml:space="preserve">            //准备测试数据</w:t>
        <w:br/>
        <w:t xml:space="preserve">            String videoExamId = super.createVideoExam();</w:t>
        <w:br/>
        <w:t xml:space="preserve">            vodRemoveVideoExamRequest</w:t>
        <w:br/>
        <w:t xml:space="preserve">                    .setVideoId("1b448be3234406608b7838c7ef6b597c_1").setExamIds(videoExamId);</w:t>
        <w:br/>
        <w:t xml:space="preserve">            vodRemoveVideoExamResponse = new VodEditServiceImpl().removeVideoExam(vodRemoveVideoExamRequest);</w:t>
        <w:br/>
        <w:t xml:space="preserve">            Assert.assertTrue(vodRemoveVideoExamResponse);</w:t>
        <w:br/>
        <w:t xml:space="preserve">            if (vodRemoveVideoExamResponse) {</w:t>
        <w:br/>
        <w:t xml:space="preserve">                log.debug("测试删除单个视频的问答题目成功");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问答ID，多个以英文逗号分隔，如果不传则删除视频的所有问答题目。例如 17982289509,17982289508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null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videoQuestionAndAnswer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