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videoPogressBarManagement</w:t>
      </w:r>
    </w:p>
    <w:p>
      <w:pPr>
        <w:pStyle w:val="Heading1"/>
      </w:pPr>
      <w:r>
        <w:t>1、设置视频打点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通过视频id设置视频的打点信息</w:t>
        <w:br/>
        <w:t>接口地址（仅做说明使用）：https://api.polyv.net/v2/video/%s/saveKeyFrame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2、请求入参seconds(打点秒数【第seconds秒】)必须要小于视频长度;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3、请求入参desc(打点描述)的个数必须要和seconds的个数相同。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testSaveVideoKeyFrame() throws IOException, NoSuchAlgorithmException {</w:t>
        <w:br/>
        <w:t xml:space="preserve">        VodSaveVideoKeyFrameRequest vodSaveVideoKeyFrameRequest = new VodSaveVideoKeyFrameRequest();</w:t>
        <w:br/>
        <w:t xml:space="preserve">        Boolean vodSaveVideoKeyFrameResponse = null;</w:t>
        <w:br/>
        <w:t xml:space="preserve">        try {</w:t>
        <w:br/>
        <w:t xml:space="preserve">            vodSaveVideoKeyFrameRequest</w:t>
        <w:br/>
        <w:t xml:space="preserve">                    //可通过 new VodQueryServiceImpl().queryVideoList()获取</w:t>
        <w:br/>
        <w:t xml:space="preserve">                    .setVideoId(super.getTestVideoId())</w:t>
        <w:br/>
        <w:t xml:space="preserve">                    .setDesc("junit测试打点1,junit测试打点2")</w:t>
        <w:br/>
        <w:t xml:space="preserve">                    .setSeconds("1,5")</w:t>
        <w:br/>
        <w:t xml:space="preserve">                    .setBtnSettingSwitch("Y")</w:t>
        <w:br/>
        <w:t xml:space="preserve">                    .setBtnDesc("保利威")</w:t>
        <w:br/>
        <w:t xml:space="preserve">                    .setBtnHref("http://www.polyv.net");</w:t>
        <w:br/>
        <w:t xml:space="preserve">            vodSaveVideoKeyFrameResponse = new VodEditServiceImpl().saveVideoKeyFrame(vodSaveVideoKeyFrameRequest);</w:t>
        <w:br/>
        <w:t xml:space="preserve">            Assert.assertTrue(vodSaveVideoKeyFrameResponse);</w:t>
        <w:br/>
        <w:t xml:space="preserve">            if (vodSaveVideoKeyFrameResponse) {</w:t>
        <w:br/>
        <w:t xml:space="preserve">                log.debug("测试设置视频打点成功");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视频的ID【对应api文档的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打点描述，如果上传多个打点用英文逗号隔开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seconds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打点秒数【第seconds秒】，如果上传多个打点用英文逗号隔开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btnSettingSwitch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按钮设置开关，Y:开启;N:为关闭;默认关闭【对应api文档的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btnsettingswitch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btnDesc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按钮描述，按钮开关开启时必填，关闭时btnDesc不设置【对应api文档的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btndesc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btnHref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按钮跳转地址，按钮开关开启时必填，关闭时btnDesc不设置【对应api文档的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btnhref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true为打点成功，false为打点失败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2、查询单个视频的打点信息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通过视频id查询单个视频的打点信息</w:t>
        <w:br/>
        <w:t>接口地址（仅做说明使用）：https://api.polyv.net/v2/video/%s/keyframe/%s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testListVideoKeyFrame() throws IOException, NoSuchAlgorithmException {</w:t>
        <w:br/>
        <w:t xml:space="preserve">        VodListVideoKeyFrameRequest vodListVideoKeyFrameRequest = new VodListVideoKeyFrameRequest();</w:t>
        <w:br/>
        <w:t xml:space="preserve">        VodListVideoKeyFrameResponse vodListVideoKeyFrameResponse = null;</w:t>
        <w:br/>
        <w:t xml:space="preserve">        try {</w:t>
        <w:br/>
        <w:t xml:space="preserve">            vodListVideoKeyFrameRequest</w:t>
        <w:br/>
        <w:t xml:space="preserve">                    //可通过 new VodQueryServiceImpl().queryVideoList()获取</w:t>
        <w:br/>
        <w:t xml:space="preserve">                    .setVideoId("1b448be32343357d5c4784d9ffd1bf5c_1");</w:t>
        <w:br/>
        <w:t xml:space="preserve">            vodListVideoKeyFrameResponse = new VodInfoServiceImpl().listVideoKeyFrame(vodListVideoKeyFrameRequest);</w:t>
        <w:br/>
        <w:t xml:space="preserve">            Assert.assertNotNull(vodListVideoKeyFrameResponse);</w:t>
        <w:br/>
        <w:t xml:space="preserve">            if (vodListVideoKeyFrameResponse != null) {</w:t>
        <w:br/>
        <w:t xml:space="preserve">                log.debug("测试查询单个视频的打点信息成功,{}", JSON.toJSONString(vodListVideoKeyFrameResponse));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1、请求正确，返回VodListVideoKeyFrameResponse对象，B端依据此对象处理业务逻辑；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返回时长,例：00:00:15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keyFrameList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打点信息列表【对应api文档的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keyframeList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KeyFrame参数描述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KeyFrame参数描述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seconds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打点时间点，单位秒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keyContent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打点详情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3、删除视频打点信息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通过视频id与时间点删除视频的打点信息</w:t>
        <w:br/>
        <w:t>接口地址（仅做说明使用）：https://api.polyv.net/v2/video/delete-chapter-marker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testDeleteVideoFrame() throws IOException, NoSuchAlgorithmException {</w:t>
        <w:br/>
        <w:t xml:space="preserve">        VodDeleteVideoFrameRequest vodDeleteVideoFrameRequest = new VodDeleteVideoFrameRequest();</w:t>
        <w:br/>
        <w:t xml:space="preserve">        Boolean vodDeleteVideoFrameResponse = null;</w:t>
        <w:br/>
        <w:t xml:space="preserve">        try {</w:t>
        <w:br/>
        <w:t xml:space="preserve">            vodDeleteVideoFrameRequest.setVideoId(super.getTestVideoId()).setTimePoints("24,120");</w:t>
        <w:br/>
        <w:t xml:space="preserve">            vodDeleteVideoFrameResponse = new VodEditServiceImpl().deleteVideoFrame(vodDeleteVideoFrameRequest);</w:t>
        <w:br/>
        <w:t xml:space="preserve">            Assert.assertTrue(vodDeleteVideoFrameResponse);</w:t>
        <w:br/>
        <w:t xml:space="preserve">            if (vodDeleteVideoFrameResponse) {</w:t>
        <w:br/>
        <w:t xml:space="preserve">                log.debug("测试删除视频打点信息成功");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  <w:br/>
        <w:t>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timePoints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时间点，单位：秒，多个以英文逗号分隔，如“1, 2”, 如果不传则删除视频的所有打点信息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true为删除成功，false为删除失败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videoPogressBarManagement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