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videoCutAndMerge</w:t>
      </w:r>
    </w:p>
    <w:p>
      <w:pPr>
        <w:pStyle w:val="Heading1"/>
      </w:pPr>
      <w:r>
        <w:t>1、提交视频裁剪任务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通过视频id、时间范围裁剪视频并生成新的视频</w:t>
        <w:br/>
        <w:t>接口地址（仅做说明使用）：https://api.polyv.net/v2/video/%s/clip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testClipVideo() throws IOException, NoSuchAlgorithmException {</w:t>
        <w:br/>
        <w:t xml:space="preserve">        VodClipVideoRequest vodClipVideoRequest = new VodClipVideoRequest();</w:t>
        <w:br/>
        <w:t xml:space="preserve">        String vodClipVideoResponse = null;</w:t>
        <w:br/>
        <w:t xml:space="preserve">        try {</w:t>
        <w:br/>
        <w:t xml:space="preserve">            vodClipVideoRequest</w:t>
        <w:br/>
        <w:t xml:space="preserve">                    //可通过 new VodQueryServiceImpl().queryVideoList()获取</w:t>
        <w:br/>
        <w:t xml:space="preserve">                    .setVideoId("1b448be3238618df117f9302327f28d6_1")</w:t>
        <w:br/>
        <w:t xml:space="preserve">                    .setTitle("junit裁剪")</w:t>
        <w:br/>
        <w:t xml:space="preserve">                    .setTimeFrame("[{\"start\":1,\"end\":6}]");</w:t>
        <w:br/>
        <w:t xml:space="preserve">            vodClipVideoResponse = new VodEditServiceImpl().clipVideo(vodClipVideoRequest);</w:t>
        <w:br/>
        <w:t xml:space="preserve">            Assert.assertNotNull(vodClipVideoResponse);</w:t>
        <w:br/>
        <w:t xml:space="preserve">            if (vodClipVideoResponse != null) {</w:t>
        <w:br/>
        <w:t xml:space="preserve">                log.debug("测试提交视频裁剪任务成功,{}", JSON.toJSONString(vodClipVideoResponse));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裁剪后的视频名称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timeFrame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json格式的特定时间段，格式为[{"start":1,"end":6},{"start":10,"end":16}]. 时间段数量不能超过5个，每个片段开始时间不能大于结束时间，开始与结束时间间隔需要超过或者等于5秒，结束时间不能超过视频的播放时长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接口请求成功会返回裁剪后新视频的videoId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2、合并视频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通过视频id合并视频并生成新的视频</w:t>
        <w:br/>
        <w:t>接口地址（仅做说明使用）：https://api.polyv.net/v2/video/%s/concat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testConcatVideo() throws IOException, NoSuchAlgorithmException {</w:t>
        <w:br/>
        <w:t xml:space="preserve">        VodConcatVideoRequest vodConcatVideoRequest = new VodConcatVideoRequest();</w:t>
        <w:br/>
        <w:t xml:space="preserve">        VodConcatVideoResponse vodConcatVideoResponse = null;</w:t>
        <w:br/>
        <w:t xml:space="preserve">        try {</w:t>
        <w:br/>
        <w:t xml:space="preserve">            vodConcatVideoRequest</w:t>
        <w:br/>
        <w:t xml:space="preserve">                    //可通过 new VodQueryServiceImpl().queryVideoList()获取</w:t>
        <w:br/>
        <w:t xml:space="preserve">                    .setVideoIds("1b448be3238618df117f9302327f28d6_1,1b448be3234406608b7838c7ef6b597c_1")</w:t>
        <w:br/>
        <w:t xml:space="preserve">                    .setTitle("junit合并")</w:t>
        <w:br/>
        <w:t xml:space="preserve">                    .setCategoryId("1602300731843")</w:t>
        <w:br/>
        <w:t xml:space="preserve">                    .setScreenCap(1);</w:t>
        <w:br/>
        <w:t xml:space="preserve">            vodConcatVideoResponse = new VodEditServiceImpl().concatVideo(vodConcatVideoRequest);</w:t>
        <w:br/>
        <w:t xml:space="preserve">            Assert.assertNotNull(vodConcatVideoResponse);</w:t>
        <w:br/>
        <w:t xml:space="preserve">            if (vodConcatVideoResponse != null) {</w:t>
        <w:br/>
        <w:t xml:space="preserve">                log.debug("测试合并视频成功,{}", JSON.toJSONString(vodConcatVideoResponse));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1、请求正确，返回VodConcatVideoResponse对象，B端依据此对象处理业务逻辑；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视频id，用逗号隔开，只支持合并2个或者3个【对应api文档的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视频标题，默认为“合并-”+第一个视频的标题。标题长度超过128会被截取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分类id，默认为默认分类【对应api文档的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screenCap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是否开启录屏优化，1表示开启，0表示关闭，默认为关闭【对应api文档的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luping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concatVideoId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合并后的视频videoId【对应api文档的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concatVid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videoCutAndMerge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