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升级日志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版本号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更新日期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更新历史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升级注意事项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2.2.8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2026-03-14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1、支持”点播字幕“相关接口；2、支持”聊天公告“相关接口；3、创建频道并初始化接口新增观看页语言设置参数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无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2.2.7.1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2026-03-04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1、创建视频大纲任务响应内容返回taskId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无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2.2.7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2026-02-06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1、生成AI智能大纲接口，增加“字幕是否自动发布”参数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无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2.2.6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2026-01-27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1、支持“分页查询账号的问答题目”接口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无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2.2.5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2026-01-15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1、上传本地视频时，支持设置水印；2、支持“创建视频大纲任务”接口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无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2.2.4.2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2025-10-31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1、获取问答记录接口，支持查询整个账号的数据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无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2.2.3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2025-10-21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1、优化部分代码；2、完善注释和文档；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无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2.2.2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2025-10-16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1、查询视频信息接口，增加返回 audioUrl 字段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无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2.2.1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2025-10-11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1、优化部分代码；2、完善注释和文档；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无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2.2.0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2025-09-10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1、优化部分代码；2、完善注释和文档；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无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2.1.17.1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2025-08-28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1、优化部分情况下不能拉取到包的问题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无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2.1.17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2025-06-24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1、优化部分代码；2、完善注释和文档；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无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2.1.15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2025-06-19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1、优化部分代码；【获取视频分类目录】响应参数增加【一级分类设置信息】2、添加若干接口；3、完善注释和文档；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无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2.1.14.1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2025-04-21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1、优化部分代码；2、完善注释和文档；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无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2.1.14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2025-04-21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1、优化部分代码；2、完善注释和文档；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无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2.1.13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2025-02-12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1、优化部分代码；2、完善注释和文档；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无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2.1.12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2024-12-17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1、优化部分代码；2、完善注释和文档；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无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2.1.11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2024-12-13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1、优化部分代码；2、完善注释和文档；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无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2.1.10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2024-09-19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1、优化部分代码；【查询某一天视频观看日志】请求参数增加【范围查询开始时间】、【范围查询结束时间】、【自定义参数】【批量查询视频观看日志】请求参数增加【自定义参数】2、完善注释和文档；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无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2.1.9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2024-04-12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1、优化部分代码；2、完善注释和文档；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1、HttpClients定期回收空闲连接时间从120秒优化为30秒，连接存活时间从120秒优化为60秒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2.1.8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2024-01-15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1、优化部分代码；2、完善注释和文档；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无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2.1.7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2023-11-29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1、优化部分代码；2、添加若干接口；3、完善注释和文档；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项目中排查了其他包中引入的log4j-core、log4j-api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2.1.6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2023-09-22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1、优化部分代码；2、完善注释和文档；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无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2.1.5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2023-07-13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1、优化部分代码；2、完善注释和文档；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无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2.1.4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2023-06-28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1、优化部分代码；2、完善注释和文档；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无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2.1.2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2023-06-09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1、优化部分代码；2、完善注释和文档；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无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2.1.1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2023-02-13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1、修复可能引起的package问题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无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2.1.0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2023-02-10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1、优化部分代码；【断点续传本地文件】支持配置的代理上传2、优化文档；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使用【断点续传本地文件】且配置了代理时，注意升级测试。配置代理方式见：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初始化系统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2.0.4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2022-10-19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1、优化部分代码；修改【点播上传】token过期日志打印等级，修复【点播上传】第一次token失效重试的bug2、优化文档；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无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2.0.0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2022-06-16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1、优化部分代码；2、完善注释和文档；3、点播上传视频方法进行修改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1、点播上传视频方法进行修改，调用点播本地上传需要重新对接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1.3.1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2022-05-30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1、优化部分代码；2、优化文档；3、查询单个视频信息响应参数添加SDHls、HDHls、FHDHls。上传本地视频请求参数标题修改为不必填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1、修复fastjson的漏洞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参照文档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1.2.0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2022-02-09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1、优化部分代码；2、优化文档；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无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1.1.16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2021-11-12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1、优化部分代码；2、优化文档；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无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1.1.13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2021-09-18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1、优化部分代码；2、修复 查询视频观众量统计数据 日期查询不生效的问题；3、上传远程视频 对接最新API，支持回调带自定义参数；4、优化文档；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查询观看行为列表 请求参数已删除不支持的字段currentPage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1.1.12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2021-07-14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1、优化部分代码；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1.1.9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2021-06-16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1、优化部分代码；2、添加 查询子账号统计汇总数据、查询子账号统计详情 接口；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1、查询视频列表 请求实体中status类型由Integer修改为String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1.1.7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2021-06-07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1、查询视频列表 请求实体中status类型由Integer修改为String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1、查询视频列表 请求实体中status类型由Integer修改为String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1.1.6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2021-05-28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、优化搜索视频、上传视频封面图、删除打点信息、视频问答相关、播放列表相关、设置视频的播放器、播放域名黑白名单设置相关接口；2、VodEditServiceImpl.deleteVideoKeyFrame()、VodEditServiceImpl.deleteVideoAllKeyFrame()建议替换为VodEditServiceImpl.deleteVideoFrame()；3、VodEditServiceImpl.deleteVideoExam()建议替换为VodEditServiceImpl.removeVideoExam()；4、VodInfoServiceImpl.getVideoExam()建议替换为VodInfoServiceImpl().queryVideoExam()；5、VodListServiceImpl.getByUploader()、VodListServiceImpl.getNewList()、VodListServiceImpl.getHotList()、VodListServiceImpl.getDelList()、VodListServiceImpl.getIllegalList()、VodQueryServiceImpl.queryVideoList()、VodQueryServiceImpl.searchVideoList()建议替换为VodListServiceImpl.getVideoList()；6、VodPlayListServiceImpl.getOnePlayList()建议替换为VodPlayListServiceImpl.getPlayListInfo()；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1.1.5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2021-05-27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1、修复1.1.4版本引入的点播不能上传本地视频的bug；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1.1.4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2021-05-26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1、优化部分代码；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该版本点播上传本地视频存在bug，建议直接升级1.1.5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1、查询视频播放量统计数据 返回实体中currentTime类型由Date修改为String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1.1.3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2021-05-07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1、优化点播文档； 2、新增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获取Playsafe Token接口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； 3、新增子账号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获取Playsafe Token接口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无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1.1.0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2021-04-19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首发版本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无</w:t>
            </w:r>
          </w:p>
        </w:tc>
      </w:tr>
    </w:tbl>
    <w:p>
      <w:pPr>
        <w:spacing w:after="40"/>
      </w:pP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升级日志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