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uploadService</w:t>
      </w:r>
    </w:p>
    <w:p>
      <w:pPr>
        <w:pStyle w:val="Heading1"/>
      </w:pPr>
      <w:r>
        <w:t>1、上传本地视频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1、快捷上传多种格式的媒体文件。</w:t>
        <w:br/>
        <w:t>2、支持上传时的各种设置，如文件标题、描述、标签、上传目录、是否开启课件优化处理等。</w:t>
        <w:br/>
        <w:t>3、采用分片并发上传的方式，支持断点续传，续传请查看当前文档下一个方法。</w:t>
        <w:br/>
        <w:t>4、PolyvUploadClient.uploadVideo()方法三个参数分别为 分片上传本地视频请求实体、上传回调、是否打印日志</w:t>
        <w:br/>
        <w:t>接口地址（仅做说明使用）：https://api.polyv.net/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testUploadVideoPart() {</w:t>
        <w:br/>
        <w:t xml:space="preserve">        VodUploadVideoRequest vodUploadVideoRequest = new VodUploadVideoRequest();</w:t>
        <w:br/>
        <w:t xml:space="preserve">        Boolean vodUploadVideoResponse;</w:t>
        <w:br/>
        <w:t xml:space="preserve">        String videoFile = getClass().getResource("/file/polyv.mp4").getPath();</w:t>
        <w:br/>
        <w:t xml:space="preserve">        //构建视频上传客户端，可传入分片大小（默认为1MB,大小限定为100KB~5GB），分片文件夹路径（默认为checkpoint_location），上传线程数（默认为5个），此对象全局唯一</w:t>
        <w:br/>
        <w:t xml:space="preserve">        PolyvUploadClient client = new PolyvUploadClient(1024 * 1024, "checkpoint_location", 5);</w:t>
        <w:br/>
        <w:t xml:space="preserve">        vodUploadVideoRequest.setFile(new File(videoFile))</w:t>
        <w:br/>
        <w:t xml:space="preserve">                .setTitle("保利威宣传视频")</w:t>
        <w:br/>
        <w:t xml:space="preserve">                .setDescribe("保利威是全球领先的企业直播服务商，隶属于广州易方信息科技股份有限公司，致力于通过可集成、可定制的视频直播技术，为企业搭建自主私域直播系统，并提供直播全流程运营与现场执行服务。")</w:t>
        <w:br/>
        <w:t xml:space="preserve">                .setTag("宣传视频")</w:t>
        <w:br/>
        <w:t xml:space="preserve">                //.setCategoryId("1622165542751")</w:t>
        <w:br/>
        <w:t xml:space="preserve">                .setScreenCap(0)</w:t>
        <w:br/>
        <w:t xml:space="preserve">                .setKeepSource(0)</w:t>
        <w:br/>
        <w:t xml:space="preserve">                .setState("junitTest")</w:t>
        <w:br/>
        <w:t xml:space="preserve">                .setWatermarkLocation("1")</w:t>
        <w:br/>
        <w:t xml:space="preserve">                .setWatermark("https://water/1/146b754735/water_146b7547351767584889357_1.png");</w:t>
        <w:br/>
        <w:t xml:space="preserve">        vodUploadVideoResponse = client.buildOSSService(vodUploadVideoRequest).upload(new UploadCallBack() {</w:t>
        <w:br/>
        <w:t xml:space="preserve">            @Override</w:t>
        <w:br/>
        <w:t xml:space="preserve">            public void start(String videoPoolId) {</w:t>
        <w:br/>
        <w:t xml:space="preserve">                log.debug("开始分片上传视频，videoId：{}", videoPoolId);</w:t>
        <w:br/>
        <w:t xml:space="preserve">            }</w:t>
        <w:br/>
        <w:t xml:space="preserve">            @Override</w:t>
        <w:br/>
        <w:t xml:space="preserve">            public void process(String videoPoolId, long hasUploadBytes, long totalFileBytes) {</w:t>
        <w:br/>
        <w:t xml:space="preserve">                log.debug("分片上传成功，videoId：{}，已上传分片大小：{}，总视频大小{}", videoPoolId, hasUploadBytes, totalFileBytes);</w:t>
        <w:br/>
        <w:t xml:space="preserve">            }</w:t>
        <w:br/>
        <w:t xml:space="preserve">            @Override</w:t>
        <w:br/>
        <w:t xml:space="preserve">            public void complete(String videoPoolId) {</w:t>
        <w:br/>
        <w:t xml:space="preserve">                log.debug("所有分片上传成功，videoId：{}", videoPoolId);</w:t>
        <w:br/>
        <w:t xml:space="preserve">            }</w:t>
        <w:br/>
        <w:t xml:space="preserve">            @Override</w:t>
        <w:br/>
        <w:t xml:space="preserve">            public void success(String videoPoolId) {</w:t>
        <w:br/>
        <w:t xml:space="preserve">                log.debug("所有分片上传成功并处理完成，请等待后台审核，videoId：{}", videoPoolId);</w:t>
        <w:br/>
        <w:t xml:space="preserve">            }</w:t>
        <w:br/>
        <w:t xml:space="preserve">            @Override</w:t>
        <w:br/>
        <w:t xml:space="preserve">            public void error(String videoPoolId, UploadErrorMsg errorMsg) {</w:t>
        <w:br/>
        <w:t xml:space="preserve">                log.error("上传视频失败，videoId：{}，错误信息：{}", videoPoolId, errorMsg);</w:t>
        <w:br/>
        <w:t xml:space="preserve">            }</w:t>
        <w:br/>
        <w:t xml:space="preserve">        }, false);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视频标题，默认使用带后缀的文件名，如：test.mp4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describe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视频简介，默认为空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视频标签，多个使用英文逗号分隔，默认为空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视频所属分类，默认为“默认分类”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screenCap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是否录屏优化。当值为1时，上传的视频不再采取默认的压缩编码机制，视频尺寸不再压缩，保证视频的清晰度。默认值为0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keepSource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源文件播放，1为开启，0为关闭；开启时不对视频进行转码（仅对新上传视频有效），默认值为0:非源文件播放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上传的视频文件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如果提交了该字段，会在上传完成的事件回调中透传返回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watermark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自定义水印图片地址,图片格式必须是png格式，支持http、https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watermarkLocation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自定义水印图片位置，如没该参数，则自定义水印的显示情况跟随分类和账号。1：左上角；2：右上角；3：左下角；4：右下角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上传成功返回true，上传失败返回false，回调error方法返回视频id，可以调用“断点续传本地视频”进行续传视频。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2、断点续传本地视频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断点续传未上传成功的本地视频文件</w:t>
        <w:br/>
        <w:t>PolyvUploadClient.uploadVideo()方法三个参数分别为 分片上传本地视频请求实体、上传回调、是否打印日志</w:t>
        <w:br/>
        <w:t>接口地址（仅做说明使用）：https://api.polyv.net/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testUploadVideoPartSequel() {</w:t>
        <w:br/>
        <w:t xml:space="preserve">        VodUploadVideoPartsRequest vodUploadVideoPartsRequest = new VodUploadVideoPartsRequest();</w:t>
        <w:br/>
        <w:t xml:space="preserve">        Boolean vodUploadVideoResponse;</w:t>
        <w:br/>
        <w:t xml:space="preserve">        String videoFile = getClass().getResource("/file/polyv.mp4").getPath();</w:t>
        <w:br/>
        <w:t xml:space="preserve">        String videoId = "ac59aff03d153b3ed5d7f64194279af9_a";</w:t>
        <w:br/>
        <w:t xml:space="preserve">        vodUploadVideoPartsRequest.setFile(new File(videoFile)).setVideoId(videoId);</w:t>
        <w:br/>
        <w:t xml:space="preserve">        try {</w:t>
        <w:br/>
        <w:t xml:space="preserve">            PolyvUploadClient client = new PolyvUploadClient(1024 * 1024, "checkpoint_location", 5);</w:t>
        <w:br/>
        <w:t xml:space="preserve">            vodUploadVideoResponse = client.buildOSSService(vodUploadVideoPartsRequest).upload(new UploadCallBack() {</w:t>
        <w:br/>
        <w:t xml:space="preserve">                @Override</w:t>
        <w:br/>
        <w:t xml:space="preserve">                public void start(String videoPoolId) {</w:t>
        <w:br/>
        <w:t xml:space="preserve">                    log.debug("开始分片上传视频，videoId：{}", videoPoolId);</w:t>
        <w:br/>
        <w:t xml:space="preserve">                }</w:t>
        <w:br/>
        <w:t xml:space="preserve">                @Override</w:t>
        <w:br/>
        <w:t xml:space="preserve">                public void process(String videoPoolId, long hasUploadBytes, long totalFileBytes) {</w:t>
        <w:br/>
        <w:t xml:space="preserve">                    log.debug("分片上传成功，videoId：{}，已上传分片大小：{}，总视频大小{}", videoPoolId, hasUploadBytes, totalFileBytes);</w:t>
        <w:br/>
        <w:t xml:space="preserve">                }</w:t>
        <w:br/>
        <w:t xml:space="preserve">                @Override</w:t>
        <w:br/>
        <w:t xml:space="preserve">                public void complete(String videoPoolId) {</w:t>
        <w:br/>
        <w:t xml:space="preserve">                    log.debug("所有分片上传成功，videoId：{}", videoPoolId);</w:t>
        <w:br/>
        <w:t xml:space="preserve">                }</w:t>
        <w:br/>
        <w:t xml:space="preserve">                @Override</w:t>
        <w:br/>
        <w:t xml:space="preserve">                public void success(String videoPoolId) {</w:t>
        <w:br/>
        <w:t xml:space="preserve">                    log.debug("所有分片上传成功并处理完成，请等待后台审核，videoId：{}", videoPoolId);</w:t>
        <w:br/>
        <w:t xml:space="preserve">                }</w:t>
        <w:br/>
        <w:t xml:space="preserve">                @Override</w:t>
        <w:br/>
        <w:t xml:space="preserve">                public void error(String videoPoolId, UploadErrorMsg errorMsg) {</w:t>
        <w:br/>
        <w:t xml:space="preserve">                    log.error("上传视频失败，videoId：{}，错误信息：{}", videoPoolId, errorMsg);</w:t>
        <w:br/>
        <w:t xml:space="preserve">                }</w:t>
        <w:br/>
        <w:t xml:space="preserve">            }, false);</w:t>
        <w:br/>
        <w:t xml:space="preserve">            log.debug("测试续传视频返回状态:{}", vodUploadVideoResponse);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上传的视频文件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续传的视频id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如果提交了该字段，会在上传完成的事件回调中透传返回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上传成功返回视频id，上传失败回调也返回视频id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3、上传远程视频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上传远程视频（异步上传），具体上传情况可调用“分页查询视频同步列表”查看</w:t>
        <w:br/>
        <w:t>接口地址（仅做说明使用）：https://api.polyv.net/v2/video/grab/%s/upload/multi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2、水印链接必须png格式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3、uploadInfos 和 （fileUrl、title）必传其一，并且 uploadInfos 的优先级高于 （fileUrl、title），建议使用 uploadInfos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testUploadHttpVideoList() throws IOException, NoSuchAlgorithmException {</w:t>
        <w:br/>
        <w:t xml:space="preserve">        VodUploadHttpVideoListRequest vodUploadHttpVideoListRequest = new VodUploadHttpVideoListRequest();</w:t>
        <w:br/>
        <w:t xml:space="preserve">        Boolean vodUploadHttpVideoListResponse = null;</w:t>
        <w:br/>
        <w:t xml:space="preserve">        try {</w:t>
        <w:br/>
        <w:t xml:space="preserve">            VodUploadHttpVideoListRequest.UploadInfos uploadInfo = new VodUploadHttpVideoListRequest.UploadInfos();</w:t>
        <w:br/>
        <w:t xml:space="preserve">            List&lt;VodUploadHttpVideoListRequest.UploadInfos&gt; uploadInfos = new ArrayList&lt;&gt;(Arrays.asList(uploadInfo));</w:t>
        <w:br/>
        <w:t xml:space="preserve">            uploadInfo.setFileUrl("http://sadboytest.oss-cn-shenzhen.aliyuncs.com/test.mp4")</w:t>
        <w:br/>
        <w:t xml:space="preserve">                    .setTitle("junit-远程批量上传视频")</w:t>
        <w:br/>
        <w:t xml:space="preserve">                    .setState("state");</w:t>
        <w:br/>
        <w:t xml:space="preserve">            vodUploadHttpVideoListRequest.setCategoryId("1622165542751")</w:t>
        <w:br/>
        <w:t xml:space="preserve">                    .setScreenCap(0)</w:t>
        <w:br/>
        <w:t xml:space="preserve">                    .setWatermark("http://sadboytest.oss-cn-shenzhen.aliyuncs.com/a.png")</w:t>
        <w:br/>
        <w:t xml:space="preserve">                    .setWatermarkLocation("1")</w:t>
        <w:br/>
        <w:t xml:space="preserve">                    .setUploadInfos(uploadInfos);</w:t>
        <w:br/>
        <w:t xml:space="preserve">            vodUploadHttpVideoListResponse = new VodUploadServiceImpl().uploadHttpVideoList(</w:t>
        <w:br/>
        <w:t xml:space="preserve">                    vodUploadHttpVideoListRequest);</w:t>
        <w:br/>
        <w:t xml:space="preserve">            Assert.assertTrue(vodUploadHttpVideoListResponse);</w:t>
        <w:br/>
        <w:t xml:space="preserve">            if (vodUploadHttpVideoListResponse) {</w:t>
        <w:br/>
        <w:t xml:space="preserve">                //to do something ......</w:t>
        <w:br/>
        <w:t xml:space="preserve">                log.debug("测试上传远程视频成功");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设定上传视频的分类，当categoryId值为1时，表示用户上传空间的根目录。【对应api文档的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screenCap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是否录屏优化。当值为1时，上传的视频不再采取默认的压缩编码机制，视频尺寸不再压缩，保证视频的清晰度。默认值为0【对应api文档的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luping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watermark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自定义水印图片地址,图片格式必须是png格式，支持http、https。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watermarkLocation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自定义水印图片位置，如没该参数，则自定义水印的显示情况跟随分类或账号设置。1：左上角；2：右上角；3：左下角；4：右下角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uploadInfos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上传视频信息json数组，最多100个【详见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UploadInfos参数描述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UploadInfos参数描述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待上传视频的URL，支持http、https协议，长度限制：1000 个字符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视频标题，长度限制：100 个字符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自定义数据，长度限制：100 个字符，如果提交了该字段，会在上传完成回调时透传返回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true提交异步上传成功，false提交异步上传失败，具体是否上传成功以回调为准。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4、上传视频封面图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通过图片文件或http链接上传视频或多个分类的预览图</w:t>
        <w:br/>
        <w:t>接口地址（仅做说明使用）：https://api.polyv.net/v2/video/upload-cover-image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2、当传了videoIds参数，以videoIds为准，当videoIds不传，以categoryIds为准，两个参数不能同时为空。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3、图片上传形式，三者任选其一即可，传了多个则按imageFile,imageUrl,imageBase64顺序选取第一个不为空的形式。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4、图片格式仅支持png、jpg、jpeg、gif、bmp，且图片大小不得超过5MB。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testUploadVideoCoverImage() throws IOException, NoSuchAlgorithmException {</w:t>
        <w:br/>
        <w:t xml:space="preserve">        VodUploadVideoCoverImageRequest vodUploadVideoCoverImageRequest = new VodUploadVideoCoverImageRequest();</w:t>
        <w:br/>
        <w:t xml:space="preserve">        VodUploadVideoCoverImageResponse vodUploadVideoCoverImageResponse = null;</w:t>
        <w:br/>
        <w:t xml:space="preserve">        try {</w:t>
        <w:br/>
        <w:t xml:space="preserve">            String path = getClass().getResource("/img/cover.jpg").getPath();</w:t>
        <w:br/>
        <w:t xml:space="preserve">            vodUploadVideoCoverImageRequest.setVideoIds(</w:t>
        <w:br/>
        <w:t xml:space="preserve">                    "1b448be32345b255cabc3fe8d65a4d00_1,1b448be3234406608b7838c7ef6b597c_1")</w:t>
        <w:br/>
        <w:t xml:space="preserve">                    .setCategoryIds("1615286323771,1615536384688")</w:t>
        <w:br/>
        <w:t xml:space="preserve">                    .setImageFile(new File(path));</w:t>
        <w:br/>
        <w:t xml:space="preserve">            vodUploadVideoCoverImageResponse = new VodUploadServiceImpl().uploadVideoCoverImage(</w:t>
        <w:br/>
        <w:t xml:space="preserve">                    vodUploadVideoCoverImageRequest);</w:t>
        <w:br/>
        <w:t xml:space="preserve">            Assert.assertTrue(vodUploadVideoCoverImageResponse != null);</w:t>
        <w:br/>
        <w:t xml:space="preserve">            if (vodUploadVideoCoverImageResponse != null) {</w:t>
        <w:br/>
        <w:t xml:space="preserve">                log.debug("测试上传视频封面图成功{}", JSON.toJSONString(vodUploadVideoCoverImageResponse));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1、请求正确，返回VodUploadVideoCoverImageResponse对象，B端依据此对象处理业务逻辑；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视频id，多个视频id用英文逗号隔开，例如 e2e85038_e,e2e85039_e【对应api文档的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分类id，多个分类id用逗号隔开【对应api文档的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cateIds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图片文件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图片http 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imageBase64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图片文件的base64形式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imageUrlSmall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小图url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imageUrlBig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大图url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5、上传视频水印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上传某一级分类或用户级别的视频水印，设置成功后对新上传的视频生效</w:t>
        <w:br/>
        <w:t>水印图片需要为png格式，图片宽或高的尺寸超过256px时会被等比缩放</w:t>
        <w:br/>
        <w:t>接口地址（仅做说明使用）：https://api.polyv.net/v2/video/%s/watermarkSetting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testUploadWatermark() throws IOException, NoSuchAlgorithmException {</w:t>
        <w:br/>
        <w:t xml:space="preserve">        VodUploadWatermarkRequest vodUploadWatermarkRequest = new VodUploadWatermarkRequest();</w:t>
        <w:br/>
        <w:t xml:space="preserve">        Boolean vodUploadWatermarkResponse = null;</w:t>
        <w:br/>
        <w:t xml:space="preserve">        try {</w:t>
        <w:br/>
        <w:t xml:space="preserve">            String path = getClass().getResource("/img/water.png").getPath();</w:t>
        <w:br/>
        <w:t xml:space="preserve">            vodUploadWatermarkRequest.setImage(new File(path)).setCategoryId("1602300731843");</w:t>
        <w:br/>
        <w:t xml:space="preserve">            vodUploadWatermarkResponse = new VodUploadServiceImpl().uploadWatermark(vodUploadWatermarkRequest);</w:t>
        <w:br/>
        <w:t xml:space="preserve">            Assert.assertTrue(vodUploadWatermarkResponse);</w:t>
        <w:br/>
        <w:t xml:space="preserve">            if (vodUploadWatermarkResponse) {</w:t>
        <w:br/>
        <w:t xml:space="preserve">                //to do something ......</w:t>
        <w:br/>
        <w:t xml:space="preserve">                log.debug("测试上传视频水印成功");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上传的水印图片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分类ID,仅一级分类能设置水印。不传为设置用户级别的水印【对应api文档的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watermarkLocation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水印显示的位置：1：左上角；2：右上角；3：左下角；4：右下角；0：不显示水印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true：上传成功；false：上传失败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uploadService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