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subtitleService</w:t>
      </w:r>
    </w:p>
    <w:p>
      <w:pPr>
        <w:pStyle w:val="Heading1"/>
      </w:pPr>
      <w:r>
        <w:t>1、上传点播视频字幕文件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通过视频id上传点播视频字幕文件</w:t>
        <w:br/>
        <w:t>接口地址（仅做说明使用）：https://api.polyv.net/v2/video/%s/srt/upload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testUploadSubtitle() throws IOException, NoSuchAlgorithmException {</w:t>
        <w:br/>
        <w:t xml:space="preserve">        VodUploadSubtitleRequest vodUploadSubtitleRequest = new VodUploadSubtitleRequest();</w:t>
        <w:br/>
        <w:t xml:space="preserve">        Boolean vodUploadSubtitleResponse = null;</w:t>
        <w:br/>
        <w:t xml:space="preserve">        try {</w:t>
        <w:br/>
        <w:t xml:space="preserve">            String srtCN = getClass().getResource("/subtitle/srt(zh_CN).srt").getPath();</w:t>
        <w:br/>
        <w:t xml:space="preserve">            vodUploadSubtitleRequest.setVideoId("1b448be3234406608b7838c7ef6b597c_1")</w:t>
        <w:br/>
        <w:t xml:space="preserve">                    .setFile(new File(srtCN))</w:t>
        <w:br/>
        <w:t xml:space="preserve">                    .setAsDefault("N")</w:t>
        <w:br/>
        <w:t xml:space="preserve">                    .setTitle("subtitle")</w:t>
        <w:br/>
        <w:t xml:space="preserve">                    .setLanguage(null);</w:t>
        <w:br/>
        <w:t xml:space="preserve">            vodUploadSubtitleResponse = new VodSubtitleServiceImpl().uploadSubtitle(vodUploadSubtitleRequest);</w:t>
        <w:br/>
        <w:t xml:space="preserve">            Assert.assertTrue(vodUploadSubtitleResponse);</w:t>
        <w:br/>
        <w:t xml:space="preserve">            if (vodUploadSubtitleResponse) {</w:t>
        <w:br/>
        <w:t xml:space="preserve">                log.debug("测试上传点播视频字幕文件成功");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字幕文件，支持utf-8编码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是否作为默认字幕，Y：是，N:否。默认为N:否。首次上传字幕为Y：是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语言，默认自动检测，支持语言：中文、繁体中文 、英语、日语、韩语、法语、德语、俄语、西班牙语、阿拉伯语、葡萄牙语、其他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true为上传成功，false为上传失败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2、查询视频字幕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通过视频id查询视频字幕</w:t>
        <w:br/>
        <w:t>接口地址（仅做说明使用）：https://api.polyv.net/v2/video/%s/srt/list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testGetSubtitleList() throws IOException, NoSuchAlgorithmException {</w:t>
        <w:br/>
        <w:t xml:space="preserve">        VodGetSubtitleListRequest vodGetSubtitleListRequest = new VodGetSubtitleListRequest();</w:t>
        <w:br/>
        <w:t xml:space="preserve">        VodGetSubtitleListResponse vodGetSubtitleListResponse = null;</w:t>
        <w:br/>
        <w:t xml:space="preserve">        try {</w:t>
        <w:br/>
        <w:t xml:space="preserve">            vodGetSubtitleListRequest.setVideoId(super.getTestVideoId());</w:t>
        <w:br/>
        <w:t xml:space="preserve">            vodGetSubtitleListResponse = new VodSubtitleServiceImpl().getSubtitleList(vodGetSubtitleListRequest);</w:t>
        <w:br/>
        <w:t xml:space="preserve">            Assert.assertNotNull(vodGetSubtitleListResponse);</w:t>
        <w:br/>
        <w:t xml:space="preserve">            if (vodGetSubtitleListResponse != null) {</w:t>
        <w:br/>
        <w:t xml:space="preserve">                log.debug("测试查询视频字幕成功,{}", JSON.toJSONString(vodGetSubtitleListResponse));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1、请求正确，返回VodGetSubtitleListResponse对象，B端依据此对象处理业务逻辑；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srts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Subtitle参数描述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Subtitle参数描述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序号，从1开始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字幕名称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3、合并字幕文件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通过视频id与字幕信息合并字幕文件</w:t>
        <w:br/>
        <w:t>接口地址（仅做说明使用）：https://api.polyv.net/v2/video/%s/srt/merge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testMergeSubtitle() throws IOException, NoSuchAlgorithmException {</w:t>
        <w:br/>
        <w:t xml:space="preserve">        VodMergeSubtitleRequest vodMergeSubtitleRequest = new VodMergeSubtitleRequest();</w:t>
        <w:br/>
        <w:t xml:space="preserve">        Boolean vodMergeSubtitleResponse = null;</w:t>
        <w:br/>
        <w:t xml:space="preserve">        try {</w:t>
        <w:br/>
        <w:t xml:space="preserve">            String videoId = super.getTestVideoId();</w:t>
        <w:br/>
        <w:t xml:space="preserve">            //准备测试数据</w:t>
        <w:br/>
        <w:t xml:space="preserve">            String sourceSubtitleNames = super.getSourceSubtitleNames(videoId);</w:t>
        <w:br/>
        <w:t xml:space="preserve">            vodMergeSubtitleRequest.setVideoId(videoId)</w:t>
        <w:br/>
        <w:t xml:space="preserve">                    .setSourceSubtitleNames(sourceSubtitleNames)</w:t>
        <w:br/>
        <w:t xml:space="preserve">                    .setMergedSubtitleName("双语")</w:t>
        <w:br/>
        <w:t xml:space="preserve">                    .setSetAsDefault(Boolean.TRUE);</w:t>
        <w:br/>
        <w:t xml:space="preserve">            vodMergeSubtitleResponse = new VodSubtitleServiceImpl().mergeSubtitle(vodMergeSubtitleRequest);</w:t>
        <w:br/>
        <w:t xml:space="preserve">            Assert.assertTrue(vodMergeSubtitleResponse);</w:t>
        <w:br/>
        <w:t xml:space="preserve">            if (vodMergeSubtitleResponse) {</w:t>
        <w:br/>
        <w:t xml:space="preserve">                log.debug("测试合并字幕文件成功");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sourceSubtitleNames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原始字幕名称，必须传两个值。以英文逗号分隔，合并后第一个字幕的内容在上方显示。【对应api文档的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sourceSrtNames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mergedSubtitleName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合并字幕的名称，默认：双语。不超过5个中文字符。【对应api文档的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mergedSrtName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setAsDefault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是否设置为默认显示的字幕。默认值：true。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true为合并字幕文件成功，false为合并字幕文件失败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4、删除视频字幕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通过视频id与字幕序号列表删除视频字幕</w:t>
        <w:br/>
        <w:t>接口地址（仅做说明使用）：https://api.polyv.net/v2/video/%s/srt/delete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testDeleteSubtitle() throws IOException, NoSuchAlgorithmException {</w:t>
        <w:br/>
        <w:t xml:space="preserve">        VodDeleteSubtitleRequest vodDeleteSubtitleRequest = new VodDeleteSubtitleRequest();</w:t>
        <w:br/>
        <w:t xml:space="preserve">        Boolean vodDeleteSubtitleResponse = null;</w:t>
        <w:br/>
        <w:t xml:space="preserve">        try {</w:t>
        <w:br/>
        <w:t xml:space="preserve">            //准备测试数据</w:t>
        <w:br/>
        <w:t xml:space="preserve">            String videoId = super.getTestVideoId();</w:t>
        <w:br/>
        <w:t xml:space="preserve">            if (super.getSubtitleList(videoId).isEmpty()) {</w:t>
        <w:br/>
        <w:t xml:space="preserve">                uploadSubtitle(videoId, false);</w:t>
        <w:br/>
        <w:t xml:space="preserve">            }</w:t>
        <w:br/>
        <w:t xml:space="preserve">            String ranks = getRanks(videoId);</w:t>
        <w:br/>
        <w:t xml:space="preserve">            vodDeleteSubtitleRequest.setVideoId(videoId).setRanks(ranks);</w:t>
        <w:br/>
        <w:t xml:space="preserve">            vodDeleteSubtitleResponse = new VodSubtitleServiceImpl().deleteSubtitle(vodDeleteSubtitleRequest);</w:t>
        <w:br/>
        <w:t xml:space="preserve">            Assert.assertTrue(vodDeleteSubtitleResponse);</w:t>
        <w:br/>
        <w:t xml:space="preserve">            if (vodDeleteSubtitleResponse) {</w:t>
        <w:br/>
        <w:t xml:space="preserve">                log.debug("测试删除视频字幕成功");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[xxx.chat.VodxxxRequest]对象校验失败，失败字段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字幕序号列表，序号从1开始，多个以英文逗号分隔，例如 2,3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true为删除字幕成功，false为删除字幕失败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5、创建智能字幕任务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通过视频id创建智能字幕任务，为视频自动生成一份智能字幕文件</w:t>
        <w:br/>
        <w:t>接口地址（仅做说明使用）：https://api.polyv.net/vod/v4/smart-subtitle/create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2、创建智能字幕任务依赖点播视频已发布且时长不超过接口限制，详细说明参考 API 文档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testCreateSmartSubtitleTask() throws IOException, NoSuchAlgorithmException {</w:t>
        <w:br/>
        <w:t xml:space="preserve">        VodSubtitleServiceImpl service = new VodSubtitleServiceImpl();</w:t>
        <w:br/>
        <w:t xml:space="preserve">        String videoId = super.getTestVideoId();</w:t>
        <w:br/>
        <w:t xml:space="preserve">        Long taskId = null;</w:t>
        <w:br/>
        <w:t xml:space="preserve">        try {</w:t>
        <w:br/>
        <w:t xml:space="preserve">            VodCreateSmartSubtitleTaskRequest createRequest = new VodCreateSmartSubtitleTaskRequest()</w:t>
        <w:br/>
        <w:t xml:space="preserve">                    .setVid(videoId)</w:t>
        <w:br/>
        <w:t xml:space="preserve">                    .setLanguage("chinese")</w:t>
        <w:br/>
        <w:t xml:space="preserve">                    .setAutoApplyEnabled("N")</w:t>
        <w:br/>
        <w:t xml:space="preserve">                    .setRepetitionEnabled("Y");</w:t>
        <w:br/>
        <w:t xml:space="preserve">            taskId = service.createSmartSubtitleTask(createRequest);</w:t>
        <w:br/>
        <w:t xml:space="preserve">            Assert.assertNotNull(taskId);</w:t>
        <w:br/>
        <w:t xml:space="preserve">            log.debug("测试创建智能字幕任务成功, taskId={}", taskId);</w:t>
        <w:br/>
        <w:t xml:space="preserve">        } catch (PloyvSdkException e) {</w:t>
        <w:br/>
        <w:t xml:space="preserve">            log.error(e.getMessage(), e);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 Long 类型的字幕任务ID，B端依据此ID后续查询、更新或发布智能字幕；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 PloyvSdkException；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 PloyvSdkException。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视频ID，对应 API 文档中的 </w:t>
            </w:r>
            <w:r>
              <w:rPr>
                <w:rFonts w:ascii="Menlo" w:hAnsi="Menlo"/>
                <w:color w:val="444444"/>
                <w:sz w:val="17"/>
              </w:rPr>
              <w:t>vid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字段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autoApplyEnabled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是否在字幕生成后自动应用字幕到对应的视频上，Y 或 N，默认按后端配置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language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智能识别语种，支持枚举值详见 API 文档，未传或传入不支持值时按中文处理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repetitionEnabled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是否允许重复任务，Y-允许，N-不允许，默认Y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 Long 类型，表示创建成功的智能字幕任务ID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6、查询智能字幕内容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通过字幕任务id，查询智能字幕的下载链接及逐条字幕内容</w:t>
        <w:br/>
        <w:t>接口地址（仅做说明使用）：https://api.polyv.net/vod/v4/smart-subtitle/get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2、需确保字幕任务已完成解析，未完成时接口会返回相应错误码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testQuerySmartSubtitle() throws IOException, NoSuchAlgorithmException {</w:t>
        <w:br/>
        <w:t xml:space="preserve">        VodSubtitleServiceImpl service = new VodSubtitleServiceImpl();</w:t>
        <w:br/>
        <w:t xml:space="preserve">        // 这里依赖调用方预先准备好的有效 taskId</w:t>
        <w:br/>
        <w:t xml:space="preserve">        Long taskId = 1L;</w:t>
        <w:br/>
        <w:t xml:space="preserve">        try {</w:t>
        <w:br/>
        <w:t xml:space="preserve">            VodQuerySmartSubtitleRequest queryRequest = new VodQuerySmartSubtitleRequest()</w:t>
        <w:br/>
        <w:t xml:space="preserve">                    .setTaskId(taskId);</w:t>
        <w:br/>
        <w:t xml:space="preserve">            VodQuerySmartSubtitleResponse queryResponse = service.querySmartSubtitle(queryRequest);</w:t>
        <w:br/>
        <w:t xml:space="preserve">            Assert.assertNotNull(queryResponse);</w:t>
        <w:br/>
        <w:t xml:space="preserve">            log.debug("测试查询智能字幕内容成功,{}", JSON.toJSONString(queryResponse));</w:t>
        <w:br/>
        <w:t xml:space="preserve">        } catch (PloyvSdkException e) {</w:t>
        <w:br/>
        <w:t xml:space="preserve">            log.error(e.getMessage(), e);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1、请求正确，返回 VodQuerySmartSubtitleResponse 对象，B端依据此对象中的 </w:t>
      </w:r>
      <w:r>
        <w:rPr>
          <w:rFonts w:ascii="Menlo" w:hAnsi="Menlo"/>
          <w:color w:val="444444"/>
          <w:sz w:val="20"/>
        </w:rPr>
        <w:t>link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subtitles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字段处理业务逻辑；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 PloyvSdkException；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 PloyvSdkException。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智能字幕任务ID，创建任务时返回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字幕文件下载链接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autoApplyEnabled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是否在字幕生成后自动应用到视频上，Y/N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preferenceEnabled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是否为默认首选字幕，Y/N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字幕内容列表，逐条字幕信息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其中 </w:t>
      </w:r>
      <w:r>
        <w:rPr>
          <w:rFonts w:ascii="Menlo" w:hAnsi="Menlo"/>
          <w:color w:val="444444"/>
          <w:sz w:val="20"/>
        </w:rPr>
        <w:t>subtitles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元素结构：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单条字幕相对视频播放的开始时间，单位毫秒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单条字幕相对视频播放的结束时间，单位毫秒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单条字幕内容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7、查询智能字幕链接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通过视频id查询该视频关联的智能字幕任务及字幕链接列表</w:t>
        <w:br/>
        <w:t>接口地址（仅做说明使用）：https://api.polyv.net/vod/v4/smart-subtitle/subtitle-link/get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testQuerySmartSubtitleLink() throws IOException, NoSuchAlgorithmException {</w:t>
        <w:br/>
        <w:t xml:space="preserve">        VodSubtitleServiceImpl service = new VodSubtitleServiceImpl();</w:t>
        <w:br/>
        <w:t xml:space="preserve">        String videoId = super.getTestVideoId();</w:t>
        <w:br/>
        <w:t xml:space="preserve">        try {</w:t>
        <w:br/>
        <w:t xml:space="preserve">            VodQuerySmartSubtitleLinkRequest linkRequest = new VodQuerySmartSubtitleLinkRequest()</w:t>
        <w:br/>
        <w:t xml:space="preserve">                    .setVid(videoId);</w:t>
        <w:br/>
        <w:t xml:space="preserve">            List&lt;VodQuerySmartSubtitleLinkResponse&gt; linkResponseList = service.querySmartSubtitleLink(linkRequest);</w:t>
        <w:br/>
        <w:t xml:space="preserve">            Assert.assertNotNull(linkResponseList);</w:t>
        <w:br/>
        <w:t xml:space="preserve">            log.debug("测试查询智能字幕链接成功,{}", JSON.toJSONString(linkResponseList));</w:t>
        <w:br/>
        <w:t xml:space="preserve">        } catch (PloyvSdkException e) {</w:t>
        <w:br/>
        <w:t xml:space="preserve">            log.error(e.getMessage(), e);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1、请求正确，返回智能字幕链接列表；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2、请求参数校验不合格或服务器异常时抛出 PloyvSdkException。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 List\，每个元素结构：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字幕文件下载链接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8、更新智能字幕内容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通过字幕任务id更新智能字幕内容，可用于人工校对后覆盖原有字幕</w:t>
        <w:br/>
        <w:t>接口地址（仅做说明使用）：https://api.polyv.net/vod/v4/smart-subtitle/update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2、字幕任务需处于可更新状态，具体限制详见 API 文档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testUpdateSmartSubtitle() throws IOException, NoSuchAlgorithmException {</w:t>
        <w:br/>
        <w:t xml:space="preserve">        VodSubtitleServiceImpl service = new VodSubtitleServiceImpl();</w:t>
        <w:br/>
        <w:t xml:space="preserve">        Long taskId = 1L;</w:t>
        <w:br/>
        <w:t xml:space="preserve">        try {</w:t>
        <w:br/>
        <w:t xml:space="preserve">            VodUpdateSmartSubtitleRequest.SubtitleItem item = new VodUpdateSmartSubtitleRequest.SubtitleItem()</w:t>
        <w:br/>
        <w:t xml:space="preserve">                    .setStart(0L)</w:t>
        <w:br/>
        <w:t xml:space="preserve">                    .setEnd(1000L)</w:t>
        <w:br/>
        <w:t xml:space="preserve">                    .setContent("智能字幕测试");</w:t>
        <w:br/>
        <w:t xml:space="preserve">            VodUpdateSmartSubtitleRequest updateRequest = new VodUpdateSmartSubtitleRequest()</w:t>
        <w:br/>
        <w:t xml:space="preserve">                    .setTaskId(taskId)</w:t>
        <w:br/>
        <w:t xml:space="preserve">                    .setSubtitleName("智能字幕测试")</w:t>
        <w:br/>
        <w:t xml:space="preserve">                    .setAutoApplyEnabled("N")</w:t>
        <w:br/>
        <w:t xml:space="preserve">                    .setPreferenceEnabled("Y")</w:t>
        <w:br/>
        <w:t xml:space="preserve">                    .setSubtitles(Collections.singletonList(item));</w:t>
        <w:br/>
        <w:t xml:space="preserve">            Boolean updateResult = service.updateSmartSubtitle(updateRequest);</w:t>
        <w:br/>
        <w:t xml:space="preserve">            Assert.assertTrue(updateResult);</w:t>
        <w:br/>
        <w:t xml:space="preserve">            log.debug("测试更新智能字幕内容成功");</w:t>
        <w:br/>
        <w:t xml:space="preserve">        } catch (PloyvSdkException e) {</w:t>
        <w:br/>
        <w:t xml:space="preserve">            log.error(e.getMessage(), e);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 Boolean，true 表示更新成功；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2、请求参数校验不合格或服务器异常时抛出 PloyvSdkException。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autoApplyEnabled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是否在修改完字幕内容后自动发布该字幕，Y/N，不传按任务预设值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字幕标题，长度限制20个字符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preferenceEnabled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发布后是否默认首选该字幕，Y/N，不传按任务预设值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subtitles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字幕内容列表</w:t>
            </w:r>
          </w:p>
        </w:tc>
      </w:tr>
    </w:tbl>
    <w:p>
      <w:pPr>
        <w:spacing w:after="40"/>
      </w:pPr>
    </w:p>
    <w:p>
      <w:r>
        <w:rPr>
          <w:rFonts w:ascii="Menlo" w:hAnsi="Menlo"/>
          <w:color w:val="444444"/>
          <w:sz w:val="20"/>
        </w:rPr>
        <w:t>subtitles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元素结构：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单条字幕开始时间，单位毫秒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单条字幕结束时间，单位毫秒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单条字幕内容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为更新成功，false 为更新失败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9、发布智能字幕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通过字幕任务id将智能字幕应用到视频上</w:t>
        <w:br/>
        <w:t>接口地址（仅做说明使用）：https://api.polyv.net/vod/v4/smart-subtitle/publish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2、仅在任务状态允许的场景下才能发布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testPublishSmartSubtitleTask() throws IOException, NoSuchAlgorithmException {</w:t>
        <w:br/>
        <w:t xml:space="preserve">        VodSubtitleServiceImpl service = new VodSubtitleServiceImpl();</w:t>
        <w:br/>
        <w:t xml:space="preserve">        Long taskId = 1L;</w:t>
        <w:br/>
        <w:t xml:space="preserve">        try {</w:t>
        <w:br/>
        <w:t xml:space="preserve">            VodPublishSmartSubtitleTaskRequest publishRequest = new VodPublishSmartSubtitleTaskRequest()</w:t>
        <w:br/>
        <w:t xml:space="preserve">                    .setTaskId(taskId)</w:t>
        <w:br/>
        <w:t xml:space="preserve">                    .setPreferenceEnabled("Y");</w:t>
        <w:br/>
        <w:t xml:space="preserve">            Boolean publishResult = service.publishSmartSubtitleTask(publishRequest);</w:t>
        <w:br/>
        <w:t xml:space="preserve">            Assert.assertTrue(publishResult);</w:t>
        <w:br/>
        <w:t xml:space="preserve">            log.debug("测试发布智能字幕成功");</w:t>
        <w:br/>
        <w:t xml:space="preserve">        } catch (PloyvSdkException e) {</w:t>
        <w:br/>
        <w:t xml:space="preserve">            log.error(e.getMessage(), e);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 Boolean，true 表示发布成功；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2、请求参数校验不合格或服务器异常时抛出 PloyvSdkException。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preferenceEnabled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是否默认首选当前字幕，Y/N，不传按任务预设值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为发布成功，false 为发布失败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10、删除智能字幕任务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通过字幕任务id删除智能字幕任务及对应字幕文件</w:t>
        <w:br/>
        <w:t>接口地址（仅做说明使用）：https://api.polyv.net/vod/v4/smart-subtitle/delete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2、仅在任务状态允许的场景下才能删除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 xml:space="preserve">    @Test</w:t>
        <w:br/>
        <w:t xml:space="preserve">    public void testDeleteSmartSubtitleTask() throws IOException, NoSuchAlgorithmException {</w:t>
        <w:br/>
        <w:t xml:space="preserve">        VodSubtitleServiceImpl service = new VodSubtitleServiceImpl();</w:t>
        <w:br/>
        <w:t xml:space="preserve">        Long taskId = 1L;</w:t>
        <w:br/>
        <w:t xml:space="preserve">        try {</w:t>
        <w:br/>
        <w:t xml:space="preserve">            VodDeleteSmartSubtitleTaskRequest deleteRequest = new VodDeleteSmartSubtitleTaskRequest()</w:t>
        <w:br/>
        <w:t xml:space="preserve">                    .setTaskId(taskId);</w:t>
        <w:br/>
        <w:t xml:space="preserve">            Boolean deleteResult = service.deleteSmartSubtitleTask(deleteRequest);</w:t>
        <w:br/>
        <w:t xml:space="preserve">            Assert.assertTrue(deleteResult);</w:t>
        <w:br/>
        <w:t xml:space="preserve">            log.debug("测试删除智能字幕任务成功");</w:t>
        <w:br/>
        <w:t xml:space="preserve">        } catch (PloyvSdkException e) {</w:t>
        <w:br/>
        <w:t xml:space="preserve">            log.error(e.getMessage(), e);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 Boolean，true 表示删除成功；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2、请求参数校验不合格或服务器异常时抛出 PloyvSdkException。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智能字幕任务ID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 为删除成功，false 为删除失败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subtitleService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