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subAccountService</w:t>
      </w:r>
    </w:p>
    <w:p>
      <w:pPr>
        <w:pStyle w:val="Heading1"/>
      </w:pPr>
      <w:r>
        <w:t>1、搜索视频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通过视频标题、分类、标签等条件查找视频</w:t>
        <w:br/>
        <w:t>接口地址（仅做说明使用）：https://api.polyv.net//v3/video/list-video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testSearchVideoList() throws IOException, NoSuchAlgorithmException {</w:t>
        <w:br/>
        <w:t xml:space="preserve">        VodSubAccountSearchVideoListRequest vodSubAccountSearchVideoListRequest =</w:t>
        <w:br/>
        <w:t xml:space="preserve">                new VodSubAccountSearchVideoListRequest();</w:t>
        <w:br/>
        <w:t xml:space="preserve">        VodSubAccountSearchVideoListResponse vodSubAccountSearchVideoListResponse = null;</w:t>
        <w:br/>
        <w:t xml:space="preserve">        try {</w:t>
        <w:br/>
        <w:t xml:space="preserve">            vodSubAccountSearchVideoListRequest.setCategoryId("1602300731843")</w:t>
        <w:br/>
        <w:t xml:space="preserve">                    .setTitle("学习英语")</w:t>
        <w:br/>
        <w:t xml:space="preserve">                    .setUploader("主账号")</w:t>
        <w:br/>
        <w:t xml:space="preserve">                    .setStatus("61")</w:t>
        <w:br/>
        <w:t xml:space="preserve">                    .setContainSubCate("Y")</w:t>
        <w:br/>
        <w:t xml:space="preserve">                    .setStartTime(super.getDate(2021, 1, 4, 10, 35))</w:t>
        <w:br/>
        <w:t xml:space="preserve">                    .setEndTime(super.getDate(2021, 2, 5, 10, 35))</w:t>
        <w:br/>
        <w:t xml:space="preserve">                    .setSort("creationTimeDesc")</w:t>
        <w:br/>
        <w:t xml:space="preserve">                    //设置子账号相关</w:t>
        <w:br/>
        <w:t xml:space="preserve">                    .setAppId(APP_ID)</w:t>
        <w:br/>
        <w:t xml:space="preserve">                    .setSecretKey(SECRET_KEY);</w:t>
        <w:br/>
        <w:t xml:space="preserve">            vodSubAccountSearchVideoListResponse = new VodSubAccountServiceImpl().searchVideoList(</w:t>
        <w:br/>
        <w:t xml:space="preserve">                    vodSubAccountSearchVideoListRequest);</w:t>
        <w:br/>
        <w:t xml:space="preserve">            Assert.assertNotNull(vodSubAccountSearchVideoListResponse);</w:t>
        <w:br/>
        <w:t xml:space="preserve">            if (vodSubAccountSearchVideoListResponse != null) {</w:t>
        <w:br/>
        <w:t xml:space="preserve">                log.debug("测试搜索视频成功,{}", JSON.toJSONString(vodSubAccountSearchVideoListResponse));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1、请求正确，返回VodSubAccountSearchVideoListResponse对象，B端依据此对象处理业务逻辑；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视频分类ID【对应api文档的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cataId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按标题搜索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上传者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视频状态码;60/61:已发布;10:等待编码;20:正在编码;50:等待审核;51:审核不通过;-1:已删除;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containSubCate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是否包含子分类, Y 包含, N 不包含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按创建时间范围查询，起始时间，格式为yyyy-MM-dd HH:mm:ss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结束时间，格式为yyyy-MM-dd HH:mm:ss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sort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排序creationTimeDesc或creationTimeAsc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secretKey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子账号secretKey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页数，默认为1【对应api文档的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查询的结果列表【详见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VodSearchVideoList参数描述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totalPages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VodSearchVideoList参数描述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basicInfo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BasicInfo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查询的视频基本信息【详见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BasicInfo参数描述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BasicInfo参数描述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description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源视频时长，单位：秒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首图地址，大图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creationTime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updateTime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更新时间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源文件大小，单位：Bytes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视频状态码;60/61:已发布;10:等待编码;20:正在编码;50:等待审核;51:审核不通过;-1:已删除;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分类id, 如1为根目录【对应api文档的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cateId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分类名称【对应api文档的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cateName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上传者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2、查询视频信息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通过视频id查询视频信息</w:t>
        <w:br/>
        <w:t>接口地址（仅做说明使用）：https://api.polyv.net//v3/video/get-video-info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testGetVideoInfo() throws IOException, NoSuchAlgorithmException {</w:t>
        <w:br/>
        <w:t xml:space="preserve">        VodSubAccountQueryVideoInfoRequest vodSubAccountQueryVideoInfoRequest =</w:t>
        <w:br/>
        <w:t xml:space="preserve">                new VodSubAccountQueryVideoInfoRequest();</w:t>
        <w:br/>
        <w:t xml:space="preserve">        List&lt;VodSubAccountQueryVideoInfoResponse&gt; vodSubAccountQueryVideoInfoResponseList = null;</w:t>
        <w:br/>
        <w:t xml:space="preserve">        try {</w:t>
        <w:br/>
        <w:t xml:space="preserve">            vodSubAccountQueryVideoInfoRequest.setVideoIds(super.getTestVideoId())</w:t>
        <w:br/>
        <w:t xml:space="preserve">                    .setFilters("basicInfo,metaData,transcodeInfo,snapshotInfo")</w:t>
        <w:br/>
        <w:t xml:space="preserve">                    //设置子账号相关</w:t>
        <w:br/>
        <w:t xml:space="preserve">                    .setAppId(APP_ID)</w:t>
        <w:br/>
        <w:t xml:space="preserve">                    .setSecretKey(SECRET_KEY);</w:t>
        <w:br/>
        <w:t xml:space="preserve">            vodSubAccountQueryVideoInfoResponseList = new VodSubAccountServiceImpl().getVideoInfo(</w:t>
        <w:br/>
        <w:t xml:space="preserve">                    vodSubAccountQueryVideoInfoRequest);</w:t>
        <w:br/>
        <w:t xml:space="preserve">            Assert.assertNotNull(vodSubAccountQueryVideoInfoResponseList);</w:t>
        <w:br/>
        <w:t xml:space="preserve">            if (vodSubAccountQueryVideoInfoResponseList != null) {</w:t>
        <w:br/>
        <w:t xml:space="preserve">                log.debug("测试查询视频信息,{}", JSON.toJSONString(vodSubAccountQueryVideoInfoResponseList));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1、请求正确，返回VodSubAccountQueryVideoInfoResponse对象，B端依据此对象处理业务逻辑；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视频ID，多个视频ID用英文逗号分隔(状态为半角)，例如 1b8be3,239c2e【对应api文档的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filters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选择需要返回的视频信息，多个以英文逗号分隔(状态为半角,例如 basicInfo,metaData)，取值：basicInfo,metaData,transcodeInfo,snapshotInfo, 分别代表基础信息、元数据、转码信息、截图信息，为空则返回基础信息【对应api文档的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filter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secretKey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子账号secretKey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返回对象是List&amp;lt;VodSubAccountQueryVideoInfoResponse&amp;gt;，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VodSubAccountQueryVideoInfoResponse</w:t>
      </w:r>
      <w:r>
        <w:rPr>
          <w:rFonts w:ascii="Source Han Sans SC" w:hAnsi="Source Han Sans SC" w:eastAsia="Source Han Sans SC" w:cs="Source Han Sans SC" w:hint="eastAsia"/>
          <w:sz w:val="21"/>
        </w:rPr>
        <w:t>具体元素内容如下：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basicInfo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BasicInfo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查询的视频基本信息【详见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BasicInfo参数描述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transcodeInfos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查询的视频转码信息【详见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TranscodeInfos参数描述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metaData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MetaData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查询的视频元数据【详见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MetaData参数描述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snapshotInfo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SnapshotInfo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查询的视频截图【详见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SnapshotInfo参数描述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BasicInfo参数描述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description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源视频时长，单位：秒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首图地址，大图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creationTime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updateTime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更新时间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源文件大小，单位：Bytes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视频状态码;60/61:已发布;10:等待编码;20:正在编码;50:等待审核;51:审核不通过;-1:已删除;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分类id, 如1为根目录【对应api文档的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cateId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分类名称【对应api文档的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cateName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上传者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TranscodeInfos参数描述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definition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清晰度，SOURCE:原清晰度,LD:普清,SD:标清,HD:高清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时长，秒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encrypt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加密视频为true，非加密为false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转码格式，如mp4、flv、pdx、hls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视频帧率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bitrate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码率kbps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height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分辨率高，单位：px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width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分辨率宽，单位：px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视频状态, normal:可以正常播放,unavailable:不能正常播放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编码后视频大小，单位：字节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MetaData参数描述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源文件大小，单位：Bytes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视频容器类型，如mp4、flv等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源视频时长，单位：秒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bitrate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视频码率，单位：bps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视频帧率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height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分辨率高，单位：px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width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分辨率宽，单位：px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编码格式，如h264、h265等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SnapshotInfo参数描述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截图url数组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3、修改视频信息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通过视频id修改视频信息</w:t>
        <w:br/>
        <w:t>接口地址（仅做说明使用）：https://api.polyv.net//v3/video/update-info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testUpdateVideoInfo() throws IOException, NoSuchAlgorithmException {</w:t>
        <w:br/>
        <w:t xml:space="preserve">        VodSubAccountUpdateVideoInfoRequest vodSubAccountUpdateVideoInfoRequest =</w:t>
        <w:br/>
        <w:t xml:space="preserve">                new VodSubAccountUpdateVideoInfoRequest();</w:t>
        <w:br/>
        <w:t xml:space="preserve">        Boolean vodUpdateVideoInfoResponse = null;</w:t>
        <w:br/>
        <w:t xml:space="preserve">        try {</w:t>
        <w:br/>
        <w:t xml:space="preserve">            vodSubAccountUpdateVideoInfoRequest.setVideoId(super.getTestVideoId())</w:t>
        <w:br/>
        <w:t xml:space="preserve">                    .setDesc("这是一个通过junit合并的视频_1")</w:t>
        <w:br/>
        <w:t xml:space="preserve">                    .setTag("junit测试_1")</w:t>
        <w:br/>
        <w:t xml:space="preserve">                    .setPublishUrl(null)</w:t>
        <w:br/>
        <w:t xml:space="preserve">                    //设置子账号相关</w:t>
        <w:br/>
        <w:t xml:space="preserve">                    .setAppId(APP_ID)</w:t>
        <w:br/>
        <w:t xml:space="preserve">                    .setSecretKey(SECRET_KEY);</w:t>
        <w:br/>
        <w:t xml:space="preserve">            vodUpdateVideoInfoResponse = new VodSubAccountServiceImpl().updateVideoInfo(</w:t>
        <w:br/>
        <w:t xml:space="preserve">                    vodSubAccountUpdateVideoInfoRequest);</w:t>
        <w:br/>
        <w:t xml:space="preserve">            Assert.assertTrue(vodUpdateVideoInfoResponse);</w:t>
        <w:br/>
        <w:t xml:space="preserve">            if (vodUpdateVideoInfoResponse) {</w:t>
        <w:br/>
        <w:t xml:space="preserve">                log.debug("测试修改视频信息成功");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视频标题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视频描述【对应api文档的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describ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视频标签信息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publishUrl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外链地址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secretKey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子账号secretKey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true为修改成功，false为修改失败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4、删除视频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通过视频id删除视频</w:t>
        <w:br/>
        <w:t>接口地址（仅做说明使用）：https://api.polyv.net//v3/video/delete-video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testDeleteVideo() throws IOException, NoSuchAlgorithmException {</w:t>
        <w:br/>
        <w:t xml:space="preserve">        VodSubAccountDeleteVideoRequest vodSubAccountDeleteVideoRequest = new VodSubAccountDeleteVideoRequest();</w:t>
        <w:br/>
        <w:t xml:space="preserve">        Boolean vodDeleteVideoResponse = null;</w:t>
        <w:br/>
        <w:t xml:space="preserve">        try {</w:t>
        <w:br/>
        <w:t xml:space="preserve">            vodSubAccountDeleteVideoRequest.setVideoId("1b448be3238415eee2fa40753737255b_1")</w:t>
        <w:br/>
        <w:t xml:space="preserve">                    //设置子账号相关</w:t>
        <w:br/>
        <w:t xml:space="preserve">                    .setAppId(APP_ID).setSecretKey(SECRET_KEY);</w:t>
        <w:br/>
        <w:t xml:space="preserve">            vodDeleteVideoResponse = new VodSubAccountServiceImpl().deleteVideo(vodSubAccountDeleteVideoRequest);</w:t>
        <w:br/>
        <w:t xml:space="preserve">            Assert.assertTrue(vodDeleteVideoResponse);</w:t>
        <w:br/>
        <w:t xml:space="preserve">            if (vodDeleteVideoResponse) {</w:t>
        <w:br/>
        <w:t xml:space="preserve">                log.debug("删除视频成功");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secretKey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子账号secretKey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true为删除视频成功，false为删除视频失败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5、新增视频分类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通过分类名等参数新增视频分类</w:t>
        <w:br/>
        <w:t>接口地址（仅做说明使用）：https://api.polyv.net//v3/category/add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testAddCategory() throws IOException, NoSuchAlgorithmException {</w:t>
        <w:br/>
        <w:t xml:space="preserve">        VodSubAccountAddCategoryRequest vodSubAccountAddCategoryRequest = new VodSubAccountAddCategoryRequest();</w:t>
        <w:br/>
        <w:t xml:space="preserve">        String vodDeleteVideoResponse = null;</w:t>
        <w:br/>
        <w:t xml:space="preserve">        try {</w:t>
        <w:br/>
        <w:t xml:space="preserve">            vodSubAccountAddCategoryRequest.setName("junit测试新增分类20210309").setParentId(null)</w:t>
        <w:br/>
        <w:t xml:space="preserve">                    //设置子账号相关</w:t>
        <w:br/>
        <w:t xml:space="preserve">                    .setAppId(APP_ID).setSecretKey(SECRET_KEY);</w:t>
        <w:br/>
        <w:t xml:space="preserve">            vodDeleteVideoResponse = new VodSubAccountServiceImpl().addCategory(vodSubAccountAddCategoryRequest);</w:t>
        <w:br/>
        <w:t xml:space="preserve">            Assert.assertNotNull(vodDeleteVideoResponse);</w:t>
        <w:br/>
        <w:t xml:space="preserve">            if (vodDeleteVideoResponse != null) {</w:t>
        <w:br/>
        <w:t xml:space="preserve">                log.debug("新增视频分类成功");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1、请求正确，返回String对象，B端依据此对象处理业务逻辑；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parentId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父分类id, 默认位1, 放在根目录下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secretKey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子账号secretKey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新增成功返回新增的分类id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6、查询视频分类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通过分类id查询视频分类</w:t>
        <w:br/>
        <w:t>接口地址（仅做说明使用）：https://api.polyv.net//v3/category/get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testQueryCategory() throws IOException, NoSuchAlgorithmException {</w:t>
        <w:br/>
        <w:t xml:space="preserve">        VodSubAccountQueryCategoryRequest vodSubAccountQueryCategoryRequest = new VodSubAccountQueryCategoryRequest();</w:t>
        <w:br/>
        <w:t xml:space="preserve">        VodSubAccountQueryCategoryResponse vodSubAccountQueryCategoryResponse = null;</w:t>
        <w:br/>
        <w:t xml:space="preserve">        try {</w:t>
        <w:br/>
        <w:t xml:space="preserve">            vodSubAccountQueryCategoryRequest.setCategoryId("1608891483165")</w:t>
        <w:br/>
        <w:t xml:space="preserve">                    //设置子账号相关</w:t>
        <w:br/>
        <w:t xml:space="preserve">                    .setAppId(APP_ID).setSecretKey(SECRET_KEY).setCurrentPage(1).setPageSize(20);</w:t>
        <w:br/>
        <w:t xml:space="preserve">            vodSubAccountQueryCategoryResponse = new VodSubAccountServiceImpl().queryCategory(</w:t>
        <w:br/>
        <w:t xml:space="preserve">                    vodSubAccountQueryCategoryRequest);</w:t>
        <w:br/>
        <w:t xml:space="preserve">            Assert.assertNotNull(vodSubAccountQueryCategoryResponse);</w:t>
        <w:br/>
        <w:t xml:space="preserve">            if (vodSubAccountQueryCategoryResponse != null) {</w:t>
        <w:br/>
        <w:t xml:space="preserve">                log.debug("测试查询视频分类成功,{}", JSON.toJSONString(vodSubAccountQueryCategoryResponse));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1、请求正确，返回VodSubAccountQueryCategoryResponse对象，B端依据此对象处理业务逻辑；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cateId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secretKey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子账号secretKey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页数，默认为1【对应api文档的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当前分类【详见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Category参数描述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subCategoryTotal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下一级子分类个数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subCategories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下一级子分类列表【详见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Category参数描述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Category参数描述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cateId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分类名称【对应api文档的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cateName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parentId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父分类id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7、修改视频分类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修改视频分类</w:t>
        <w:br/>
        <w:t>接口地址（仅做说明使用）：https://api.polyv.net//v3/category/update-info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testUpdateCategory() throws IOException, NoSuchAlgorithmException {</w:t>
        <w:br/>
        <w:t xml:space="preserve">        VodSubAccountUpdateCategoryRequest vodSubAccountUpdateCategoryRequest =</w:t>
        <w:br/>
        <w:t xml:space="preserve">                new VodSubAccountUpdateCategoryRequest();</w:t>
        <w:br/>
        <w:t xml:space="preserve">        Boolean vodUpdateCategoryResponse = null;</w:t>
        <w:br/>
        <w:t xml:space="preserve">        try {</w:t>
        <w:br/>
        <w:t xml:space="preserve">            vodSubAccountUpdateCategoryRequest.setCategoryId("1602671097888").setCategoryName("勿删分类-"+super.getRandomString(4))</w:t>
        <w:br/>
        <w:t xml:space="preserve">                    //设置子账号相关</w:t>
        <w:br/>
        <w:t xml:space="preserve">                    .setAppId(APP_ID).setSecretKey(SECRET_KEY);</w:t>
        <w:br/>
        <w:t xml:space="preserve">            vodUpdateCategoryResponse = new VodSubAccountServiceImpl().updateCategory(</w:t>
        <w:br/>
        <w:t xml:space="preserve">                    vodSubAccountUpdateCategoryRequest);</w:t>
        <w:br/>
        <w:t xml:space="preserve">            Assert.assertTrue(vodUpdateCategoryResponse);</w:t>
        <w:br/>
        <w:t xml:space="preserve">            if (vodUpdateCategoryResponse) {</w:t>
        <w:br/>
        <w:t xml:space="preserve">                log.debug("修改视频分类成功");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cateId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分类名称【对应api文档的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cateName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secretKey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子账号secretKey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true为修改成功，false为修改失败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8、删除视频分类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通过视频分类id删除视频分类</w:t>
        <w:br/>
        <w:t>接口地址（仅做说明使用）：https://api.polyv.net//v3/category/delete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testDeleteCategory() throws IOException, NoSuchAlgorithmException {</w:t>
        <w:br/>
        <w:t xml:space="preserve">        VodSubAccountDeleteCategoryRequest vodSubAccountDeleteCategoryRequest =</w:t>
        <w:br/>
        <w:t xml:space="preserve">                new VodSubAccountDeleteCategoryRequest();</w:t>
        <w:br/>
        <w:t xml:space="preserve">        Boolean vodDeleteCategoryResponse = null;</w:t>
        <w:br/>
        <w:t xml:space="preserve">        try {</w:t>
        <w:br/>
        <w:t xml:space="preserve">            //生成测试数据</w:t>
        <w:br/>
        <w:t xml:space="preserve">            String categoryId = super.addCategoryOther();</w:t>
        <w:br/>
        <w:t xml:space="preserve">            vodSubAccountDeleteCategoryRequest.setCategoryId(categoryId)</w:t>
        <w:br/>
        <w:t xml:space="preserve">                    //设置子账号相关</w:t>
        <w:br/>
        <w:t xml:space="preserve">                    .setAppId(APP_ID).setSecretKey(SECRET_KEY);</w:t>
        <w:br/>
        <w:t xml:space="preserve">            vodDeleteCategoryResponse = new VodSubAccountServiceImpl().deleteCategory(</w:t>
        <w:br/>
        <w:t xml:space="preserve">                    vodSubAccountDeleteCategoryRequest);</w:t>
        <w:br/>
        <w:t xml:space="preserve">            Assert.assertTrue(vodDeleteCategoryResponse);</w:t>
        <w:br/>
        <w:t xml:space="preserve">            if (vodDeleteCategoryResponse) {</w:t>
        <w:br/>
        <w:t xml:space="preserve">                log.debug("删除视频分类成功");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cateId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secretKey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子账号secretKey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true为删除成功，false为删除失败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9、批量修改视频所属分类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通过视频id批量修改视频所属分类</w:t>
        <w:br/>
        <w:t>接口地址（仅做说明使用）：https://api.polyv.net//v3/video/update-category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testUpdateVideoCategory() throws IOException, NoSuchAlgorithmException {</w:t>
        <w:br/>
        <w:t xml:space="preserve">        VodSubAccountUpdateVideoCategoryRequest vodSubAccountUpdateVideoCategoryRequest =</w:t>
        <w:br/>
        <w:t xml:space="preserve">                new VodSubAccountUpdateVideoCategoryRequest();</w:t>
        <w:br/>
        <w:t xml:space="preserve">        Boolean vodUpdateVideoCategoryResponse = null;</w:t>
        <w:br/>
        <w:t xml:space="preserve">        try {</w:t>
        <w:br/>
        <w:t xml:space="preserve">            vodSubAccountUpdateVideoCategoryRequest.setVideoIds(super.getTestVideoId()).setCategoryId("1602300731843")</w:t>
        <w:br/>
        <w:t xml:space="preserve">                    //设置子账号相关</w:t>
        <w:br/>
        <w:t xml:space="preserve">                    .setAppId(APP_ID)</w:t>
        <w:br/>
        <w:t xml:space="preserve">                    .setSecretKey(SECRET_KEY);</w:t>
        <w:br/>
        <w:t xml:space="preserve">            vodUpdateVideoCategoryResponse = new VodSubAccountServiceImpl().updateVideoCategory(</w:t>
        <w:br/>
        <w:t xml:space="preserve">                    vodSubAccountUpdateVideoCategoryRequest);</w:t>
        <w:br/>
        <w:t xml:space="preserve">            Assert.assertTrue(vodUpdateVideoCategoryResponse);</w:t>
        <w:br/>
        <w:t xml:space="preserve">            if (vodUpdateVideoCategoryResponse) {</w:t>
        <w:br/>
        <w:t xml:space="preserve">                log.debug("批量修改视频所属分类成功");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视频ID串，多个视频ID之间用英文逗号分隔(状态为半角)，例如 1b8be3,239c2e【对应api文档的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视频分类ID【对应api文档的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cateId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secretKey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子账号secretKey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true为修改成功，false为修改失败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10、修改视频分类属性设置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通过分类id修改视频分类属性设置</w:t>
        <w:br/>
        <w:t>接口地址（仅做说明使用）：https://api.polyv.net//v3/category/update-profile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testUpdateCategoryProfile() throws IOException, NoSuchAlgorithmException {</w:t>
        <w:br/>
        <w:t xml:space="preserve">        VodSubAccountUpdateCategoryProfileRequest vodSubAccountUpdateCategoryProfileRequest =</w:t>
        <w:br/>
        <w:t xml:space="preserve">                new VodSubAccountUpdateCategoryProfileRequest();</w:t>
        <w:br/>
        <w:t xml:space="preserve">        Boolean vodUpdateCategoryProfileResponse = null;</w:t>
        <w:br/>
        <w:t xml:space="preserve">        try {</w:t>
        <w:br/>
        <w:t xml:space="preserve">            vodSubAccountUpdateCategoryProfileRequest.setCategoryId("1615286323771")</w:t>
        <w:br/>
        <w:t xml:space="preserve">                    .setEnabled("Y")</w:t>
        <w:br/>
        <w:t xml:space="preserve">                    .setKeepSource(0)</w:t>
        <w:br/>
        <w:t xml:space="preserve">                    .setEncrypt(0)</w:t>
        <w:br/>
        <w:t xml:space="preserve">                    .setEncryptLevel("open")</w:t>
        <w:br/>
        <w:t xml:space="preserve">                    .setIsEdu(0)</w:t>
        <w:br/>
        <w:t xml:space="preserve">                    .setEncodeAAC(0)</w:t>
        <w:br/>
        <w:t xml:space="preserve">                    //设置子账号相关</w:t>
        <w:br/>
        <w:t xml:space="preserve">                    .setAppId(APP_ID)</w:t>
        <w:br/>
        <w:t xml:space="preserve">                    .setSecretKey(SECRET_KEY);</w:t>
        <w:br/>
        <w:t xml:space="preserve">            vodUpdateCategoryProfileResponse = new VodSubAccountServiceImpl().updateCategoryProfile(</w:t>
        <w:br/>
        <w:t xml:space="preserve">                    vodSubAccountUpdateCategoryProfileRequest);</w:t>
        <w:br/>
        <w:t xml:space="preserve">            Assert.assertTrue(vodUpdateCategoryProfileResponse);</w:t>
        <w:br/>
        <w:t xml:space="preserve">            if (vodUpdateCategoryProfileResponse) {</w:t>
        <w:br/>
        <w:t xml:space="preserve">                log.debug("修改视频分类属性设置成功");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cateId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是否启用分类设置 Y:启用, N:关闭，默认值为N:关闭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keepSource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1:源文件播放;0:非源文件播放，如果为源文件播放，encrypt、encryptLevel、isEdu、encodeAAC参数不生效，默认值为0:非源文件播放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encrypt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1:开启视频加密,0:不加密，默认值为0:不加密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encryptLevel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加密等级，取值有: open、web、app、wxa_app,分别代表非加密授权,Web授权,APP授权,小程序授权，默认值为open：非加密授权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isEdu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1:启用录屏优化, 0:关闭，默认值为0:关闭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encodeAAC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1:生成aac, 0:不生成，默认为0:不生成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secretKey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子账号secretKey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true为修改成功，false为修改失败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11、获取Playsafe Token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通过子账号appId与视频id获取播放凭证，用于播放加密视频</w:t>
        <w:br/>
        <w:t>接口地址（仅做说明使用）：https://hls.videocc.net//service/v2/token/create-child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2、如果一个token（播放凭证）尚未过期，此时使用相同的 videoId、viewerId、viewerIp、isWxa 参数值请求该接口，则会复用原来的token，并延长原token的有效期。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testGetPlaySafeToken() throws IOException, NoSuchAlgorithmException {</w:t>
        <w:br/>
        <w:t xml:space="preserve">        VodSubAccountGetPlaySafeTokenRequest vodSubAccountGetPlaySafeTokenRequest =</w:t>
        <w:br/>
        <w:t xml:space="preserve">                new VodSubAccountGetPlaySafeTokenRequest();</w:t>
        <w:br/>
        <w:t xml:space="preserve">        VodSubAccountGetPlaySafeTokenResponse vodSubAccountGetPlaySafeTokenResponse = null;</w:t>
        <w:br/>
        <w:t xml:space="preserve">        try {</w:t>
        <w:br/>
        <w:t xml:space="preserve">            vodSubAccountGetPlaySafeTokenRequest.setVideoId("1b448be32370f4822ac40fd926112a66_1")</w:t>
        <w:br/>
        <w:t xml:space="preserve">                    .setViewerId("ovtl9t_RxnrTdqkXqkT5Q5lnxp2A")</w:t>
        <w:br/>
        <w:t xml:space="preserve">                    .setViewerIp(super.getRandomIp())</w:t>
        <w:br/>
        <w:t xml:space="preserve">                    .setViewerName("TestViewerName")</w:t>
        <w:br/>
        <w:t xml:space="preserve">                    .setExpires(Long.parseLong("60"))</w:t>
        <w:br/>
        <w:t xml:space="preserve">                    .setDisposable(Boolean.TRUE)</w:t>
        <w:br/>
        <w:t xml:space="preserve">                    .setIsWxa(0)</w:t>
        <w:br/>
        <w:t xml:space="preserve">                    //设置子账号相关</w:t>
        <w:br/>
        <w:t xml:space="preserve">                    .setAppId(APP_ID)</w:t>
        <w:br/>
        <w:t xml:space="preserve">                    .setSecretKey(SECRET_KEY);</w:t>
        <w:br/>
        <w:t xml:space="preserve">            vodSubAccountGetPlaySafeTokenResponse = new VodSubAccountServiceImpl().getPlaySafeToken(</w:t>
        <w:br/>
        <w:t xml:space="preserve">                    vodSubAccountGetPlaySafeTokenRequest);</w:t>
        <w:br/>
        <w:t xml:space="preserve">            Assert.assertNotNull(vodSubAccountGetPlaySafeTokenResponse);</w:t>
        <w:br/>
        <w:t xml:space="preserve">            if (vodSubAccountGetPlaySafeTokenResponse != null) {</w:t>
        <w:br/>
        <w:t xml:space="preserve">                log.debug("测试获取Playsafe Token成功,{}", JSON.toJSONString(vodSubAccountGetPlaySafeTokenResponse));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1、请求正确，返回VodSubAccountGetPlaySafeTokenResponse对象，B端依据此对象处理业务逻辑；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视频ID，例如 e6b23c6f519c5906e54a13b8200d7bb0_e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观看者ID，要求不同的观看者使用不同的ID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观看者IP，如果为空，会自动获取调用该接口时的IP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观看者名称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expires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 有效时长，单位为秒。为空时默认为10分钟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disposable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token有效期，true表示token仅一次有效（验证一次后，token就失效了），false表示在有效期内可以进行多次验证。默认为false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isWxa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是否微信小程序播放，1为是，0为否。默认为0【对应api文档的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iswxa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extraParams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自定义的其它参数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secretKey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子账号secretKey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token（播放凭证）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视频ID，例如 e6b23c6f519c5906e54a13b8200d7bb0_e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观看者IP，如果为空，或自动获取调用该接口时的IP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观看者ID，要求不同的观看者使用不同的ID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观看者名称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extraParams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自定义的其它参数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ttl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 有效时长，单位为毫秒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 创建时间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expiredTime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 过期时间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isWxa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是否微信小程序播放，1为是，0为否【对应api文档的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iswxa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disposable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token有效期，true表示token仅一次有效（验证一次后，token就失效了），false表示在有效期内可以进行多次验证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12、查询子账号统计汇总数据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按日期查询子账号统计汇总数据</w:t>
        <w:br/>
        <w:t>接口地址（仅做说明使用）：https://api.polyv.net/v2/sub-account/stats/agg/page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testGetSubStatsAgg() throws IOException, NoSuchAlgorithmException {</w:t>
        <w:br/>
        <w:t xml:space="preserve">        VodSubAccountStatsAggPageRequest vodSubAccountStatsAggPageRequest = new VodSubAccountStatsAggPageRequest();</w:t>
        <w:br/>
        <w:t xml:space="preserve">        VodSubAccountStatsAggPageResponse vodSubAccountStatsAggPageResponse = null;</w:t>
        <w:br/>
        <w:t xml:space="preserve">        try {</w:t>
        <w:br/>
        <w:t xml:space="preserve">            vodSubAccountStatsAggPageRequest.setStartDate(getDate(2020, 6, 24)).setEndDate(getDate(2021, 4, 24));</w:t>
        <w:br/>
        <w:t xml:space="preserve">            vodSubAccountStatsAggPageResponse = new VodSubAccountServiceImpl().getSubStatsAgg(</w:t>
        <w:br/>
        <w:t xml:space="preserve">                    vodSubAccountStatsAggPageRequest);</w:t>
        <w:br/>
        <w:t xml:space="preserve">            Assert.assertNotNull(vodSubAccountStatsAggPageResponse);</w:t>
        <w:br/>
        <w:t xml:space="preserve">            if (vodSubAccountStatsAggPageResponse != null) {</w:t>
        <w:br/>
        <w:t xml:space="preserve">                log.debug("测试查询子账号统计汇总数据成功{}", JSON.toJSONString(vodSubAccountStatsAggPageResponse));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1、请求正确，返回VodSubAccountStatsAggPageResponse对象，B端依据此对象处理业务逻辑；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查询的开始时间，格式要求：yyyy-MM-dd，时间跨度不能超过一年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查询的结束时间，格式要求：yyyy-MM-dd，时间跨度不能超过一年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要查询的子账号邮箱，如果同时传了email和appId，则优先使用email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要查询的子账号appId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页数，默认为1【对应api文档的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查询的结果列表【详见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VodContentsList参数描述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totalPages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VodContentsList参数描述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子账号邮箱，如果子账号被删除，则该字段为null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子账号appId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flowSize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源文件大小，单位：byte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播放量，单位：个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播放时长，单位：秒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13、查询子账号统计详情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按日期查询子账号统计详情列表</w:t>
        <w:br/>
        <w:t>接口地址（仅做说明使用）：https://api.polyv.net/v2/sub-account/stats/detail/list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2、email和appId不能同时为空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testGetSubStatsDetailList() throws IOException, NoSuchAlgorithmException {</w:t>
        <w:br/>
        <w:t xml:space="preserve">        VodSubAccountStatsDetailRequest vodSubAccountStatsDetailRequest = new VodSubAccountStatsDetailRequest();</w:t>
        <w:br/>
        <w:t xml:space="preserve">        VodSubAccountStatsDetailResponse vodSubAccountStatsDetailResponse = null;</w:t>
        <w:br/>
        <w:t xml:space="preserve">        try {</w:t>
        <w:br/>
        <w:t xml:space="preserve">            vodSubAccountStatsDetailRequest.setStartDate(getDate(2021, 4, 10))</w:t>
        <w:br/>
        <w:t xml:space="preserve">                    .setEndDate(getDate(2021, 4, 24))</w:t>
        <w:br/>
        <w:t xml:space="preserve">                    .setAppId(APP_ID);</w:t>
        <w:br/>
        <w:t xml:space="preserve">            vodSubAccountStatsDetailResponse = new VodSubAccountServiceImpl().getSubStatsDetailList(</w:t>
        <w:br/>
        <w:t xml:space="preserve">                    vodSubAccountStatsDetailRequest);</w:t>
        <w:br/>
        <w:t xml:space="preserve">            Assert.assertNotNull(vodSubAccountStatsDetailResponse);</w:t>
        <w:br/>
        <w:t xml:space="preserve">            if (vodSubAccountStatsDetailResponse != null) {</w:t>
        <w:br/>
        <w:t xml:space="preserve">                log.debug("测试测试查询子账号统计详情{}", JSON.toJSONString(vodSubAccountStatsDetailResponse));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1、请求正确，返回VodSubAccountStatsDetailResponse对象，B端依据此对象处理业务逻辑；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查询的开始时间，格式要求：yyyy-MM-dd，时间跨度不能超过一年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查询的结束时间，格式要求：yyyy-MM-dd，时间跨度不能超过一年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要查询的子账号邮箱，如果同时传了email和appId，则优先使用email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要查询的子账号appId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details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查询的结果列表【详见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VodStatsDetailList参数描述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VodStatsDetailList参数描述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currentDay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日期，格式：yyyy-MM-dd，如：2021-06-01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pcFlowSize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PC端播放流量，单位：byte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mobileFlowSize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移动端播放流量，单位：byte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totalFlowSize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总流量，单位：byte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PC端播放量，单位：个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移动端播放量，单位：个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总播放量，单位：个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PC端播放时长，单位：秒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移动端播放时长，单位：秒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总播放时长，单位：秒</w:t>
            </w:r>
          </w:p>
        </w:tc>
      </w:tr>
    </w:tbl>
    <w:p>
      <w:pPr>
        <w:spacing w:after="40"/>
      </w:pP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subAccountService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