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快速接入</w:t>
      </w:r>
    </w:p>
    <w:p>
      <w:pPr>
        <w:pStyle w:val="Heading1"/>
      </w:pPr>
      <w:r>
        <w:t>前提条件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在安装和使用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保利威点播Java SDK</w:t>
      </w:r>
      <w:r>
        <w:rPr>
          <w:rFonts w:ascii="Source Han Sans SC" w:hAnsi="Source Han Sans SC" w:eastAsia="Source Han Sans SC" w:cs="Source Han Sans SC" w:hint="eastAsia"/>
          <w:sz w:val="21"/>
        </w:rPr>
        <w:t>功能前，确保B端已经具备如下环境：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安装Java环境。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保利威点播Java SDK</w:t>
      </w:r>
      <w:r>
        <w:rPr>
          <w:rFonts w:ascii="Source Han Sans SC" w:hAnsi="Source Han Sans SC" w:eastAsia="Source Han Sans SC" w:cs="Source Han Sans SC" w:hint="eastAsia"/>
          <w:sz w:val="21"/>
        </w:rPr>
        <w:t>支持1.8或更高版本。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保利威账号</w:t>
      </w:r>
      <w:r>
        <w:rPr>
          <w:rFonts w:ascii="Source Han Sans SC" w:hAnsi="Source Han Sans SC" w:eastAsia="Source Han Sans SC" w:cs="Source Han Sans SC" w:hint="eastAsia"/>
          <w:sz w:val="21"/>
        </w:rPr>
        <w:t>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（userId  、 secretKey）。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2174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e52cae9a78b01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217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1.添加Maven依赖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&amp;emsp;&amp;emsp;将如下依赖加入到项目的POM文件中：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注意：受 Maven 中央仓库网络限制，阿里云云效 Maven 中央代理仓库可能会出现依赖查找不到的情况，建议使用中央仓库：https://repo1.maven.org/maven2/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  &lt;groupId&gt;net.polyv&lt;/groupId&gt;</w:t>
        <w:br/>
        <w:t xml:space="preserve">    &lt;artifactId&gt;polyv-java-vod-sdk&lt;/artifactId&gt;</w:t>
        <w:br/>
        <w:t xml:space="preserve">    &lt;version&gt;2.2.8&lt;/version&gt;</w:t>
        <w:br/>
        <w:t>&lt;/dependency&gt;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注意：为了消除Java的冗长代码，SDK使用了Lombok框架，请在IntelliJ或者Eclipse 中配置对Lombok的支持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  &lt;groupId&gt;org.projectlombok&lt;/groupId&gt;</w:t>
        <w:br/>
        <w:t xml:space="preserve">    &lt;artifactId&gt;lombok&lt;/artifactId&gt;</w:t>
        <w:br/>
        <w:t xml:space="preserve">    &lt;version&gt;1.18.16&lt;/version&gt;</w:t>
        <w:br/>
        <w:t>&lt;/dependency&gt;</w:t>
      </w:r>
    </w:p>
    <w:p>
      <w:pPr>
        <w:pStyle w:val="Heading1"/>
      </w:pPr>
      <w:r>
        <w:t>2.初始化系统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&amp;emsp;&amp;emsp;在执行测试代码之前，需要B端先初始化系统配置，包括userId、secretKey , 如没有以上信息，请参考本文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前提条件</w:t>
      </w:r>
      <w:r>
        <w:rPr>
          <w:rFonts w:ascii="Source Han Sans SC" w:hAnsi="Source Han Sans SC" w:eastAsia="Source Han Sans SC" w:cs="Source Han Sans SC" w:hint="eastAsia"/>
          <w:sz w:val="21"/>
        </w:rPr>
        <w:t>部分获取，初始化示例代码如下，任选一种：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/**</w:t>
        <w:br/>
        <w:t xml:space="preserve">     * 初始化配置,请配置自己的账号信息</w:t>
        <w:br/>
        <w:t xml:space="preserve">     */</w:t>
        <w:br/>
        <w:t xml:space="preserve">    public static void initPolyvVod(){</w:t>
        <w:br/>
        <w:t xml:space="preserve">        String userId = "xxx";</w:t>
        <w:br/>
        <w:t xml:space="preserve">        String secretKey = "xxx";</w:t>
        <w:br/>
        <w:t xml:space="preserve">        VodGlobalConfig.init(userId, secretKey);</w:t>
        <w:br/>
        <w:t xml:space="preserve">        log.debug("--初始化完成--");</w:t>
        <w:br/>
        <w:t xml:space="preserve">    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</w:t>
        <w:tab/>
        <w:t>/**</w:t>
        <w:br/>
        <w:t xml:space="preserve">     * 初始化配置并初始化 HTTP CLIENT 连接池超时时间和最大连接数配置,请配置自己的账号信息</w:t>
        <w:br/>
        <w:t xml:space="preserve">     */</w:t>
        <w:br/>
        <w:t xml:space="preserve">    public static void initPolyvVod(){</w:t>
        <w:br/>
        <w:t xml:space="preserve">        String userId = "xxx";</w:t>
        <w:br/>
        <w:t xml:space="preserve">        String secretKey = "xxx";</w:t>
        <w:br/>
        <w:t xml:space="preserve">        Integer timeOut = 20000;  //HTTP CLIENT 连接池超时时间</w:t>
        <w:br/>
        <w:t xml:space="preserve">        Integer maxClientNum = 100;  //HTTP CLIENT 最大连接数</w:t>
        <w:br/>
        <w:t xml:space="preserve">        VodGlobalConfig.init(userId, secretKey, timeOut, maxClientNum);</w:t>
        <w:br/>
        <w:t xml:space="preserve">        log.debug("--初始化完成--");</w:t>
        <w:br/>
        <w:t xml:space="preserve">    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</w:t>
        <w:tab/>
        <w:t>/**</w:t>
        <w:br/>
        <w:t xml:space="preserve">     * 初始化配置并初始化 HTTP CLIENT 代理信息，一般使用在正式服务器不能连接外网，必须通过代理连接,请配置自己的账号信息</w:t>
        <w:br/>
        <w:t xml:space="preserve">     */</w:t>
        <w:br/>
        <w:t xml:space="preserve">    public static void initPolyvVod(){</w:t>
        <w:br/>
        <w:t xml:space="preserve">        String userId = "xxx";</w:t>
        <w:br/>
        <w:t xml:space="preserve">        String appSecret = "xxx";</w:t>
        <w:br/>
        <w:t xml:space="preserve">        String hostName = '127.0.0.1';  //代理的ip</w:t>
        <w:br/>
        <w:t xml:space="preserve">        int port = 8888;  //代理的端口</w:t>
        <w:br/>
        <w:t xml:space="preserve">        String scheme = 'http';  //  代理的协议</w:t>
        <w:br/>
        <w:t xml:space="preserve">        VodGlobalConfig.init(userId,  appSecret,  hostName,  port,  scheme);</w:t>
        <w:br/>
        <w:t xml:space="preserve">        log.debug("--初始化完成--");</w:t>
        <w:br/>
        <w:t xml:space="preserve">   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&amp;emsp;&amp;emsp;以上代码一般配置于随系统启动执行一次的全局初始化中，如用spring框架，可以参考如下：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net.polyv.vod.config;</w:t>
        <w:br/>
        <w:br/>
        <w:t>import org.springframework.beans.BeansException;</w:t>
        <w:br/>
        <w:t>import org.springframework.context.ApplicationContext;</w:t>
        <w:br/>
        <w:t>import org.springframework.context.ApplicationContextAware;</w:t>
        <w:br/>
        <w:t>import org.springframework.stereotype.Component;</w:t>
        <w:br/>
        <w:br/>
        <w:t>import lombok.extern.slf4j.Slf4j;</w:t>
        <w:br/>
        <w:br/>
        <w:t>/**</w:t>
        <w:br/>
        <w:t xml:space="preserve"> * 默认启动配置类</w:t>
        <w:br/>
        <w:t xml:space="preserve"> * @author: thomas</w:t>
        <w:br/>
        <w:t xml:space="preserve"> **/</w:t>
        <w:br/>
        <w:t>@Slf4j</w:t>
        <w:br/>
        <w:t>@Component</w:t>
        <w:br/>
        <w:t>public class StartupListener implements ApplicationContextAware {</w:t>
        <w:br/>
        <w:br/>
        <w:t xml:space="preserve">    @Override</w:t>
        <w:br/>
        <w:t xml:space="preserve">    public void setApplicationContext(ApplicationContext applicationContext) throws BeansException {</w:t>
        <w:br/>
        <w:t xml:space="preserve">        String userId = "xxx";</w:t>
        <w:br/>
        <w:t xml:space="preserve">        String secretKey = "xxx";</w:t>
        <w:br/>
        <w:t xml:space="preserve">        VodGlobalConfig.init(userId, secretKey);</w:t>
        <w:br/>
        <w:t xml:space="preserve">        log.debug("--初始化完成--");</w:t>
        <w:br/>
        <w:t xml:space="preserve">    }</w:t>
        <w:br/>
        <w:br/>
        <w:br/>
        <w:t>}</w:t>
      </w:r>
    </w:p>
    <w:p>
      <w:pPr>
        <w:pStyle w:val="Heading1"/>
      </w:pPr>
      <w:r>
        <w:t>3.执行测试代码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&amp;emsp;&amp;emsp;测试获取用户空间及流量情况，单元测试代码如下：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net.polyv.vod.v1.service;</w:t>
        <w:br/>
        <w:br/>
        <w:t>import java.util.Calendar;</w:t>
        <w:br/>
        <w:br/>
        <w:t>import org.junit.Assert;</w:t>
        <w:br/>
        <w:br/>
        <w:t>import com.alibaba.fastjson.JSON;</w:t>
        <w:br/>
        <w:br/>
        <w:t>import lombok.extern.slf4j.Slf4j;</w:t>
        <w:br/>
        <w:t>import net.polyv.common.v1.exception.PloyvSdkException;</w:t>
        <w:br/>
        <w:t>import net.polyv.vod.v1.config.VodGlobalConfig;</w:t>
        <w:br/>
        <w:t>import net.polyv.vod.v1.entity.account.VodAccountSpaceDataRequest;</w:t>
        <w:br/>
        <w:t>import net.polyv.vod.v1.entity.account.VodAccountSpaceDataResponse;</w:t>
        <w:br/>
        <w:t>import net.polyv.vod.v1.service.account.impl.VodAccountServiceImpl;</w:t>
        <w:br/>
        <w:t>import net.polyv.vod.v1.util.VodSignUtil;</w:t>
        <w:br/>
        <w:br/>
        <w:t>/**</w:t>
        <w:br/>
        <w:t xml:space="preserve"> * @author: sadboy</w:t>
        <w:br/>
        <w:t xml:space="preserve"> **/</w:t>
        <w:br/>
        <w:t>@Slf4j</w:t>
        <w:br/>
        <w:t>public class VodVideoDemo {</w:t>
        <w:br/>
        <w:br/>
        <w:t xml:space="preserve">  /**</w:t>
        <w:br/>
        <w:t xml:space="preserve">   * 调用demo，必须处理PloyvSdkException。</w:t>
        <w:br/>
        <w:t xml:space="preserve">   *</w:t>
        <w:br/>
        <w:t xml:space="preserve">   * 参数合法性校验：SDK采用自定义验证框架对输入参数进行校验，如有参数不合格，将抛出PloyvSdkException异常，exception的message</w:t>
        <w:br/>
        <w:t xml:space="preserve">   * 包括具体校验不通过的字段信息，此异常是运行时异常，必须捕获处理相关业务逻辑；</w:t>
        <w:br/>
        <w:t xml:space="preserve">   *</w:t>
        <w:br/>
        <w:t xml:space="preserve">   * 解析返回数据：解析返回数据，如SDK调用正常成功，将封装响应对象，正常返回，如服务器返回错误信息，SDK将将抛出PloyvSdkException异常，exception的message</w:t>
        <w:br/>
        <w:t xml:space="preserve">   * 包括具体服务器执行错误信息，此异常是运行时异常，必须捕获处理相关业务逻辑；</w:t>
        <w:br/>
        <w:t xml:space="preserve">   * @param args</w:t>
        <w:br/>
        <w:t xml:space="preserve">   */</w:t>
        <w:br/>
        <w:t xml:space="preserve">  public static void main(String[] args) {</w:t>
        <w:br/>
        <w:t xml:space="preserve">    String userId = "xxx";</w:t>
        <w:br/>
        <w:t xml:space="preserve">    String secretKey = "xxx";</w:t>
        <w:br/>
        <w:t xml:space="preserve">    VodGlobalConfig.init(userId, secretKey);</w:t>
        <w:br/>
        <w:t xml:space="preserve">    log.debug("--初始化完成--");</w:t>
        <w:br/>
        <w:t xml:space="preserve">    try {</w:t>
        <w:br/>
        <w:t xml:space="preserve">      Calendar instance = Calendar.getInstance();</w:t>
        <w:br/>
        <w:t xml:space="preserve">      instance.set(2020, 10, 13);</w:t>
        <w:br/>
        <w:t xml:space="preserve">      VodAccountSpaceDataRequest vodAccountSpaceDataRequest = new VodAccountSpaceDataRequest();</w:t>
        <w:br/>
        <w:t xml:space="preserve">      VodAccountSpaceDataResponse vodAccountSpaceDataResponse;</w:t>
        <w:br/>
        <w:t xml:space="preserve">      vodAccountSpaceDataRequest.setDate(instance.getTime());</w:t>
        <w:br/>
        <w:t xml:space="preserve">      vodAccountSpaceDataResponse = new VodAccountServiceImpl().getAccountSpaceFlow(vodAccountSpaceDataRequest);</w:t>
        <w:br/>
        <w:t xml:space="preserve">      Assert.assertNotNull(vodAccountSpaceDataResponse);</w:t>
        <w:br/>
        <w:t xml:space="preserve">      if (vodAccountSpaceDataResponse != null) {</w:t>
        <w:br/>
        <w:t xml:space="preserve">        log.debug("测试获取用户空间及流量情况成功,{}", JSON.toJSONString(vodAccountSpaceDataResponse));</w:t>
        <w:br/>
        <w:t xml:space="preserve">      }</w:t>
        <w:br/>
        <w:t xml:space="preserve">    } catch (PloyvSdkException e) {</w:t>
        <w:br/>
        <w:t xml:space="preserve">      //参数校验不合格 或者 请求服务器端500错误，错误信息见PloyvSdkException.getMessage()</w:t>
        <w:br/>
        <w:t xml:space="preserve">      log.error(e.getMessage(), e);</w:t>
        <w:br/>
        <w:t xml:space="preserve">      // 异常返回做B端异常的业务逻辑，记录log 或者 上报到ETL 或者回滚事务</w:t>
        <w:br/>
        <w:t xml:space="preserve">    } catch (Exception e) {</w:t>
        <w:br/>
        <w:t xml:space="preserve">      log.error("SDK调用异常", e);</w:t>
        <w:br/>
        <w:t xml:space="preserve">    }</w:t>
        <w:br/>
        <w:t xml:space="preserve">  }</w:t>
        <w:br/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&amp;emsp;&amp;emsp;执行代码后，控制台应有如下关键输出，表示整合完成：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2021-04-02 11:31:46:670 +0800 [main] DEBUG net.polyv.common.v1.base.HttpUtil - http 请求 url: https://api.polyv.net/v2/user/1b448be323/main , 请求参数: {"date":"2020-11-13","requestId":"f8a5283094714cb58d9aeefa5e00b1b0","sign":"216C1386579861008123892F76C83E28A8D7564E","ptime":"1617334306444"}</w:t>
        <w:br/>
        <w:t>2021-04-02 11:31:47:320 +0800 [main] DEBUG net.polyv.common.v1.base.HttpUtil - HTTP请求耗时分析，请求URL: https://api.polyv.net/v2/user/1b448be323/main ， 请求头信息：[{"elements":[{"name":"application/x-www-form-urlencoded","parameterCount":1,"parameters":[{"name":"charset","value":"UTF-8"}]}],"name":"Content-type","value":"application/x-www-form-urlencoded; charset=UTF-8"},{"elements":[{"name":"1b448be323","parameterCount":0,"parameters":[]}],"name":"java-sdk-user-id","value":"1b448be323"},{"elements":[{"name":"JAVA_VOD_SDK","parameterCount":0,"parameters":[]}],"name":"User-Agent","value":"JAVA_VOD_SDK"},{"elements":[{"name":"JAVA_VOD_SDK","parameterCount":0,"parameters":[]}],"name":"source","value":"JAVA_VOD_SDK"},{"elements":[{"name":"1.0.25","parameterCount":0,"parameters":[]}],"name":"version","value":"1.0.25"}] ，   耗时: 556 ms</w:t>
        <w:br/>
        <w:t>2021-04-02 11:31:47:322 +0800 [main] DEBUG net.polyv.common.v1.base.HttpUtil - http 请求结果: {"code":200,"status":"success","message":"success","data":{"videoCount":43,"totalFlow":21474836480,"usedSpace":0,"usedFlow":0,"totalSpace":21474836480,"userId":"1b448be323","email":"sdk-demo@polyv.net"}}</w:t>
        <w:br/>
        <w:t>2021-04-02 11:31:47:367 +0800 [main] DEBUG net.polyv.vod.v1.service.VodVideoDemo - 测试获取用户空间及流量情况成功,{"email":"sdk-demo@polyv.net","totalFlow":21474836480,"totalSpace":21474836480,"usedFlow":0,"usedSpace":0,"userId":"1b448be323"}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&amp;emsp;&amp;emsp;至此，B端已经完成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保利威点播Java SDK</w:t>
      </w:r>
      <w:r>
        <w:rPr>
          <w:rFonts w:ascii="Source Han Sans SC" w:hAnsi="Source Han Sans SC" w:eastAsia="Source Han Sans SC" w:cs="Source Han Sans SC" w:hint="eastAsia"/>
          <w:sz w:val="21"/>
        </w:rPr>
        <w:t>安装配置，可以使用点播SDK进行其他功能开发和测试，如B端接入过程有任何问题，直接使用在线客服找到售后技术支持提问 ，请将问题的运行环境、操作步骤、错误反馈信息、联系方式同步反馈，便于问题的快速定位和解决。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快速接入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