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playListService</w:t>
      </w:r>
    </w:p>
    <w:p>
      <w:pPr>
        <w:pStyle w:val="Heading1"/>
      </w:pPr>
      <w:r>
        <w:t>1、创建播放列表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通过标题创建播放列表</w:t>
        <w:br/>
        <w:t>接口地址（仅做说明使用）：https://api.polyv.net/v2/play-list/create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testCreatePlayList() throws IOException, NoSuchAlgorithmException {</w:t>
        <w:br/>
        <w:t xml:space="preserve">        VodCreatePlayListRequest vodCreatePlayListRequest = new VodCreatePlayListRequest();</w:t>
        <w:br/>
        <w:t xml:space="preserve">        VodCreatePlayListResponse vodCreatePlayListResponse = null;</w:t>
        <w:br/>
        <w:t xml:space="preserve">        try {</w:t>
        <w:br/>
        <w:t xml:space="preserve">            vodCreatePlayListRequest.setTitle("测试播放列表Junit").setDescription("测试描述信息").setTag("测试标签");</w:t>
        <w:br/>
        <w:t xml:space="preserve">            vodCreatePlayListResponse = new VodPlayListServiceImpl().createPlayList(vodCreatePlayListRequest);</w:t>
        <w:br/>
        <w:t xml:space="preserve">            Assert.assertNotNull(vodCreatePlayListResponse);</w:t>
        <w:br/>
        <w:t xml:space="preserve">            if (vodCreatePlayListResponse != null) {</w:t>
        <w:br/>
        <w:t xml:space="preserve">                log.debug("测试创建播放列表成功,{}", JSON.toJSONString(vodCreatePlayListResponse));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1、请求正确，返回VodCreatePlayListResponse对象，B端依据此对象处理业务逻辑；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2、修改播放列表信息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通过播放列表id修改播放列表信息</w:t>
        <w:br/>
        <w:t>接口地址（仅做说明使用）：https://api.polyv.net/v2/play-list/update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testUpdatePlayList() throws IOException, NoSuchAlgorithmException {</w:t>
        <w:br/>
        <w:t xml:space="preserve">        VodUpdatePlayListRequest vodUpdatePlayListRequest = new VodUpdatePlayListRequest();</w:t>
        <w:br/>
        <w:t xml:space="preserve">        VodUpdatePlayListResponse vodUpdatePlayListResponse = null;</w:t>
        <w:br/>
        <w:t xml:space="preserve">        try {</w:t>
        <w:br/>
        <w:t xml:space="preserve">            vodUpdatePlayListRequest.setPlayListId("1616396785347").setTitle("测试播放列表(Junit测试_勿删)").setTag("测试标签");</w:t>
        <w:br/>
        <w:t xml:space="preserve">            vodUpdatePlayListResponse = new VodPlayListServiceImpl().updatePlayList(vodUpdatePlayListRequest);</w:t>
        <w:br/>
        <w:t xml:space="preserve">            Assert.assertNotNull(vodUpdatePlayListResponse);</w:t>
        <w:br/>
        <w:t xml:space="preserve">            if (vodUpdatePlayListResponse != null) {</w:t>
        <w:br/>
        <w:t xml:space="preserve">                log.debug("测试修改播放列表信息成功,{}", JSON.toJSONString(vodUpdatePlayListResponse));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1、请求正确，返回VodUpdatePlayListResponse对象，B端依据此对象处理业务逻辑；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3、查询播放列表信息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通过播放列表id查询播放列表信息或查询所有播放列表</w:t>
        <w:br/>
        <w:t>接口地址（仅做说明使用）：https://api.polyv.net/v2/play-list/list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testGetPlayListInfo() throws IOException, NoSuchAlgorithmException {</w:t>
        <w:br/>
        <w:t xml:space="preserve">        VodGetPlayListInfoRequest vodGetPlayListInfoRequest = new VodGetPlayListInfoRequest();</w:t>
        <w:br/>
        <w:t xml:space="preserve">        VodGetPlayListInfoResponse vodGetPlayListInfoResponse = null;</w:t>
        <w:br/>
        <w:t xml:space="preserve">        try {</w:t>
        <w:br/>
        <w:t xml:space="preserve">            vodGetPlayListInfoRequest.setPlayListIds("1602299692290,1602299700661");</w:t>
        <w:br/>
        <w:t xml:space="preserve">            vodGetPlayListInfoResponse = new VodPlayListServiceImpl().getPlayListInfo(vodGetPlayListInfoRequest);</w:t>
        <w:br/>
        <w:t xml:space="preserve">            Assert.assertNotNull(vodGetPlayListInfoResponse);</w:t>
        <w:br/>
        <w:t xml:space="preserve">            if (vodGetPlayListInfoResponse != null) {</w:t>
        <w:br/>
        <w:t xml:space="preserve">                log.debug("测试查询播放列表信息成功,{}", JSON.toJSONString(vodGetPlayListInfoResponse));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1、请求正确，返回VodGetPlayListInfoResponse对象，B端依据此对象处理业务逻辑；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播放列表ID，多个以英文逗号分隔，最大1000个，如“1620153765497,1620142496099”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标题，按标题模糊搜索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播放列表描述信息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播放列表创建时间，格式为yyyy-MM-dd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播放列表最近更新时间，格式为yyyy-MM-dd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播放列表的视频数量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播放列表的视频【详见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视频首图url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4、添加视频至播放列表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通过视频id添加视频至播放列表</w:t>
        <w:br/>
        <w:t>接口地址（仅做说明使用）：https://api.polyv.net/v2/play-list/add-video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testAddVideoToPlayList() throws IOException, NoSuchAlgorithmException {</w:t>
        <w:br/>
        <w:t xml:space="preserve">        VodAddVideoToPlayListRequest vodAddVideoToPlayListRequest = new VodAddVideoToPlayListRequest();</w:t>
        <w:br/>
        <w:t xml:space="preserve">        Boolean vodAddVideoToPlayListResponse = null;</w:t>
        <w:br/>
        <w:t xml:space="preserve">        try {</w:t>
        <w:br/>
        <w:t xml:space="preserve">            vodAddVideoToPlayListRequest.setPlayListId("1616396785347")</w:t>
        <w:br/>
        <w:t xml:space="preserve">                    .setVideoId("1b448be32345b255cabc3fe8d65a4d00_1");</w:t>
        <w:br/>
        <w:t xml:space="preserve">            vodAddVideoToPlayListResponse = new VodPlayListServiceImpl().addVideoToPlayList(</w:t>
        <w:br/>
        <w:t xml:space="preserve">                    vodAddVideoToPlayListRequest);</w:t>
        <w:br/>
        <w:t xml:space="preserve">            Assert.assertTrue(vodAddVideoToPlayListResponse);</w:t>
        <w:br/>
        <w:t xml:space="preserve">            if (vodAddVideoToPlayListResponse) {</w:t>
        <w:br/>
        <w:t xml:space="preserve">                log.debug("测试添加视频至播放列表成功");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5、将视频从播放列表移除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通过视频id将视频从播放列表移除</w:t>
        <w:br/>
        <w:t>接口地址（仅做说明使用）：https://api.polyv.net/v2/play-list/remove-video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testRemoveVideoFromPlayList() throws IOException, NoSuchAlgorithmException {</w:t>
        <w:br/>
        <w:t xml:space="preserve">        VodRemoveVideoFromPlayListRequest vodRemoveVideoFromPlayListRequest = new VodRemoveVideoFromPlayListRequest();</w:t>
        <w:br/>
        <w:t xml:space="preserve">        Boolean vodRemoveVideoFromPlayListResponse = null;</w:t>
        <w:br/>
        <w:t xml:space="preserve">        try {</w:t>
        <w:br/>
        <w:t xml:space="preserve">            //准备测试数据</w:t>
        <w:br/>
        <w:t xml:space="preserve">            super.addVideoToPlayListOther();</w:t>
        <w:br/>
        <w:t xml:space="preserve">            vodRemoveVideoFromPlayListRequest.setPlayListId("1616396785347")</w:t>
        <w:br/>
        <w:t xml:space="preserve">                    .setVideoId(super.getTestVideoId());</w:t>
        <w:br/>
        <w:t xml:space="preserve">            vodRemoveVideoFromPlayListResponse = new VodPlayListServiceImpl().removeVideoFromPlayList(</w:t>
        <w:br/>
        <w:t xml:space="preserve">                    vodRemoveVideoFromPlayListRequest);</w:t>
        <w:br/>
        <w:t xml:space="preserve">            Assert.assertTrue(vodRemoveVideoFromPlayListResponse);</w:t>
        <w:br/>
        <w:t xml:space="preserve">            if (vodRemoveVideoFromPlayListResponse) {</w:t>
        <w:br/>
        <w:t xml:space="preserve">                log.debug("测试将视频从播放列表移除成功");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playListService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