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infoService</w:t>
      </w:r>
    </w:p>
    <w:p>
      <w:pPr>
        <w:pStyle w:val="Heading1"/>
      </w:pPr>
      <w:r>
        <w:t>1、查询单个视频信息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通过视频id查询单个视频的信息</w:t>
        <w:br/>
        <w:t>接口地址（仅做说明使用）：https://api.polyv.net/v2/video/%s/get-video-msg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testGetVideo() throws IOException, NoSuchAlgorithmException {</w:t>
        <w:br/>
        <w:t xml:space="preserve">        VodGetVideoRequest vodGetVideoRequest = new VodGetVideoRequest();</w:t>
        <w:br/>
        <w:t xml:space="preserve">        VodGetVideoResponse vodGetVideoResponse = null;</w:t>
        <w:br/>
        <w:t xml:space="preserve">        try {</w:t>
        <w:br/>
        <w:t xml:space="preserve">            vodGetVideoRequest.setVideoId(super.getTestVideoId());</w:t>
        <w:br/>
        <w:t xml:space="preserve">            vodGetVideoResponse = new VodInfoServiceImpl().getVideo(vodGetVideoRequest);</w:t>
        <w:br/>
        <w:t xml:space="preserve">            Assert.assertNotNull(vodGetVideoResponse);</w:t>
        <w:br/>
        <w:t xml:space="preserve">            if (vodGetVideoResponse != null) {</w:t>
        <w:br/>
        <w:t xml:space="preserve">                log.debug("测试查询单个视频信息成功,{}", JSON.toJSONString(vodGetVideoResponse));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1、请求正确，返回VodGetVideoResponse对象，B端依据此对象处理业务逻辑；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[xxx.chat.VodxxxRequest]对象校验失败，失败字段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vid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swfLink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返回flash链接【对应api文档的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swf_link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视频标签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mp4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MP4源文件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playerWidth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视频宽度【对应api文档的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playerwidth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视频标题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视频时长,如：00:00:48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Long[]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编码后各个清晰度视频的文件大小，类型为array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firstImage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视频首图【对应api文档的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first_image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context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视频描述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originalDefinition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最佳分辨率，如：1280x720【对应api文档的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original_definition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String[]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视频截图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playerHeight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视频高度【对应api文档的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playerheight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uploadTime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上传时间，格式：yyyy-MM-dd HH:mm:ss【对应api文档的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ptime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vid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previewVideoId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预览视频id【对应api文档的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previewVid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分类id， 如1为根目录【对应api文档的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cataid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defaultVideo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用户默认播放视频【对应api文档的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default_video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df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视频码率数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SDFlv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流畅码率flv格式视频地址【对应api文档的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flv1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HDFlv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高清码率flv格式视频地址【对应api文档的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flv2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FHDFlv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超清码率flv格式视频地址【对应api文档的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flv3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SDMp4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流畅码率mp4格式视频地址【对应api文档的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mp4_1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HDmp4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高清码率mp4格式视频地址【对应api文档的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mp4_2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FHDmp4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超清码率mp4格式视频地址【对应api文档的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mp4_3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hls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String[]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索引文件，记录每个清晰度的m3u8的链接，数组第一个为流畅链接，第二个为高清，第三个为超清，数组长度为1-3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SDHls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流畅清晰度的m3u8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HDHls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高清清晰度的m3u8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FHDHls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超清清晰度的m3u8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imagesBig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String[]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视频截图大图地址【对应api文档的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images_b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加密视频为1，非加密为0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视频状态：60/61已发布；10等待编码；20正在编码；50等待审核；51审核不通过；-1已删除；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keepSource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是否为源文件，否：0,是：1【对应api文档的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keepsource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uploader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Uploader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上传者信息【详见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Uploader参数描述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hlsLevel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加密等级 open:非授权加密 web：web授权 app：app授权 wxa_app：小程序授权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分类名称【对应api文档的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cataname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imageUrls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视频截图小图url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sourceFileSize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源视频文件大小，单位为：byte【对应api文档的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source_filesize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md5CheckSum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上传到POLYV云平台的视频源文件的MD5值，可以用来校验是否上传错误或完整【对应api文档的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md5checksum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Uploader参数描述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email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上传者邮箱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上传者名称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上传者角色,如管理员,上传者,主账号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2、查询视频授权播放开关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通过视频id查询视频授权播放开关状态</w:t>
        <w:br/>
        <w:t>接口地址（仅做说明使用）：https://api.polyv.net/v2/video/%s/authplay-status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testGetVideoPlayStatus() throws IOException, NoSuchAlgorithmException {</w:t>
        <w:br/>
        <w:t xml:space="preserve">        VodGetVideoPlayStatusRequest vodGetVideoPlayStatusRequest = new VodGetVideoPlayStatusRequest();</w:t>
        <w:br/>
        <w:t xml:space="preserve">        Boolean vodGetVideoPlayStatusResponse = null;</w:t>
        <w:br/>
        <w:t xml:space="preserve">        try {</w:t>
        <w:br/>
        <w:t xml:space="preserve">            vodGetVideoPlayStatusRequest</w:t>
        <w:br/>
        <w:t xml:space="preserve">                    //可通过 new VodQueryServiceImpl().queryVideoList()获取</w:t>
        <w:br/>
        <w:t xml:space="preserve">                    .setVideoId(super.getTestVideoId());</w:t>
        <w:br/>
        <w:t xml:space="preserve">            vodGetVideoPlayStatusResponse = new VodInfoServiceImpl().getVideoPlayStatus(vodGetVideoPlayStatusRequest);</w:t>
        <w:br/>
        <w:t xml:space="preserve">            Assert.assertTrue(vodGetVideoPlayStatusResponse);</w:t>
        <w:br/>
        <w:t xml:space="preserve">            if (vodGetVideoPlayStatusResponse) {</w:t>
        <w:br/>
        <w:t xml:space="preserve">                log.debug("测试查询视频授权播放开关成功");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[xxx.chat.VodxxxRequest]对象校验失败，失败字段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vid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true为开关开启，false为开关关闭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3、查询视频时长和大小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通过视频id或分类id查询视频的时长和大小</w:t>
        <w:br/>
        <w:t>接口地址（仅做说明使用）：https://api.polyv.net/v2/video/%s/getSizeByCata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2、当传了videoIds时，按照videoIds查询；当仅传categoryIds时，按照categoryIds查询；videoIds和categoryIds不能同时为空；同时传以videoIds为准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testGetVideoSize() throws IOException, NoSuchAlgorithmException {</w:t>
        <w:br/>
        <w:t xml:space="preserve">        VodGetVideoSizeRequest vodGetVideoSizeRequest = new VodGetVideoSizeRequest();</w:t>
        <w:br/>
        <w:t xml:space="preserve">        List&lt;VodGetVideoSizeResponse&gt; vodGetVideoSizeResponseList = null;</w:t>
        <w:br/>
        <w:t xml:space="preserve">        try {</w:t>
        <w:br/>
        <w:t xml:space="preserve">            vodGetVideoSizeRequest.setVideoIds(super.getTestVideoId()).setCategoryIds("1602300731843");</w:t>
        <w:br/>
        <w:t xml:space="preserve">            vodGetVideoSizeResponseList = new VodInfoServiceImpl().getVideoSize(vodGetVideoSizeRequest);</w:t>
        <w:br/>
        <w:t xml:space="preserve">            Assert.assertNotNull(vodGetVideoSizeResponseList);</w:t>
        <w:br/>
        <w:t xml:space="preserve">            if (vodGetVideoSizeResponseList != null) {</w:t>
        <w:br/>
        <w:t xml:space="preserve">                log.debug("测试根据分类批量查询视频时长和大小成功,{}", JSON.toJSONString(vodGetVideoSizeResponseList));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1、请求正确，返回VodGetVideoSizeResponse对象，B端依据此对象处理业务逻辑；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[xxx.chat.VodxxxRequest]对象校验失败，失败字段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多个视频ID(英文逗号分割 状态为半角)，例如 1b8be3,239c2e【对应api文档的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vids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多个分类ID(逗号分割)，当传了vids时，按照vids查询；当仅传cataid时，按照cataid查询；vids和cataid不能同时为空【对应api文档的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cataid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返回对象是List&amp;lt;VodGetVideoSizeResponse&amp;gt;，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VodGetVideoSizeResponse</w:t>
      </w:r>
      <w:r>
        <w:rPr>
          <w:rFonts w:ascii="Source Han Sans SC" w:hAnsi="Source Han Sans SC" w:eastAsia="Source Han Sans SC" w:cs="Source Han Sans SC" w:hint="eastAsia"/>
          <w:sz w:val="21"/>
        </w:rPr>
        <w:t>具体元素内容如下：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分类ID【对应api文档的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cataid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视频结果列表【详见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Video参数描述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Video参数描述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vid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时长，格式为hh:mm:ss。例如 00:03:11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filesize1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编码后码率1FLV的大小，单位为Bytes：字节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filesize2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编码后码率2FLV的大小，单位为Bytes：字节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filesize3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编码后码率3FLV的大小，单位为Bytes：字节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4、查询微信分享页的视频信息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通过视频id查询微信分享页的视频信息</w:t>
        <w:br/>
        <w:t>接口地址（仅做说明使用）：https://api.polyv.net/v2/video/wechat-share/%s/video-info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testGetWeChatShareVideoInfo() throws IOException, NoSuchAlgorithmException {</w:t>
        <w:br/>
        <w:t xml:space="preserve">        VodGetWeChatShareVideoInfoRequest vodGetWeChatShareVideoInfoRequest = new VodGetWeChatShareVideoInfoRequest();</w:t>
        <w:br/>
        <w:t xml:space="preserve">        VodGetWeChatShareVideoInfoResponse vodGetWeChatShareVideoInfoResponse = null;</w:t>
        <w:br/>
        <w:t xml:space="preserve">        try {</w:t>
        <w:br/>
        <w:t xml:space="preserve">            vodGetWeChatShareVideoInfoRequest.setVideoId(super.getTestVideoId());</w:t>
        <w:br/>
        <w:t xml:space="preserve">            vodGetWeChatShareVideoInfoResponse = new VodInfoServiceImpl().getWeChatShareVideoInfo(</w:t>
        <w:br/>
        <w:t xml:space="preserve">                    vodGetWeChatShareVideoInfoRequest);</w:t>
        <w:br/>
        <w:t xml:space="preserve">            Assert.assertNotNull(vodGetWeChatShareVideoInfoResponse);</w:t>
        <w:br/>
        <w:t xml:space="preserve">            if (vodGetWeChatShareVideoInfoResponse != null) {</w:t>
        <w:br/>
        <w:t xml:space="preserve">                log.debug("测试查询微信分享页的视频相关信息成功,{}", JSON.toJSONString(vodGetWeChatShareVideoInfoResponse));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1、请求正确，返回VodGetWeChatShareVideoInfoResponse对象，B端依据此对象处理业务逻辑；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[xxx.chat.VodxxxRequest]对象校验失败，失败字段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vid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videoCoverImg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视频封面图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videoTitle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视频微信分享标题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视频描述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videoIcon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视频图标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originalPlayTimes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初始播放量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originalLikeNum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初始点赞量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5、查询视频播放预览时长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通过视频id查询视频播放预览时长</w:t>
        <w:br/>
        <w:t>接口地址（仅做说明使用）：https://api.polyv.net/v2/video/%s/get-preview-duration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testGetVideoPreviewDuration() throws IOException, NoSuchAlgorithmException {</w:t>
        <w:br/>
        <w:t xml:space="preserve">        VodGetVideoPreviewDurationRequest vodGetVideoPreviewDurationRequest = new VodGetVideoPreviewDurationRequest();</w:t>
        <w:br/>
        <w:t xml:space="preserve">        Integer vodGetVideoPreviewDurationResponse = null;</w:t>
        <w:br/>
        <w:t xml:space="preserve">        try {</w:t>
        <w:br/>
        <w:t xml:space="preserve">            vodGetVideoPreviewDurationRequest.setVideoId(super.getTestVideoId());</w:t>
        <w:br/>
        <w:t xml:space="preserve">            vodGetVideoPreviewDurationResponse = new VodInfoServiceImpl().getVideoPreviewDuration(</w:t>
        <w:br/>
        <w:t xml:space="preserve">                    vodGetVideoPreviewDurationRequest);</w:t>
        <w:br/>
        <w:t xml:space="preserve">            Assert.assertNotNull(vodGetVideoPreviewDurationResponse);</w:t>
        <w:br/>
        <w:t xml:space="preserve">            if (vodGetVideoPreviewDurationResponse != null) {</w:t>
        <w:br/>
        <w:t xml:space="preserve">                log.debug("测试查询视频播放预览时长成功,{}", JSON.toJSONString(vodGetVideoPreviewDurationResponse));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1、请求正确，返回Integer对象，B端依据此对象处理业务逻辑；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[xxx.chat.VodxxxRequest]对象校验失败，失败字段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vid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视频播放预览时长，单位：秒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6、查询单个视频的首图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通过视频id查询单个视频的首图</w:t>
        <w:br/>
        <w:t>接口地址（仅做说明使用）：https://api.polyv.net/v2/video/%s/get-image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testGetVideoFirstImage() throws IOException, NoSuchAlgorithmException {</w:t>
        <w:br/>
        <w:t xml:space="preserve">        VodGetVideoFirstImageRequest vodGetVideoFirstImageRequest = new VodGetVideoFirstImageRequest();</w:t>
        <w:br/>
        <w:t xml:space="preserve">        String vodGetVideoFirstImageResponse = null;</w:t>
        <w:br/>
        <w:t xml:space="preserve">        try {</w:t>
        <w:br/>
        <w:t xml:space="preserve">            vodGetVideoFirstImageRequest.setVideoId(super.getTestVideoId()).setThumbnail(1);</w:t>
        <w:br/>
        <w:t xml:space="preserve">            vodGetVideoFirstImageResponse = new VodInfoServiceImpl().getVideoFirstImage(vodGetVideoFirstImageRequest);</w:t>
        <w:br/>
        <w:t xml:space="preserve">            Assert.assertNotNull(vodGetVideoFirstImageResponse);</w:t>
        <w:br/>
        <w:t xml:space="preserve">            if (vodGetVideoFirstImageResponse != null) {</w:t>
        <w:br/>
        <w:t xml:space="preserve">                log.debug("测试查询单个视频的首图成功,{}", vodGetVideoFirstImageResponse);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1、请求正确，返回String对象，B端依据此对象处理业务逻辑；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[xxx.chat.VodxxxRequest]对象校验失败，失败字段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vid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thumbnail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是否为视频首图的缩略图，值为1：是；值为0：否。默认为0：非视频首图的缩略图【对应api文档的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t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首图地址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7、查询视频密码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通过视频id查询视频密码</w:t>
        <w:br/>
        <w:t>接口地址（仅做说明使用）：https://api.polyv.net/v2/video/%s/video-setting-page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testQueryVideoPassword() throws IOException, NoSuchAlgorithmException {</w:t>
        <w:br/>
        <w:t xml:space="preserve">        VodQueryVideoPasswordRequest vodQueryVideoPasswordRequest = new VodQueryVideoPasswordRequest();</w:t>
        <w:br/>
        <w:t xml:space="preserve">        VodQueryVideoPasswordResponse vodQueryVideoPasswordResponse = null;</w:t>
        <w:br/>
        <w:t xml:space="preserve">        try {</w:t>
        <w:br/>
        <w:t xml:space="preserve">            vodQueryVideoPasswordRequest.setVideoId(super.getTestVideoId());</w:t>
        <w:br/>
        <w:t xml:space="preserve">            vodQueryVideoPasswordResponse = new VodInfoServiceImpl().queryVideoPassword(vodQueryVideoPasswordRequest);</w:t>
        <w:br/>
        <w:t xml:space="preserve">            Assert.assertNotNull(vodQueryVideoPasswordResponse);</w:t>
        <w:br/>
        <w:t xml:space="preserve">            if (vodQueryVideoPasswordResponse != null) {</w:t>
        <w:br/>
        <w:t xml:space="preserve">                log.debug("测试查询视频密码成功,{}", JSON.toJSONString(vodQueryVideoPasswordResponse));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1、请求正确，返回VodQueryVideoPasswordResponse对象，B端依据此对象处理业务逻辑；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[xxx.chat.VodxxxRequest]对象校验失败，失败字段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vids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isShowPassword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是否显示密码，默认为否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password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视频密码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视频标题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8、批量查询视频播放次数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通过视频id批量查询视频播放次数</w:t>
        <w:br/>
        <w:t>接口地址（仅做说明使用）：https://api.polyv.net/v2/data/%s/play-times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testGetVideosPlayTimes() throws IOException, NoSuchAlgorithmException {</w:t>
        <w:br/>
        <w:t xml:space="preserve">        VodGetVideosPlayTimesRequest vodGetVideosPlayTimesRequest = new VodGetVideosPlayTimesRequest();</w:t>
        <w:br/>
        <w:t xml:space="preserve">        List&lt;VodGetVideosPlayTimesResponse&gt; vodGetVideosPlayTimesResponseList = null;</w:t>
        <w:br/>
        <w:t xml:space="preserve">        try {</w:t>
        <w:br/>
        <w:t xml:space="preserve">            vodGetVideosPlayTimesRequest.setVideoIds(</w:t>
        <w:br/>
        <w:t xml:space="preserve">                    "1b448be3234406608b7838c7ef6b597c_1,1b448be323a146649ad0cc89d0faed9c_1").setRealTime(0);</w:t>
        <w:br/>
        <w:t xml:space="preserve">            vodGetVideosPlayTimesResponseList = new VodInfoServiceImpl().getVideosPlayTimes(</w:t>
        <w:br/>
        <w:t xml:space="preserve">                    vodGetVideosPlayTimesRequest);</w:t>
        <w:br/>
        <w:t xml:space="preserve">            Assert.assertNotNull(vodGetVideosPlayTimesResponseList);</w:t>
        <w:br/>
        <w:t xml:space="preserve">            if (vodGetVideosPlayTimesResponseList != null) {</w:t>
        <w:br/>
        <w:t xml:space="preserve">                log.debug("测试批量查询视频播放次数成功,{}", JSON.toJSONString(vodGetVideosPlayTimesResponseList));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1、请求正确，返回VodGetVideosPlayTimesResponse对象，B端依据此对象处理业务逻辑；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[xxx.chat.VodxxxRequest]对象校验失败，失败字段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多个视频ID(英文逗号分割 状态为半角)，建议不超过200个，例如 1b8be3,239c2e【对应api文档的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vids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realTime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是否实时,1表示实时，0表示非实时，默认为0：非实时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返回对象是List&amp;lt;VodGetVideosPlayTimesResponse&amp;gt;，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VodGetVideosPlayTimesResponse</w:t>
      </w:r>
      <w:r>
        <w:rPr>
          <w:rFonts w:ascii="Source Han Sans SC" w:hAnsi="Source Han Sans SC" w:eastAsia="Source Han Sans SC" w:cs="Source Han Sans SC" w:hint="eastAsia"/>
          <w:sz w:val="21"/>
        </w:rPr>
        <w:t>具体元素内容如下：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vid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播放次数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9、查询视频信息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通过视频id查询视频信息</w:t>
        <w:br/>
        <w:t>接口地址（仅做说明使用）：https://api.polyv.net/v2/video/%s/get-video-info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testGetVideoInfo() throws IOException, NoSuchAlgorithmException {</w:t>
        <w:br/>
        <w:t xml:space="preserve">        VodAccountQueryVideoInfoRequest vodAccountQueryVideoInfoRequest = new VodAccountQueryVideoInfoRequest();</w:t>
        <w:br/>
        <w:t xml:space="preserve">        List&lt;VodAccountQueryVideoInfoResponse&gt; vodAccountQueryVideoInfoResponse;</w:t>
        <w:br/>
        <w:t xml:space="preserve">        try {</w:t>
        <w:br/>
        <w:t xml:space="preserve">            vodAccountQueryVideoInfoRequest.setVideoIds(super.getTestVideoId());</w:t>
        <w:br/>
        <w:t xml:space="preserve">            vodAccountQueryVideoInfoResponse = new VodInfoServiceImpl().getVideoInfo(vodAccountQueryVideoInfoRequest);</w:t>
        <w:br/>
        <w:t xml:space="preserve">            Assert.assertNotNull(vodAccountQueryVideoInfoResponse);</w:t>
        <w:br/>
        <w:t xml:space="preserve">            if (vodAccountQueryVideoInfoResponse != null) {</w:t>
        <w:br/>
        <w:t xml:space="preserve">                //to do something ......</w:t>
        <w:br/>
        <w:t xml:space="preserve">                log.debug("测试查询视频信息成功 {}", JSON.toJSONString(vodAccountQueryVideoInfoResponse));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1、请求正确，返回VodAccountQueryVideoInfoResponse对象，B端依据此对象处理业务逻辑；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[xxx.chat.VodxxxRequest]对象校验失败，失败字段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视频id（可以支持多个，用英文逗号隔开）【对应api文档的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vid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返回对象是List&amp;lt;VodAccountQueryVideoInfoResponse&amp;gt;，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VodAccountQueryVideoInfoResponse</w:t>
      </w:r>
      <w:r>
        <w:rPr>
          <w:rFonts w:ascii="Source Han Sans SC" w:hAnsi="Source Han Sans SC" w:eastAsia="Source Han Sans SC" w:cs="Source Han Sans SC" w:hint="eastAsia"/>
          <w:sz w:val="21"/>
        </w:rPr>
        <w:t>具体元素内容如下：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vid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basicInfo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BasicInfo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查询的视频基本信息【详见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BasicInfo参数描述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transcodeInfos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查询的视频转码信息【详见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TranscodeInfos参数描述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metaData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MetaData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查询的视频元数据【详见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MetaData参数描述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snapshotInfo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SnapshotInfo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查询的视频截图【详见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SnapshotInfo参数描述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BasicInfo参数描述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视频标题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description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视频描述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源视频时长，单位：秒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coverURL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首图地址，大图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creationTime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创建时间，格式：yyyy-MM-dd HH:mm:ss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updateTime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更新时间，格式：yyyy-MM-dd HH:mm:ss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源文件大小，单位：Bytes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视频状态码;60/61:已发布;10:等待编码;20:正在编码;50:等待审核;51:审核不通过;-1:已删除;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分类id, 如1为根目录【对应api文档的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cateId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分类名称【对应api文档的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cateName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tags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标签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uploader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上传者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TranscodeInfos参数描述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definition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清晰度，SOURCE:原清晰度,LD:普清,SD:标清,HD:高清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时长，秒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encrypt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加密视频为true，非加密为false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format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转码格式，如mp4、flv、pdx、hls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fps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视频帧率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bitrate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码率kbps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height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分辨率高，单位：px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width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分辨率宽，单位：px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视频状态, normal:可以正常播放,unavailable:不能正常播放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编码后视频大小，单位：字节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MetaData参数描述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源文件大小，单位：Bytes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format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视频容器类型，如mp4、flv等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源视频时长，单位：秒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bitrate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视频码率，单位：bps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fps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视频帧率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height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分辨率高，单位：px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width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分辨率宽，单位：px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编码格式，如h264、h265等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SnapshotInfo参数描述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截图url数组</w:t>
            </w:r>
          </w:p>
        </w:tc>
      </w:tr>
    </w:tbl>
    <w:p>
      <w:pPr>
        <w:spacing w:after="40"/>
      </w:pPr>
    </w:p>
    <w:p/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infoService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