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editService</w:t>
      </w:r>
    </w:p>
    <w:p>
      <w:pPr>
        <w:pStyle w:val="Heading1"/>
      </w:pPr>
      <w:r>
        <w:t>1、修改单个视频信息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通过视频id等参数修改单个视频信息</w:t>
        <w:br/>
        <w:t>接口地址（仅做说明使用）：https://api.polyv.net/v2/video/%s/video-info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testUpdateVideoInfo() throws IOException, NoSuchAlgorithmException {</w:t>
        <w:br/>
        <w:t xml:space="preserve">        VodUpdateVideoInfoRequest vodUpdateVideoInfoRequest = new VodUpdateVideoInfoRequest();</w:t>
        <w:br/>
        <w:t xml:space="preserve">        VodUpdateVideoInfoResponse vodUpdateVideoInfoResponse = null;</w:t>
        <w:br/>
        <w:t xml:space="preserve">        try {</w:t>
        <w:br/>
        <w:t xml:space="preserve">            vodUpdateVideoInfoRequest</w:t>
        <w:br/>
        <w:t xml:space="preserve">                    //可通过 new VodQueryServiceImpl().queryVideoList()获取</w:t>
        <w:br/>
        <w:t xml:space="preserve">                    .setVideoId(super.getTestVideoId())</w:t>
        <w:br/>
        <w:t xml:space="preserve">                    .setDesc("这是一个通过junit合并的视频")</w:t>
        <w:br/>
        <w:t xml:space="preserve">                    .setTag("junit测试");</w:t>
        <w:br/>
        <w:t xml:space="preserve">            vodUpdateVideoInfoResponse = new VodEditServiceImpl().updateVideoInfo(vodUpdateVideoInfoRequest);</w:t>
        <w:br/>
        <w:t xml:space="preserve">            Assert.assertNotNull(vodUpdateVideoInfoResponse);</w:t>
        <w:br/>
        <w:t xml:space="preserve">            if (vodUpdateVideoInfoResponse != null) {</w:t>
        <w:br/>
        <w:t xml:space="preserve">                log.debug("测试修改单个视频信息成功，{}", JSON.toJSONString(vodUpdateVideoInfoResponse));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1、请求正确，返回VodUpdateVideoInfoResponse对象，B端依据此对象处理业务逻辑；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describ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视频首发外链地址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imagesBig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视频截图大图地址【对应api文档的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images_b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视频截图小图地址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SDMp4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流畅码率mp4格式视频地址【对应api文档的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mp4_1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HDmp4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高清码率mp4格式视频地址【对应api文档的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mp4_2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FHDmp4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超清码率mp4格式视频地址【对应api文档的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mp4_3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 如1为根目录【对应api文档的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swfLink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返回flash链接【对应api文档的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swf_link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视频状态：60/61已发布；10等待编码；20正在编码；50等待审核；51审核不通过；-1已删除；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加密视频为1，非加密为0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SDFlv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流畅码率flv格式视频地址【对应api文档的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flv1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HDFlv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高清码率flv格式视频地址【对应api文档的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flv2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FHDFlv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超清码率flv格式视频地址【对应api文档的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flv3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sourceFile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sourcefile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视频宽度【对应api文档的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playerwidth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defaultVideo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用户默认播放视频【对应api文档的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default_video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视频时长,如：00:00:48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first_image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originalDefinition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最佳分辨率【对应api文档的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original_definition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视频高度【对应api文档的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playerheight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上传时间【对应api文档的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ptime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source_filesize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编码后各个清晰度视频的文件大小，类型为array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md5Checksum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md5校验值【对应api文档的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md5checksum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编码后各个清晰度视频的m3u8地址，类型为array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keepSource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是否为源文件，否：0,是：1【对应api文档的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keepsource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Uploader参数描述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hlsLevel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加密等级 open:非授权加密 web：web授权 app：app授权 wxa_app：小程序授权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cataname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Uploader参数描述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上传者角色,如管理员,上传者,主账号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2、修改视频的授权播放开关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通过视频id修改单个视频或多个视频的授权播放开关状态</w:t>
        <w:br/>
        <w:t>接口地址（仅做说明使用）：https://api.polyv.net/v2/video/%s/authplay-status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testUpdateVideoPlayStatus() throws IOException, NoSuchAlgorithmException {</w:t>
        <w:br/>
        <w:t xml:space="preserve">        VodUpdateVideoPlayStatusRequest vodUpdateVideoPlayStatusRequest = new VodUpdateVideoPlayStatusRequest();</w:t>
        <w:br/>
        <w:t xml:space="preserve">        Boolean vodUpdateVideoPlayStatusResponse = null;</w:t>
        <w:br/>
        <w:t xml:space="preserve">        try {</w:t>
        <w:br/>
        <w:t xml:space="preserve">            vodUpdateVideoPlayStatusRequest</w:t>
        <w:br/>
        <w:t xml:space="preserve">                    //可通过 new VodQueryServiceImpl().queryVideoList()获取</w:t>
        <w:br/>
        <w:t xml:space="preserve">                    .setVideoIds("1b448be3238618df117f9302327f28d6_1").setPlayAuth(1);</w:t>
        <w:br/>
        <w:t xml:space="preserve">            vodUpdateVideoPlayStatusResponse = new VodEditServiceImpl().updateVideoPlayStatus(</w:t>
        <w:br/>
        <w:t xml:space="preserve">                    vodUpdateVideoPlayStatusRequest);</w:t>
        <w:br/>
        <w:t xml:space="preserve">            Assert.assertTrue(vodUpdateVideoPlayStatusResponse);</w:t>
        <w:br/>
        <w:t xml:space="preserve">            if (vodUpdateVideoPlayStatusResponse) {</w:t>
        <w:br/>
        <w:t xml:space="preserve">                log.debug("测试修改视频的授权播放开关成功");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多个视频id，用英文逗号隔开(状态为半角)，例如 1b8be3,239c2e【对应api文档的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playAuth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是否开启，0：关闭，1：开启，默认为开启【对应api文档的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playauth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true为修改成功，false为修改失败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3、批量修改视频的授权方式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通过视频id与加密授权参数批量修改视频的授权方式</w:t>
        <w:br/>
        <w:t>接口地址（仅做说明使用）：https://api.polyv.net/v2/config/%s/hlslevel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testUpdateVideoHlsLevelList() throws IOException, NoSuchAlgorithmException {</w:t>
        <w:br/>
        <w:t xml:space="preserve">        VodUpdateVideoHlsLevelListRequest vodUpdateVideoHlsLevelListRequest = new VodUpdateVideoHlsLevelListRequest();</w:t>
        <w:br/>
        <w:t xml:space="preserve">        Boolean vodUpdateVideoHlsLevelListResponse = null;</w:t>
        <w:br/>
        <w:t xml:space="preserve">        try {</w:t>
        <w:br/>
        <w:t xml:space="preserve">            vodUpdateVideoHlsLevelListRequest</w:t>
        <w:br/>
        <w:t xml:space="preserve">                    //可通过 new VodQueryServiceImpl().queryVideoList()获取</w:t>
        <w:br/>
        <w:t xml:space="preserve">                    .setVideoIds(super.getTestVideoId()).setHlsLevel("open");</w:t>
        <w:br/>
        <w:t xml:space="preserve">            vodUpdateVideoHlsLevelListResponse = new VodEditServiceImpl().updateVideoHlsLevelList(</w:t>
        <w:br/>
        <w:t xml:space="preserve">                    vodUpdateVideoHlsLevelListRequest);</w:t>
        <w:br/>
        <w:t xml:space="preserve">            Assert.assertTrue(vodUpdateVideoHlsLevelListResponse);</w:t>
        <w:br/>
        <w:t xml:space="preserve">            if (vodUpdateVideoHlsLevelListResponse) {</w:t>
        <w:br/>
        <w:t xml:space="preserve">                log.debug("测试批量修改视频的授权方式成功");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hlsLevel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加密授权参数，值为open/web/app/wxa_app之一，open为开放授权，web为WEB授权，app为APP授权，wxa_app为小程序授权【对应api文档的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hlslevel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多个视频的vid，用英文逗号隔开【对应api文档的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true为修改视频授权方式成功，false为修改授权方式失败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4、修改视频的播放预览时长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1、通过视频id修改视频的预览时长。</w:t>
        <w:br/>
        <w:t>2、使用点播后台视频列表，选择视频，复制右侧预览代码即可播放预览视频</w:t>
        <w:br/>
        <w:t>接口地址（仅做说明使用）：https://api.polyv.net/v2/video/%s/set-preview-duration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testSetVideoPreviewDuration() throws IOException, NoSuchAlgorithmException {</w:t>
        <w:br/>
        <w:t xml:space="preserve">        VodSetVideoPreviewDurationRequest vodSetVideoPreviewDurationRequest = new VodSetVideoPreviewDurationRequest();</w:t>
        <w:br/>
        <w:t xml:space="preserve">        Boolean vodSetVideoPreviewDurationResponse = null;</w:t>
        <w:br/>
        <w:t xml:space="preserve">        try {</w:t>
        <w:br/>
        <w:t xml:space="preserve">            vodSetVideoPreviewDurationRequest</w:t>
        <w:br/>
        <w:t xml:space="preserve">                    //可通过 new VodQueryServiceImpl().queryVideoList()获取</w:t>
        <w:br/>
        <w:t xml:space="preserve">                    .setVideoId(super.getTestVideoId()).setDuration(60);</w:t>
        <w:br/>
        <w:t xml:space="preserve">            vodSetVideoPreviewDurationResponse = new VodEditServiceImpl().setVideoPreviewDuration(</w:t>
        <w:br/>
        <w:t xml:space="preserve">                    vodSetVideoPreviewDurationRequest);</w:t>
        <w:br/>
        <w:t xml:space="preserve">            Assert.assertTrue(vodSetVideoPreviewDurationResponse);</w:t>
        <w:br/>
        <w:t xml:space="preserve">            if (vodSetVideoPreviewDurationResponse) {</w:t>
        <w:br/>
        <w:t xml:space="preserve">                log.debug("测试修改视频的播放预览时长成功");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预览的时长（单位是秒），例如：20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5、修改视频禁播与解禁开关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通过视频id修改视频禁播与解禁状态</w:t>
        <w:br/>
        <w:t>接口地址（仅做说明使用）：https://api.polyv.net/v2/video/%s/forbidden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2、禁播后会将视频状态（status）设置成53，一次最多只能操作500个vid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3、只能修改”已发布”状态的视频为禁播状态，只能修改“已禁播”状态的视频为已发布状态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4、当请求中的视频包含多种状态时，只对符合条件的视频进行状态修改操作，并返回成功；若没有符合条件的vid则返回错误。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testSetVideoForbidden() throws IOException, NoSuchAlgorithmException {</w:t>
        <w:br/>
        <w:t xml:space="preserve">        VodSetVideoForbiddenRequest vodSetVideoForbiddenRequest = new VodSetVideoForbiddenRequest();</w:t>
        <w:br/>
        <w:t xml:space="preserve">        Boolean vodSetVideoForbiddenResponse = null;</w:t>
        <w:br/>
        <w:t xml:space="preserve">        try {</w:t>
        <w:br/>
        <w:t xml:space="preserve">            vodSetVideoForbiddenRequest</w:t>
        <w:br/>
        <w:t xml:space="preserve">                    //可通过 new VodQueryServiceImpl().queryVideoList()获取</w:t>
        <w:br/>
        <w:t xml:space="preserve">                    .setVideoIds(super.getTestVideoId()).setForbidden(0);</w:t>
        <w:br/>
        <w:t xml:space="preserve">            vodSetVideoForbiddenResponse = new VodEditServiceImpl().setVideoForbidden(vodSetVideoForbiddenRequest);</w:t>
        <w:br/>
        <w:t xml:space="preserve">            Assert.assertTrue(vodSetVideoForbiddenResponse);</w:t>
        <w:br/>
        <w:t xml:space="preserve">            if (vodSetVideoForbiddenResponse) {</w:t>
        <w:br/>
        <w:t xml:space="preserve">                log.debug("测试修改视频禁播与解禁开关成功");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视频vid，多个视频以英文逗号分隔【对应api文档的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1：禁播，0：解禁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6、修改视频密码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通过视频id批量修改视频密码</w:t>
        <w:br/>
        <w:t>接口地址（仅做说明使用）：https://api.polyv.net/v2/video/%s/video-setting-save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testUpdateVideoSetting() throws IOException, NoSuchAlgorithmException {</w:t>
        <w:br/>
        <w:t xml:space="preserve">        VodUpdateVideoSettingRequest vodUpdateVideoSettingRequest = new VodUpdateVideoSettingRequest();</w:t>
        <w:br/>
        <w:t xml:space="preserve">        Boolean vodUpdateVideoSettingResponse = null;</w:t>
        <w:br/>
        <w:t xml:space="preserve">        try {</w:t>
        <w:br/>
        <w:t xml:space="preserve">            vodUpdateVideoSettingRequest</w:t>
        <w:br/>
        <w:t xml:space="preserve">                    //可通过 new VodQueryServiceImpl().queryVideoList()获取</w:t>
        <w:br/>
        <w:t xml:space="preserve">                    .setVideoIds("1b448be32355403dad586f7468e63e23_1,1b448be323a9076c9941604ac1c667f9_1")</w:t>
        <w:br/>
        <w:t xml:space="preserve">                    .setPassword(super.getRandomString(10))</w:t>
        <w:br/>
        <w:t xml:space="preserve">                    .setPublishUrl(null)</w:t>
        <w:br/>
        <w:t xml:space="preserve">                    .setTag("junit")</w:t>
        <w:br/>
        <w:t xml:space="preserve">                    .setTitle("junit测试");</w:t>
        <w:br/>
        <w:t xml:space="preserve">            vodUpdateVideoSettingResponse = new VodEditServiceImpl().updateVideoSetting(vodUpdateVideoSettingRequest);</w:t>
        <w:br/>
        <w:t xml:space="preserve">            Assert.assertTrue(vodUpdateVideoSettingResponse);</w:t>
        <w:br/>
        <w:t xml:space="preserve">            if (vodUpdateVideoSettingResponse) {</w:t>
        <w:br/>
        <w:t xml:space="preserve">                log.debug("测试修改视频密码成功");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视频ID,多个使用英文逗号分隔【对应api文档的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describ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视频密码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首发外链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true为修改成功，false为删除失败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7、移动视频到指定分类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通过视频id与分类id移动视频到指定分类</w:t>
        <w:br/>
        <w:t>接口地址（仅做说明使用）：https://api.polyv.net/v2/video/%s/changeCata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testMoveVideo() throws IOException, NoSuchAlgorithmException {</w:t>
        <w:br/>
        <w:t xml:space="preserve">        VodMoveVideoRequest vodMoveVideoRequest = new VodMoveVideoRequest();</w:t>
        <w:br/>
        <w:t xml:space="preserve">        Boolean vodMoveVideoResponse = null;</w:t>
        <w:br/>
        <w:t xml:space="preserve">        try {</w:t>
        <w:br/>
        <w:t xml:space="preserve">            vodMoveVideoRequest.setCategoryId("1602671097888").setVideoIds(super.getTestVideoId());</w:t>
        <w:br/>
        <w:t xml:space="preserve">            vodMoveVideoResponse = new VodCategoryServiceImpl().moveVideo(vodMoveVideoRequest);</w:t>
        <w:br/>
        <w:t xml:space="preserve">            Assert.assertTrue(vodMoveVideoResponse);</w:t>
        <w:br/>
        <w:t xml:space="preserve">            if (vodMoveVideoResponse) {</w:t>
        <w:br/>
        <w:t xml:space="preserve">                log.debug("测试移动视频到指定分类成功");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视频的ID,可以选择多个视频，逗号分割，例如 e2e85038_e,e2e85039_e【对应api文档的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视频将要移动到的目标分类ID【对应api文档的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true为修改成功，false为修改失败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8、恢复回收站视频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通过视频id批量恢复回收站中的视频</w:t>
        <w:br/>
        <w:t>接口地址（仅做说明使用）：https://api.polyv.net/v2/video/%s/recover-videos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2、接口支持批量恢复，一次性最多支持恢复100个视频。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testRecoverDelList() throws IOException, NoSuchAlgorithmException {</w:t>
        <w:br/>
        <w:t xml:space="preserve">        VodRecoverDelListRequest vodRecoverDelListRequest = new VodRecoverDelListRequest();</w:t>
        <w:br/>
        <w:t xml:space="preserve">        Boolean vodRecoverDelListResponse = null;</w:t>
        <w:br/>
        <w:t xml:space="preserve">        try {</w:t>
        <w:br/>
        <w:t xml:space="preserve">            vodRecoverDelListRequest</w:t>
        <w:br/>
        <w:t xml:space="preserve">                    //可通过 new VodListServiceImpl().getDelList()获取</w:t>
        <w:br/>
        <w:t xml:space="preserve">                    .setVideoIds("1b448be3232a3206fbbf59f58594d428_1,1b448be32302cab82e0189d115beedd8_1");</w:t>
        <w:br/>
        <w:t xml:space="preserve">            vodRecoverDelListResponse = new VodEditServiceImpl().recoverDelList(vodRecoverDelListRequest);</w:t>
        <w:br/>
        <w:t xml:space="preserve">            Assert.assertTrue(vodRecoverDelListResponse);</w:t>
        <w:br/>
        <w:t xml:space="preserve">            if (vodRecoverDelListResponse) {</w:t>
        <w:br/>
        <w:t xml:space="preserve">                log.debug("测试恢复回收站视频成功");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点播视频videoId，多个使用英文逗号分隔【对应api文档的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true为恢复成功，false为恢复失败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9、批量删除视频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1、通过视频id批量删除视频</w:t>
        <w:br/>
        <w:t>2、删除分为逻辑删除与物理删除，逻辑删除可通过恢复回收站视频接口恢复被删除的视频，而物理删除则不可恢复</w:t>
        <w:br/>
        <w:t>接口地址（仅做说明使用）：https://api.polyv.net/v2/video/del-videos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2、视频id一次最多提交500个；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testDeleteVideoList() throws IOException, NoSuchAlgorithmException {</w:t>
        <w:br/>
        <w:t xml:space="preserve">        VodDeleteVideoListRequest vodDeleteVideolistRequest = new VodDeleteVideoListRequest();</w:t>
        <w:br/>
        <w:t xml:space="preserve">        Boolean vodDeleteVideoListResponse = null;</w:t>
        <w:br/>
        <w:t xml:space="preserve">        try {</w:t>
        <w:br/>
        <w:t xml:space="preserve">            vodDeleteVideolistRequest</w:t>
        <w:br/>
        <w:t xml:space="preserve">                    //可通过 new VodQueryServiceImpl().queryVideoList()获取</w:t>
        <w:br/>
        <w:t xml:space="preserve">                    .setVideoIds("1b448be3238ae0aa1020ac2807c9e8c9_1,1b448be323c12aa5e048c3fb5e10ca99_1")</w:t>
        <w:br/>
        <w:t xml:space="preserve">                    .setDeleteType(1);</w:t>
        <w:br/>
        <w:t xml:space="preserve">            vodDeleteVideoListResponse = new VodEditServiceImpl().deleteVideoList(vodDeleteVideolistRequest);</w:t>
        <w:br/>
        <w:t xml:space="preserve">            Assert.assertTrue(vodDeleteVideoListResponse);</w:t>
        <w:br/>
        <w:t xml:space="preserve">            if (vodDeleteVideoListResponse) {</w:t>
        <w:br/>
        <w:t xml:space="preserve">                log.debug("测试批量删除视频成功");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视频ID，多个视频以英文逗号(,)隔开，一次最多提交500个【对应api文档的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deleteType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删除方式，1：删除到回收站，2：彻底删除，默认为：1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true为批量删除成功，false为批量删除失败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