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dataStatisticsService</w:t>
      </w:r>
    </w:p>
    <w:p>
      <w:pPr>
        <w:pStyle w:val="Heading1"/>
      </w:pPr>
      <w:r>
        <w:t>1、查询某一天视频观看日志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通过日志时间查询某一天的视频观看日志</w:t>
        <w:br/>
        <w:t>接口地址（仅做说明使用）：https://api.polyv.net/v2/data/%s/viewlog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从播放行为产生到数据可查询的间隔时间为1~2小时。但是每条观看记录所消耗的流量计算（flowSize字段）依赖于CDN日志，为了保证数据完整性，流量数据需要间隔一个自然日才会生成。例如1号产生的流量消耗，会在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号晚上汇总计算，在3号才可查询到流量数据。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3、注意视频ID和分类ID为空时，查询账号当天所有视频日志；当视频ID为空、分类ID不为空时，查询对应分类ID下的日志；当视频ID不为空时查询对应视频ID的日志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testQueryViewLogByDay() throws IOException, NoSuchAlgorithmException {</w:t>
        <w:br/>
        <w:t xml:space="preserve">        VodQueryViewLogByDayRequest vodQueryViewLogByDayRequest = new VodQueryViewLogByDayRequest();</w:t>
        <w:br/>
        <w:t xml:space="preserve">        List&lt;VodQueryViewLogByDayResponse&gt; vodQueryViewLogByDayResponseList = null;</w:t>
        <w:br/>
        <w:t xml:space="preserve">        try {</w:t>
        <w:br/>
        <w:t xml:space="preserve">            int year = new Date().getYear() + 1900;</w:t>
        <w:br/>
        <w:t xml:space="preserve">            vodQueryViewLogByDayRequest.setDay(super.getDate(year, 2, 4))</w:t>
        <w:br/>
        <w:t xml:space="preserve">                    .setVideoId(super.getTestVideoId())</w:t>
        <w:br/>
        <w:t xml:space="preserve">                    .setCategoryId("1602300731843")</w:t>
        <w:br/>
        <w:t xml:space="preserve">                    .setSessionId(null)</w:t>
        <w:br/>
        <w:t xml:space="preserve">                    .setViewerId(null);</w:t>
        <w:br/>
        <w:t xml:space="preserve">            vodQueryViewLogByDayResponseList = new VodDataStatisticsServiceImpl().queryViewLogByDay(</w:t>
        <w:br/>
        <w:t xml:space="preserve">                    vodQueryViewLogByDayRequest);</w:t>
        <w:br/>
        <w:t xml:space="preserve">            Assert.assertNotNull(vodQueryViewLogByDayResponseList);</w:t>
        <w:br/>
        <w:t xml:space="preserve">            if (vodQueryViewLogByDayResponseList != null) {</w:t>
        <w:br/>
        <w:t xml:space="preserve">                log.debug("测试查询某一天视频观看日志成功,{}", JSON.toJSONString(vodQueryViewLogByDayResponseList));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1、请求正确，返回VodQueryViewLogByDayResponse对象，B端依据此对象处理业务逻辑；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查询某天的日志时间，格式：yyyy-MM-dd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范围查询，需查询日志信息的具体时分秒，格式：HHmmss，例如：000000，timeStart和timeEnd需要搭配使用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范围查询，需查询日志信息的具体时分秒，格式：HHmmss，例如：235959，timeStart和timeEnd需要搭配使用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cataid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用户自定义ID，自定义值（比如，表示学员信息的学员ID），最长不能超过50个英文字符。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用户自定义ID，当和sessionId同时传递时，会以viewerId为准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返回对象是List&amp;lt;VodQueryViewLogByDayResponse&amp;gt;，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VodQueryViewLogByDayResponse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播放时长，单位为秒 (用户观看的总时间 ，例如：18：00开始看一个视频，看到了18：30，这30分钟就是播放时长)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缓存时长，单位为秒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播放时间，单位为秒 （用户观看的最后时间，例如：停止观看视频的时候，进度条最后的分钟数为35分钟，播放时间就是35分钟）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流量大小，单位为字节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用户自定义参数，如学员ID等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是否为移动端，Y:是；N：否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 (格式为：yyyy-MM-dd)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currentHour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日志查看时间，单位为小时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用户观看渠道，取值有：vod_ios_sdk：ios端、vod_android_sdk：安卓端、vod_flash：flash、vod_wechat_mini_program：微信小程序;vod_pc_html5：pc端web、vod_mobile_html5：移动端web、vod_mobile_html5_v2：移动端web v2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日志创建时间，格式：yyyy-MM-dd HH:mm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日志更新日期，格式：yyyy-MM-dd HH:mm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2、批量查询视频观看日志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通过日志月份批量查询视频观看日志信息</w:t>
        <w:br/>
        <w:t>接口地址（仅做说明使用）：https://api.polyv.net/v2/viewlog/%s/monthly/%s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testGetVideoPlayLog() throws IOException, NoSuchAlgorithmException {</w:t>
        <w:br/>
        <w:t xml:space="preserve">        VodGetVideoPlayLogRequest vodGetVideoPlayLogRequest = new VodGetVideoPlayLogRequest();</w:t>
        <w:br/>
        <w:t xml:space="preserve">        VodGetVideoPlayLogResponse vodGetVideoPlayLogResponse = null;</w:t>
        <w:br/>
        <w:t xml:space="preserve">        try {</w:t>
        <w:br/>
        <w:t xml:space="preserve">            int year = new Date().getYear() + 1900;</w:t>
        <w:br/>
        <w:t xml:space="preserve">            vodGetVideoPlayLogRequest.setMonth(super.getDate(year, 2, 1))</w:t>
        <w:br/>
        <w:t xml:space="preserve">                    //根据自己实际需要传 Date 即可</w:t>
        <w:br/>
        <w:t xml:space="preserve">                    .setStartTime(super.getDate(year, 2, 1))</w:t>
        <w:br/>
        <w:t xml:space="preserve">                    //根据自己实际需要传 Date 即可</w:t>
        <w:br/>
        <w:t xml:space="preserve">                    .setEndTime(super.getDate(year, 2, 31))</w:t>
        <w:br/>
        <w:t xml:space="preserve">                    .setVideoId(super.getTestVideoId())</w:t>
        <w:br/>
        <w:t xml:space="preserve">                    .setCurrentDay(null)</w:t>
        <w:br/>
        <w:t xml:space="preserve">                    .setCurrentPage(1)</w:t>
        <w:br/>
        <w:t xml:space="preserve">                    .setPageSize(10);</w:t>
        <w:br/>
        <w:t xml:space="preserve">            vodGetVideoPlayLogResponse = new VodDataStatisticsServiceImpl().getVideoPlayLog(vodGetVideoPlayLogRequest);</w:t>
        <w:br/>
        <w:t xml:space="preserve">            Assert.assertNotNull(vodGetVideoPlayLogResponse);</w:t>
        <w:br/>
        <w:t xml:space="preserve">            if (vodGetVideoPlayLogResponse != null) {</w:t>
        <w:br/>
        <w:t xml:space="preserve">                log.debug("测试批量查询视频观看日志成功,{}", JSON.toJSONString(vodGetVideoPlayLogResponse));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1、请求正确，返回VodGetVideoPlayLogResponse对象，B端依据此对象处理业务逻辑；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查询月份，格式为yyyyMM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所查询视频vid，当vid为空时，查询该用户所有视频的日志【对应api文档的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用户自定义ID，自定义值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月内某一天的数据，格式为yyyy-MM-dd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VideoPlayLog参数描述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VideoPlayLog参数描述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 (用户观看的总时间 ，例如：18：00开始看一个视频，看到了18：30，这30分钟就是播放时长)。单位：秒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缓存时长。单位：秒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播放时间 （用户观看的最后时间，例如：停止观看视频的时候，进度条最后的分钟数为35分钟，播放时间就是35分钟）。单位：秒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视频总时长。单位：秒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用户自定义参数，如学员ID等 ,该参数做了UrlSafeBase64的加密，需要做解密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 (格式为：yyyy-MM-dd)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currentHour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日志查看时间。单位：小时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viewSource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用户观看渠道，取值有：vod_ios_sdk、vod_android_sdk、vod_flash、vod_pc_html5、vod_wechat_mini_program、vod_mobile_html5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3、查询视频播放量统计数据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通过视频id或时间范围查询视频播放量统计数据</w:t>
        <w:br/>
        <w:t>接口地址（仅做说明使用）：https://api.polyv.net/v2/videoview/%s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2、查询视频播放量统计数据，从播放行为产生到数据可查询的间隔时间为1~2小时。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testQueryVideoPlaybackStatistics() throws IOException, NoSuchAlgorithmException {</w:t>
        <w:br/>
        <w:t xml:space="preserve">        VodQueryVideoPlaybackStatisticsRequest vodQueryVideoPlaybackStatisticsRequest =</w:t>
        <w:br/>
        <w:t xml:space="preserve">                new VodQueryVideoPlaybackStatisticsRequest();</w:t>
        <w:br/>
        <w:t xml:space="preserve">        List&lt;VodQueryVideoPlaybackStatisticsResponse&gt; vodQueryVideoPlaybackStatisticsResponseList = null;</w:t>
        <w:br/>
        <w:t xml:space="preserve">        try {</w:t>
        <w:br/>
        <w:t xml:space="preserve">            vodQueryVideoPlaybackStatisticsRequest.setDr("7days").setPeriod("daily");</w:t>
        <w:br/>
        <w:t xml:space="preserve">            vodQueryVideoPlaybackStatisticsResponseList =</w:t>
        <w:br/>
        <w:t xml:space="preserve">                    new VodDataStatisticsServiceImpl().queryVideoPlaybackStatistics(</w:t>
        <w:br/>
        <w:t xml:space="preserve">                    vodQueryVideoPlaybackStatisticsRequest);</w:t>
        <w:br/>
        <w:t xml:space="preserve">            Assert.assertNotNull(vodQueryVideoPlaybackStatisticsResponseList);</w:t>
        <w:br/>
        <w:t xml:space="preserve">            if (vodQueryVideoPlaybackStatisticsResponseList != null) {</w:t>
        <w:br/>
        <w:t xml:space="preserve">                log.debug("测试查询视频播放量统计数据成功,{}", JSON.toJSONString(vodQueryVideoPlaybackStatisticsResponseList));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1、请求正确，返回VodQueryVideoPlaybackStatisticsResponse对象，B端依据此对象处理业务逻辑；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视频videoId，不填vid会查所有视频的播放量统计数据【对应api文档的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周期，具体为以下几个值：daily（按日显示），weekly（按周显示），monthly（按月显示）。默认值为daily：按日显示。period的值受限于dr的值，当dr的值为today，yesterday，this_week，last_week，7days时，period只能为daily，当dr的值为this_month，last_month时，period只能为daily或者weekl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返回对象是List&amp;lt;VodQueryVideoPlaybackStatisticsResponse&amp;gt;，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VodQueryVideoPlaybackStatisticsResponse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当前日期，格式为：yyyy-MM-dd或yyyy-MM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4、查询播放域名统计数据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通过时间范围查询播放域名统计数据</w:t>
        <w:br/>
        <w:t>接口地址（仅做说明使用）：https://api.polyv.net/v2/domain/%s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2、查询播放域名统计数据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3、从播放行为产生到数据可查询的间隔时间为1~2小时。但是消耗流量（PCFlowSize字段）的计算依赖于CDN日志，为了保证数据完整性，流量数据需要间隔一个自然日才会生成。例如1号产生的流量消耗，会在2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3、号晚上汇总计算，在3号才可查询到流量数据。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testQueryPlayDomainNameStatistics() throws IOException, NoSuchAlgorithmException {</w:t>
        <w:br/>
        <w:t xml:space="preserve">        VodQueryPlayDomainNameStatisticsRequest vodQueryPlayDomainNameStatisticsRequest =</w:t>
        <w:br/>
        <w:t xml:space="preserve">                new VodQueryPlayDomainNameStatisticsRequest();</w:t>
        <w:br/>
        <w:t xml:space="preserve">        List&lt;VodQueryPlayDomainNameStatisticsResponse&gt; vodQueryPlayDomainNameStatisticsResponseList = null;</w:t>
        <w:br/>
        <w:t xml:space="preserve">        try {</w:t>
        <w:br/>
        <w:t xml:space="preserve">            int year = new Date().getYear() + 1900;</w:t>
        <w:br/>
        <w:t xml:space="preserve">            vodQueryPlayDomainNameStatisticsRequest.setDr("7days")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vodQueryPlayDomainNameStatisticsResponseList =</w:t>
        <w:br/>
        <w:t xml:space="preserve">                    new VodDataStatisticsServiceImpl().queryPlayDomainNameStatistics(</w:t>
        <w:br/>
        <w:t xml:space="preserve">                    vodQueryPlayDomainNameStatisticsRequest);</w:t>
        <w:br/>
        <w:t xml:space="preserve">            Assert.assertNotNull(vodQueryPlayDomainNameStatisticsResponseList);</w:t>
        <w:br/>
        <w:t xml:space="preserve">            if (vodQueryPlayDomainNameStatisticsResponseList != null) {</w:t>
        <w:br/>
        <w:t xml:space="preserve">                log.debug("测试查询播放域名统计数据成功,{}", JSON.toJSONString(vodQueryPlayDomainNameStatisticsResponseList));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1、请求正确，返回VodQueryPlayDomainNameStatisticsResponse对象，B端依据此对象处理业务逻辑；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返回对象是List&amp;lt;VodQueryPlayDomainNameStatisticsResponse&amp;gt;，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VodQueryPlayDomainNameStatisticsResponse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移动端播放者数量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5、查询视频终端环境统计数据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通过时间范围查询视频终端环境统计数据</w:t>
        <w:br/>
        <w:t>接口地址（仅做说明使用）：https://api.polyv.net/v2/device/%s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2、查询视频终端环境统计数据，包括浏览器环境，操作系统环境，终端环境。从播放行为产生到数据可查询的间隔时间为1~2小时。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testQueryVideoDeviceStatistics() throws IOException, NoSuchAlgorithmException {</w:t>
        <w:br/>
        <w:t xml:space="preserve">        VodQueryVideoDeviceStatisticsRequest vodQueryVideoDeviceStatisticsRequest =</w:t>
        <w:br/>
        <w:t xml:space="preserve">                new VodQueryVideoDeviceStatisticsRequest();</w:t>
        <w:br/>
        <w:t xml:space="preserve">        VodQueryVideoDeviceStatisticsResponse vodQueryVideoDeviceStatisticsResponse = null;</w:t>
        <w:br/>
        <w:t xml:space="preserve">        try {</w:t>
        <w:br/>
        <w:t xml:space="preserve">            int year = new Date().getYear() + 1900;</w:t>
        <w:br/>
        <w:t xml:space="preserve">            vodQueryVideoDeviceStatisticsRequest.setDr("7days")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vodQueryVideoDeviceStatisticsResponse = new VodDataStatisticsServiceImpl().queryVideoDeviceStatistics(</w:t>
        <w:br/>
        <w:t xml:space="preserve">                    vodQueryVideoDeviceStatisticsRequest);</w:t>
        <w:br/>
        <w:t xml:space="preserve">            Assert.assertNotNull(vodQueryVideoDeviceStatisticsResponse);</w:t>
        <w:br/>
        <w:t xml:space="preserve">            if (vodQueryVideoDeviceStatisticsResponse != null) {</w:t>
        <w:br/>
        <w:t xml:space="preserve">                log.debug("测试查询视频终端环境统计数据成功,{}", JSON.toJSONString(vodQueryVideoDeviceStatisticsResponse));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1、请求正确，返回VodQueryVideoDeviceStatisticsResponse对象，B端依据此对象处理业务逻辑；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终端环境统计数据【详见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Device参数描述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操作系统环境统计数据【详见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OperatingSystem参数描述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浏览器环境统计数据【详见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Browser参数描述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Device参数描述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终端环境名称，PC端或移动端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总占比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OperatingSystem参数描述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operateSystemName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操作系统环境名称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总占比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Browser参数描述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浏览器环境名称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格式化的PC播放时长，格式 hh:mm:ss 例如00:00:00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格式化的移动端播放时长，格式 hh:mm:ss 例如00:00:00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PC端数据占比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移动端数据占比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6、查询视频播放时段统计数据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通过时间范围查询视频播放时段统计数据</w:t>
        <w:br/>
        <w:t>接口地址（仅做说明使用）：https://api.polyv.net/v2/hourly/%s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2、从播放行为产生到数据可查询的间隔时间为1~2小时，但是统计结果中流量消耗（PCFlowSize、mobileFlowSize字段）的计算依赖于CDN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日志，为了保证数据完整性，流量数据需要间隔一个自然日才会生成。例如1号产生的流量消耗，会在2号晚上汇总计算，在3号才可查询到流量数据。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testQueryVideoPlaybackHourlyStatistics() throws IOException, NoSuchAlgorithmException {</w:t>
        <w:br/>
        <w:t xml:space="preserve">        VodQueryVideoPlaybackHourlyStatisticsRequest vodQueryVideoPlaybackHourlyStatisticsRequest =</w:t>
        <w:br/>
        <w:t xml:space="preserve">                new VodQueryVideoPlaybackHourlyStatisticsRequest();</w:t>
        <w:br/>
        <w:t xml:space="preserve">        List&lt;VodQueryVideoPlaybackHourlyStatisticsResponse&gt; vodQueryVideoPlaybackHourlyStatisticsResponseList = null;</w:t>
        <w:br/>
        <w:t xml:space="preserve">        try {</w:t>
        <w:br/>
        <w:t xml:space="preserve">            vodQueryVideoPlaybackHourlyStatisticsRequest.setDr("7days");</w:t>
        <w:br/>
        <w:t xml:space="preserve">            vodQueryVideoPlaybackHourlyStatisticsResponseList =</w:t>
        <w:br/>
        <w:t xml:space="preserve">                    new VodDataStatisticsServiceImpl().queryVideoPlaybackHourlyStatistics(</w:t>
        <w:br/>
        <w:t xml:space="preserve">                    vodQueryVideoPlaybackHourlyStatisticsRequest);</w:t>
        <w:br/>
        <w:t xml:space="preserve">            Assert.assertNotNull(vodQueryVideoPlaybackHourlyStatisticsResponseList);</w:t>
        <w:br/>
        <w:t xml:space="preserve">            if (vodQueryVideoPlaybackHourlyStatisticsResponseList != null) {</w:t>
        <w:br/>
        <w:t xml:space="preserve">                log.debug("测试查询视频播放时段统计数据成功,{}", JSON.toJSONString(vodQueryVideoPlaybackHourlyStatisticsResponseList));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1、请求正确，返回VodQueryVideoPlaybackHourlyStatisticsResponse对象，B端依据此对象处理业务逻辑；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返回对象是List&amp;lt;VodQueryVideoPlaybackHourlyStatisticsResponse&amp;gt;，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VodQueryVideoPlaybackHourlyStatisticsResponse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currentHour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时间段，24小时制，例如 18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pc播放时长,单位为秒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pc播放时长，格式 hh:mm:ss 例如03：02：22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pc消耗流量,单位为字节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移动端播放时长，格式 hh:mm:ss 例如03：02：22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移动端消耗流量,单位为字节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移动端观众量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7、查询视频播放流量统计数据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通过时间范围查询视频播放流量统计数据</w:t>
        <w:br/>
        <w:t>接口地址（仅做说明使用）：https://api.polyv.net/v2/traffic/%s/video/%s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2、自2018年7月10日起，才可以统计到单个视频的移动端流量数据，在此之前没有移动端流量数据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3、流量消耗的计算依赖于CDN日志，为了保证数据完整性，流量数据需要间隔一个自然日才会生成。例如1号产生的流量消耗，会在2号晚上汇总计算，在3号才可查询到流量数据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testQueryVideoPlaybackFlowSizeStatistics() throws IOException, NoSuchAlgorithmException {</w:t>
        <w:br/>
        <w:t xml:space="preserve">        VodQueryVideoPlaybackFlowSizeStatisticsRequest vodQueryVideoPlaybackFlowSizeStatisticsRequest =</w:t>
        <w:br/>
        <w:t xml:space="preserve">                new VodQueryVideoPlaybackFlowSizeStatisticsRequest();</w:t>
        <w:br/>
        <w:t xml:space="preserve">        List&lt;VodQueryVideoPlaybackFlowSizeStatisticsResponse&gt; vodQueryVideoPlaybackFlowSizeStatisticsResponseList =</w:t>
        <w:br/>
        <w:t xml:space="preserve">                null;</w:t>
        <w:br/>
        <w:t xml:space="preserve">        try {</w:t>
        <w:br/>
        <w:t xml:space="preserve">            int year = new Date().getYear() + 1900;</w:t>
        <w:br/>
        <w:t xml:space="preserve">            vodQueryVideoPlaybackFlowSizeStatisticsRequest.setDr("7days")</w:t>
        <w:br/>
        <w:t xml:space="preserve">                    .setVideoId("1b448be32345b255cabc3fe8d65a4d00_1")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vodQueryVideoPlaybackFlowSizeStatisticsResponseList =</w:t>
        <w:br/>
        <w:t xml:space="preserve">                    new VodDataStatisticsServiceImpl().queryVideoPlaybackFlowSizeStatistics(</w:t>
        <w:br/>
        <w:t xml:space="preserve">                    vodQueryVideoPlaybackFlowSizeStatisticsRequest);</w:t>
        <w:br/>
        <w:t xml:space="preserve">            Assert.assertNotNull(vodQueryVideoPlaybackFlowSizeStatisticsResponseList);</w:t>
        <w:br/>
        <w:t xml:space="preserve">            if (vodQueryVideoPlaybackFlowSizeStatisticsResponseList != null) {</w:t>
        <w:br/>
        <w:t xml:space="preserve">                log.debug("测试查询视频播放流量统计数据成功,{}",</w:t>
        <w:br/>
        <w:t xml:space="preserve">                        JSON.toJSONString(vodQueryVideoPlaybackFlowSizeStatisticsResponseList));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1、请求正确，返回VodQueryVideoPlaybackFlowSizeStatisticsResponse对象，B端依据此对象处理业务逻辑；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返回对象是List&amp;lt;VodQueryVideoPlaybackFlowSizeStatisticsResponse&amp;gt;，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VodQueryVideoPlaybackFlowSizeStatisticsResponse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 yyyy-MM-dd 例如 2021-03-24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PC端消耗流量,单位字节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移动端消耗流量，单位字节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总流量消耗，单位字节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8、查询视频播放地理位置统计数据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通过时间范围查询视频播放地理位置统计数据</w:t>
        <w:br/>
        <w:t>接口地址（仅做说明使用）：https://api.polyv.net/v2/geo/%s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2、从播放行为产生到数据可查询的间隔时间为1~2小时，但是统计结果中流量消耗（PCFlowSize、mobileFlowSize字段）的计算依赖于CDN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日志，为了保证数据完整性，流量数据需要间隔一个自然日才会生成。例如1号产生的流量消耗，会在2号晚上汇总计算，在3号才可查询到流量数据。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testQueryVideoGeographicStatistics() throws IOException, NoSuchAlgorithmException {</w:t>
        <w:br/>
        <w:t xml:space="preserve">        VodQueryVideoGeographicStatisticsRequest vodQueryVideoGeographicStatisticsRequest =</w:t>
        <w:br/>
        <w:t xml:space="preserve">                new VodQueryVideoGeographicStatisticsRequest();</w:t>
        <w:br/>
        <w:t xml:space="preserve">        List&lt;VodQueryVideoGeographicStatisticsResponse&gt; vodQueryVideoGeographicStatisticsResponseList = null;</w:t>
        <w:br/>
        <w:t xml:space="preserve">        try {</w:t>
        <w:br/>
        <w:t xml:space="preserve">            int year = new Date().getYear() + 1900;</w:t>
        <w:br/>
        <w:t xml:space="preserve">            vodQueryVideoGeographicStatisticsRequest.setDr("7days")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vodQueryVideoGeographicStatisticsResponseList =</w:t>
        <w:br/>
        <w:t xml:space="preserve">                    new VodDataStatisticsServiceImpl().queryVideoGeographicStatistics(</w:t>
        <w:br/>
        <w:t xml:space="preserve">                    vodQueryVideoGeographicStatisticsRequest);</w:t>
        <w:br/>
        <w:t xml:space="preserve">            Assert.assertNotNull(vodQueryVideoGeographicStatisticsResponseList);</w:t>
        <w:br/>
        <w:t xml:space="preserve">            if (vodQueryVideoGeographicStatisticsResponseList != null) {</w:t>
        <w:br/>
        <w:t xml:space="preserve">                log.debug("测试查询视频播放地理位置统计数据成功,{}", JSON.toJSONString(vodQueryVideoGeographicStatisticsResponseList));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1、请求正确，返回VodQueryVideoGeographicStatisticsResponse对象，B端依据此对象处理业务逻辑；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返回对象是List&amp;lt;VodQueryVideoGeographicStatisticsResponse&amp;gt;，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VodQueryVideoGeographicStatisticsResponse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PC端消耗流量,单位字节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PC端观众量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移动端播放时长，单位为秒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移动端消耗流量,单位字节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移动端观众量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9、查询视频观众量统计数据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通过视频id或时间范围查询视频观众量统计数据</w:t>
        <w:br/>
        <w:t>接口地址（仅做说明使用）：https://api.polyv.net/v2/data/visitor/%s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2、按照日期区间或区段及视频ID查询视频的观众量统计数据，不传vid参数就表示查询用户下所有视频的观众量。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2、从播放行为产生到数据可查询的间隔时间为1~2小时。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testQueryVideoViewership() throws IOException, NoSuchAlgorithmException {</w:t>
        <w:br/>
        <w:t xml:space="preserve">        VodQueryVideoViewershipRequest vodQueryVideoViewershipRequest = new VodQueryVideoViewershipRequest();</w:t>
        <w:br/>
        <w:t xml:space="preserve">        List&lt;VodQueryVideoViewershipResponse&gt; vodQueryVideoViewershipResponseList = null;</w:t>
        <w:br/>
        <w:t xml:space="preserve">        try {</w:t>
        <w:br/>
        <w:t xml:space="preserve">            int year = new Date().getYear() + 1900;</w:t>
        <w:br/>
        <w:t xml:space="preserve">            vodQueryVideoViewershipRequest.setDr("7days")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vodQueryVideoViewershipResponseList = new VodDataStatisticsServiceImpl().queryVideoViewership(</w:t>
        <w:br/>
        <w:t xml:space="preserve">                    vodQueryVideoViewershipRequest);</w:t>
        <w:br/>
        <w:t xml:space="preserve">            Assert.assertNotNull(vodQueryVideoViewershipResponseList);</w:t>
        <w:br/>
        <w:t xml:space="preserve">            if (vodQueryVideoViewershipResponseList != null) {</w:t>
        <w:br/>
        <w:t xml:space="preserve">                log.debug("测试查询视频观众量统计数据成功,{}", JSON.toJSONString(vodQueryVideoViewershipResponseList));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1、请求正确，返回VodQueryVideoViewershipResponse对象，B端依据此对象处理业务逻辑；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endDate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返回对象是List&amp;lt;VodQueryVideoViewershipResponse&amp;gt;，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VodQueryVideoViewershipResponse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 yyyy-MM-dd 例如 2021-03-24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pc端的观看量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移动端的观看量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总的观众量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10、查询视频的播放时长统计数据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描述：通过视频id或时间范围查询视频的播放时长统计数据</w:t>
        <w:br/>
        <w:t>接口地址（仅做说明使用）：https://api.polyv.net/v2/play-duration/%s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2、按照日期区间或时段查询视频播放时长统计数据，从播放行为产生到数据可查询的间隔时间为1~2小时。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testQueryVideoPlayTimeStatistics() throws IOException, NoSuchAlgorithmException {</w:t>
        <w:br/>
        <w:t xml:space="preserve">        VodQueryVideoPlayTimeStatisticsRequest vodQueryVideoPlayTimeStatisticsRequest =</w:t>
        <w:br/>
        <w:t xml:space="preserve">                new VodQueryVideoPlayTimeStatisticsRequest();</w:t>
        <w:br/>
        <w:t xml:space="preserve">        List&lt;VodQueryVideoPlayTimeStatisticsResponse&gt; vodQueryVideoPlayTimeStatisticsResponseList = null;</w:t>
        <w:br/>
        <w:t xml:space="preserve">        try {</w:t>
        <w:br/>
        <w:t xml:space="preserve">            int year = new Date().getYear() + 1900;</w:t>
        <w:br/>
        <w:t xml:space="preserve">            vodQueryVideoPlayTimeStatisticsRequest.setDr("7days")</w:t>
        <w:br/>
        <w:t xml:space="preserve">                    .setVideoId("1b448be32345b255cabc3fe8d65a4d00_1")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vodQueryVideoPlayTimeStatisticsResponseList =</w:t>
        <w:br/>
        <w:t xml:space="preserve">                    new VodDataStatisticsServiceImpl().queryVideoPlayTimeStatistics(</w:t>
        <w:br/>
        <w:t xml:space="preserve">                    vodQueryVideoPlayTimeStatisticsRequest);</w:t>
        <w:br/>
        <w:t xml:space="preserve">            Assert.assertNotNull(vodQueryVideoPlayTimeStatisticsResponseList);</w:t>
        <w:br/>
        <w:t xml:space="preserve">            if (vodQueryVideoPlayTimeStatisticsResponseList != null) {</w:t>
        <w:br/>
        <w:t xml:space="preserve">                log.debug("测试查询视频的播放时长统计数据成功,{}", JSON.toJSONString(vodQueryVideoPlayTimeStatisticsResponseList));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1、请求正确，返回VodQueryVideoPlayTimeStatisticsResponse对象，B端依据此对象处理业务逻辑；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视频ID，不传为查询用户级别统计【对应api文档的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返回对象是List&amp;lt;VodQueryVideoPlayTimeStatisticsResponse&amp;gt;，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VodQueryVideoPlayTimeStatisticsResponse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日期，格式 yyyy-MM-dd 例如 2021-03-24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格式化pc端播放时长，格式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PC端视频平均播放时长，单位秒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格式化PC端视频平均播放时长，格式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PC端人均播放时长，单位秒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formatPcPlayDurationPersonAvg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格式化PC端人均播放时长，格式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格式化移动端播放时长，格式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移动端视频平均播放时长，单位秒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formatMobilePlayDurationVideoAvg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格式化移动端视频平均播放时长，格式 hh:mm:ss 例如00:03:22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移动端人均播放时长，单位秒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formatMobilePlayDurationPersonAvg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格式化移动端人均播放时长，格式 hh:mm:ss 例如00:03:22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11、查询单个视频的观看热点统计数据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通过视频id查询单个视频的观看热点统计数据</w:t>
        <w:br/>
        <w:t>接口地址（仅做说明使用）：https://api.polyv.net/v2/videohot/%s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2、按照日期区间或时间段查询单个视频的观看热点统计数据，从播放行为产生到数据可查询的间隔时间为1~2小时。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testQueryVideoViewingHotspotStatistics() throws IOException, NoSuchAlgorithmException {</w:t>
        <w:br/>
        <w:t xml:space="preserve">        VodQueryVideoViewingHotspotStatisticsRequest vodQueryVideoViewingHotspotStatisticsRequest =</w:t>
        <w:br/>
        <w:t xml:space="preserve">                new VodQueryVideoViewingHotspotStatisticsRequest();</w:t>
        <w:br/>
        <w:t xml:space="preserve">        List&lt;VodQueryVideoViewingHotspotStatisticsResponse&gt; vodQueryVideoViewingHotspotStatisticsResponseList = null;</w:t>
        <w:br/>
        <w:t xml:space="preserve">        try {</w:t>
        <w:br/>
        <w:t xml:space="preserve">            int year = new Date().getYear() + 1900;</w:t>
        <w:br/>
        <w:t xml:space="preserve">            vodQueryVideoViewingHotspotStatisticsRequest.setDr("7days")</w:t>
        <w:br/>
        <w:t xml:space="preserve">                    .setVideoId("1b448be3234406608b7838c7ef6b597c_1")</w:t>
        <w:br/>
        <w:t xml:space="preserve">                    //根据自己实际需要传 Date 即可</w:t>
        <w:br/>
        <w:t xml:space="preserve">                    .setStartTime(super.getDate(year, 2, 18))</w:t>
        <w:br/>
        <w:t xml:space="preserve">                    //根据自己实际需要传 Date 即可</w:t>
        <w:br/>
        <w:t xml:space="preserve">                    .setEndTime(super.getDate(year, 2, 24));</w:t>
        <w:br/>
        <w:t xml:space="preserve">            vodQueryVideoViewingHotspotStatisticsResponseList =</w:t>
        <w:br/>
        <w:t xml:space="preserve">                    new VodDataStatisticsServiceImpl().queryVideoViewingHotspotStatistics(</w:t>
        <w:br/>
        <w:t xml:space="preserve">                    vodQueryVideoViewingHotspotStatisticsRequest);</w:t>
        <w:br/>
        <w:t xml:space="preserve">            Assert.assertNotNull(vodQueryVideoViewingHotspotStatisticsResponseList);</w:t>
        <w:br/>
        <w:t xml:space="preserve">            if (vodQueryVideoViewingHotspotStatisticsResponseList != null) {</w:t>
        <w:br/>
        <w:t xml:space="preserve">                log.debug("测试查询单个视频的观看热点统计数据成功,{}",</w:t>
        <w:br/>
        <w:t xml:space="preserve">                        JSON.toJSONString(vodQueryVideoViewingHotspotStatisticsResponseList));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1、请求正确，返回VodQueryVideoViewingHotspotStatisticsResponse对象，B端依据此对象处理业务逻辑；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返回对象是List&amp;lt;VodQueryVideoViewingHotspotStatisticsResponse&amp;gt;，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VodQueryVideoViewingHotspotStatisticsResponse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viewcount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12、查询视频的观看比例统计数据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通过视频id或时间范围查询视频的观看比例统计数据</w:t>
        <w:br/>
        <w:t>接口地址（仅做说明使用）：https://api.polyv.net/v2/play-ratio/%s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2、查询单个视频或全部视频在一定时间范围内的观看比例统计数据，从播放行为产生到数据可查询的间隔时间为1~2小时。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testQueryVideoViewingRatioStatistics() throws IOException, NoSuchAlgorithmException {</w:t>
        <w:br/>
        <w:t xml:space="preserve">        VodQueryVideoViewingRatioStatisticsRequest vodQueryVideoViewingRatioStatisticsRequest =</w:t>
        <w:br/>
        <w:t xml:space="preserve">                new VodQueryVideoViewingRatioStatisticsRequest();</w:t>
        <w:br/>
        <w:t xml:space="preserve">        List&lt;VodQueryVideoViewingRatioStatisticsResponse&gt; vodQueryVideoViewingRatioStatisticsResponseList = null;</w:t>
        <w:br/>
        <w:t xml:space="preserve">        try {</w:t>
        <w:br/>
        <w:t xml:space="preserve">            vodQueryVideoViewingRatioStatisticsRequest.setDr("7days");</w:t>
        <w:br/>
        <w:t xml:space="preserve">            vodQueryVideoViewingRatioStatisticsResponseList =</w:t>
        <w:br/>
        <w:t xml:space="preserve">                    new VodDataStatisticsServiceImpl().queryVideoViewingRatioStatistics(</w:t>
        <w:br/>
        <w:t xml:space="preserve">                    vodQueryVideoViewingRatioStatisticsRequest);</w:t>
        <w:br/>
        <w:t xml:space="preserve">            Assert.assertNotNull(vodQueryVideoViewingRatioStatisticsResponseList);</w:t>
        <w:br/>
        <w:t xml:space="preserve">            if (vodQueryVideoViewingRatioStatisticsResponseList != null) {</w:t>
        <w:br/>
        <w:t xml:space="preserve">                log.debug("测试查询视频的观看比例统计数据成功,{}", JSON.toJSONString(vodQueryVideoViewingRatioStatisticsResponseList));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1、请求正确，返回VodQueryVideoViewingRatioStatisticsResponse对象，B端依据此对象处理业务逻辑；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视频ID，不填为查询用户维度【对应api文档的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：today（今天），yesterday（昨天），this_week（本周），last_week（上周），7days（最近7天），this_month（本月），last_month（上个月），this_year（今年），last_year（去年），默认值为7days:最近7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查询结束日期，格式为yyyy-MM-dd【对应api文档的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返回对象是List&amp;lt;VodQueryVideoViewingRatioStatisticsResponse&amp;gt;，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VodQueryVideoViewingRatioStatisticsResponse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观看比例范围，单位：% 例如 70-80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观看数量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13、查询视频观看完成度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通过视频id和观众id查询视频观看完成度</w:t>
        <w:br/>
        <w:t>接口地址（仅做说明使用）：https://api.polyv.net/v2/video/engagement/%s/get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2、该接口可查看某一观众累计观看某一视频的完成度情况。无论观众使用哪种终端、分多少次观看，接口返回的是最终的汇总的完成度。比如，视频A时长为50分钟，观众使用PC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H5观看了第0&amp;sim;20分钟，使用手机H5观看了第10&amp;sim;30分钟，又使用APP观看了第40&amp;sim;50分钟，累计观看时长为20+20+10=50分钟，但观看的视频内容是 0&amp;sim;30 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40&amp;sim;50 的部分。虽然累计观看时长与视频时长相同，但完成度为 (30+10)/50=80%。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3、数据隔天更新一次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4、该接口需联系客服开通后才能使用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testGetVideoViewingCompletion() throws IOException, NoSuchAlgorithmException {</w:t>
        <w:br/>
        <w:t xml:space="preserve">        VodGetVideoViewingCompletionRequest vodGetVideoViewingCompletionRequest =</w:t>
        <w:br/>
        <w:t xml:space="preserve">                new VodGetVideoViewingCompletionRequest();</w:t>
        <w:br/>
        <w:t xml:space="preserve">        Float vodGetVideoViewingCompletionResponse = null;</w:t>
        <w:br/>
        <w:t xml:space="preserve">        try {</w:t>
        <w:br/>
        <w:t xml:space="preserve">            vodGetVideoViewingCompletionRequest.setVideoId("1b448be3234406608b7838c7ef6b597c_1")</w:t>
        <w:br/>
        <w:t xml:space="preserve">                    .setViewerId("1555313336634");</w:t>
        <w:br/>
        <w:t xml:space="preserve">            vodGetVideoViewingCompletionResponse = new VodDataStatisticsServiceImpl().getVideoViewingCompletion(</w:t>
        <w:br/>
        <w:t xml:space="preserve">                    vodGetVideoViewingCompletionRequest);</w:t>
        <w:br/>
        <w:t xml:space="preserve">            Assert.assertNotNull(vodGetVideoViewingCompletionResponse);</w:t>
        <w:br/>
        <w:t xml:space="preserve">            if (vodGetVideoViewingCompletionResponse != null) {</w:t>
        <w:br/>
        <w:t xml:space="preserve">                log.debug("测试查询视频观看完成度成功,已完成进度比例{}", vodGetVideoViewingCompletionResponse);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1、请求正确，返回Float对象，B端依据此对象处理业务逻辑；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自定义观众id，例如 1555313336634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已完成进度比例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14、查询观看行为列表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通过视频id或时间范围分页查询观看行为列表</w:t>
        <w:br/>
        <w:t>接口地址（仅做说明使用）：https://api.polyv.net/v2/advance/play/%s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2、高级分析功能介绍详见：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4、查询的时间跨度不超过31天；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5、当请求入参startTime（开始时间）有值而endTime（结束时间）为空时，返回开始日期后31天后的数据；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6、当请求入参startTime（开始时间）为空而endTime（结束时间）不为空时，返回结束日期前31天内的数据；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7、当请求入参startTime（开始时间）、endTime（结束时间）均为空时，返回最近31天的数据。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8、该接口需联系客服开通后才能使用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testQueryViewingBehaviorList() throws IOException, NoSuchAlgorithmException {</w:t>
        <w:br/>
        <w:t xml:space="preserve">        VodQueryViewingBehaviorListRequest vodQueryViewingBehaviorListRequest =</w:t>
        <w:br/>
        <w:t xml:space="preserve">                new VodQueryViewingBehaviorListRequest();</w:t>
        <w:br/>
        <w:t xml:space="preserve">        VodQueryViewingBehaviorListResponse vodQueryViewingBehaviorListResponse = null;</w:t>
        <w:br/>
        <w:t xml:space="preserve">        try {</w:t>
        <w:br/>
        <w:t xml:space="preserve">            vodQueryViewingBehaviorListRequest.setStartTime(super.getDate(2021, 2, 1))</w:t>
        <w:br/>
        <w:t xml:space="preserve">                    .setEndTime(super.getDate(2021, 2, 30))</w:t>
        <w:br/>
        <w:t xml:space="preserve">                    .setVideoId("1b448be3234406608b7838c7ef6b597c_1")</w:t>
        <w:br/>
        <w:t xml:space="preserve">                    .setPageSize(10);</w:t>
        <w:br/>
        <w:t xml:space="preserve">            vodQueryViewingBehaviorListResponse = new VodDataStatisticsServiceImpl().queryViewingBehaviorList(</w:t>
        <w:br/>
        <w:t xml:space="preserve">                    vodQueryViewingBehaviorListRequest);</w:t>
        <w:br/>
        <w:t xml:space="preserve">            Assert.assertNotNull(vodQueryViewingBehaviorListResponse);</w:t>
        <w:br/>
        <w:t xml:space="preserve">            if (vodQueryViewingBehaviorListResponse != null) {</w:t>
        <w:br/>
        <w:t xml:space="preserve">                log.debug("测试分页查询观看行为列表成功{}", JSON.toJSONString(vodQueryViewingBehaviorListResponse));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1、请求正确，返回VodQueryViewingBehaviorListResponse对象，B端依据此对象处理业务逻辑；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开始时间，格式为yyyy-MM-dd或者yyyy-MM-dd HH:mm:ss，查询范围不超过31天【对应api文档的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start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结束时间，格式为yyyy-MM-dd或者yyyy-MM-dd HH:mm:ss，查询范围不超过31天【对应api文档的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观众id，例如 1555313336634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下一页的凭证，从当前页的返回数据里获取，第一页不需要传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返回的结果集【详见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ViewingBehaviorInfo参数描述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查询下一页时传的凭证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ViewingBehaviorInfo参数描述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首次观看日期，格式yyyy-MM-dd HH:mm:ss 例如 2019-10-01 11:12:05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视频首图（没有添加协议头）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deviceClass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osName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agentName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agentVersion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终端版本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运营商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观众看的视频总量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热力图（["0-1:1","3-4:2"]表示视频的0到1秒有1次观看，3到4秒有2次观看）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观看完成度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视频的状态：60/61已发布；10等待编码；20正在编码；50等待审核；51审核不通过；-1已删除；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15、查询视频分析数据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通过视频id查询视频分析数据</w:t>
        <w:br/>
        <w:t>接口地址（仅做说明使用）：https://api.polyv.net/v2/advance/video/%s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2、高级分析功能介绍详见：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4、该接口需联系客服开通后才能使用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testQueryVideoAnalysisData() throws IOException, NoSuchAlgorithmException {</w:t>
        <w:br/>
        <w:t xml:space="preserve">        VodQueryVideoAnalysisDataRequest vodQueryVideoAnalysisDataRequest = new VodQueryVideoAnalysisDataRequest();</w:t>
        <w:br/>
        <w:t xml:space="preserve">        VodQueryVideoAnalysisDataResponse vodQueryVideoAnalysisDataResponse = null;</w:t>
        <w:br/>
        <w:t xml:space="preserve">        try {</w:t>
        <w:br/>
        <w:t xml:space="preserve">            vodQueryVideoAnalysisDataRequest.setVideoId("1b448be3234406608b7838c7ef6b597c_1");</w:t>
        <w:br/>
        <w:t xml:space="preserve">            vodQueryVideoAnalysisDataResponse = new VodDataStatisticsServiceImpl().queryVideoAnalysisData(</w:t>
        <w:br/>
        <w:t xml:space="preserve">                    vodQueryVideoAnalysisDataRequest);</w:t>
        <w:br/>
        <w:t xml:space="preserve">            Assert.assertNotNull(vodQueryVideoAnalysisDataResponse);</w:t>
        <w:br/>
        <w:t xml:space="preserve">            if (vodQueryVideoAnalysisDataResponse != null) {</w:t>
        <w:br/>
        <w:t xml:space="preserve">                log.debug("测试根据视频id查询视频分析数据成功{}", JSON.toJSONString(vodQueryVideoAnalysisDataResponse));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1、请求正确，返回VodQueryVideoAnalysisDataResponse对象，B端依据此对象处理业务逻辑；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平均观看完成度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观看热力图，例如["0-20:662","21-100:665"]代表视频内容的0~20秒有662次观看，21~100秒有665次观看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uniqueViewHeatmap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唯一观看热力图，例如["0-20:614","21-100:615"]代表视频内容的0~20秒有614个观众观看，21~100秒有615个观众观看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16、查询观众分析结果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通过观众id查询观众分析结果</w:t>
        <w:br/>
        <w:t>接口地址（仅做说明使用）：https://api.polyv.net/v2/advance/viewer/%s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2、该接口需联系客服开通后才能使用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2、高级分析功能介绍详见：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视频高级分析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3、由于数据量和计算量大，数据分析结果次日才可查询。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4、该接口需联系客服开通后才能使用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testQueryAudienceAnalysisResults() throws IOException, NoSuchAlgorithmException {</w:t>
        <w:br/>
        <w:t xml:space="preserve">        VodQueryAudienceAnalysisResultsRequest vodQueryAudienceAnalysisResultsRequest =</w:t>
        <w:br/>
        <w:t xml:space="preserve">                new VodQueryAudienceAnalysisResultsRequest();</w:t>
        <w:br/>
        <w:t xml:space="preserve">        VodQueryAudienceAnalysisResultsResponse vodQueryAudienceAnalysisResultsResponse = null;</w:t>
        <w:br/>
        <w:t xml:space="preserve">        try {</w:t>
        <w:br/>
        <w:t xml:space="preserve">            vodQueryAudienceAnalysisResultsRequest.setViewerId("1555313336634");</w:t>
        <w:br/>
        <w:t xml:space="preserve">            vodQueryAudienceAnalysisResultsResponse = new VodDataStatisticsServiceImpl().queryAudienceAnalysisResults(</w:t>
        <w:br/>
        <w:t xml:space="preserve">                    vodQueryAudienceAnalysisResultsRequest);</w:t>
        <w:br/>
        <w:t xml:space="preserve">            Assert.assertNotNull(vodQueryAudienceAnalysisResultsResponse);</w:t>
        <w:br/>
        <w:t xml:space="preserve">            if (vodQueryAudienceAnalysisResultsResponse != null) {</w:t>
        <w:br/>
        <w:t xml:space="preserve">                log.debug("测试根据观众id查询观众分析结果成功{}", JSON.toJSONString(vodQueryAudienceAnalysisResultsResponse));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1、请求正确，返回VodQueryAudienceAnalysisResultsResponse对象，B端依据此对象处理业务逻辑；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观众id，例如 1555313336634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viewerAatar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首次观看时间，格式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最后观看时间，格式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totalVideoCount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观看视频总数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totalWatchDuration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观众总时长（秒）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avgCompletionRate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平均观看完成度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dataStatisticsService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