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categoryService</w:t>
      </w:r>
    </w:p>
    <w:p>
      <w:pPr>
        <w:pStyle w:val="Heading1"/>
      </w:pPr>
      <w:r>
        <w:t>1、新建视频分类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通过分类名称与上级分类目录id新建视频分类</w:t>
        <w:br/>
        <w:t>接口地址（仅做说明使用）：https://api.polyv.net/v2/video/%s/addCata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testCreateCategory() throws IOException, NoSuchAlgorithmException {</w:t>
        <w:br/>
        <w:t xml:space="preserve">        VodCreateCategoryRequest vodCreateCategoryRequest = new VodCreateCategoryRequest();</w:t>
        <w:br/>
        <w:t xml:space="preserve">        VodCreateCategoryResponse vodCreateCategoryResponse = null;</w:t>
        <w:br/>
        <w:t xml:space="preserve">        try {</w:t>
        <w:br/>
        <w:t xml:space="preserve">            vodCreateCategoryRequest.setCategoryName("Junit测试")</w:t>
        <w:br/>
        <w:t xml:space="preserve">                    .setParentId("1");</w:t>
        <w:br/>
        <w:t xml:space="preserve">            vodCreateCategoryResponse = new VodCategoryServiceImpl().createCategory(vodCreateCategoryRequest);</w:t>
        <w:br/>
        <w:t xml:space="preserve">            Assert.assertNotNull(vodCreateCategoryResponse);</w:t>
        <w:br/>
        <w:t xml:space="preserve">            if (vodCreateCategoryResponse != null) {</w:t>
        <w:br/>
        <w:t xml:space="preserve">                log.debug("测试新建视频分类成功，{}", vodCreateCategoryResponse);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1、请求正确，返回VodCreateCategoryResponse对象，B端依据此对象处理业务逻辑；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 ,不超过40个字符【对应api文档的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新建的分类目录的上一级目录，值为1时表示根目录【对应api文档的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parentid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新建的分类目录ID【对应api文档的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categoryTree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新建的分类目录树，逗号分割(状态为半角)，例如 1b8be3,239c2e【对应api文档的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catatree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2、查询视频分类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通过分类id查询分类下的树结构信息，含父子节点信息</w:t>
        <w:br/>
        <w:t>接口地址（仅做说明使用）：https://api.polyv.net/v2/video/%s/cataJson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testGetCategory() throws IOException, NoSuchAlgorithmException {</w:t>
        <w:br/>
        <w:t xml:space="preserve">        VodGetCategoryRequest vodGetCategoryRequest = new VodGetCategoryRequest();</w:t>
        <w:br/>
        <w:t xml:space="preserve">        List&lt;VodGetCategoryResponse&gt; vodGetCategoryResponseList = null;</w:t>
        <w:br/>
        <w:t xml:space="preserve">        try {</w:t>
        <w:br/>
        <w:t xml:space="preserve">            vodGetCategoryRequest.setCategoryId("1");</w:t>
        <w:br/>
        <w:t xml:space="preserve">            vodGetCategoryResponseList = new VodCategoryServiceImpl().getCategory(vodGetCategoryRequest);</w:t>
        <w:br/>
        <w:t xml:space="preserve">            Assert.assertNotNull(vodGetCategoryResponseList);</w:t>
        <w:br/>
        <w:t xml:space="preserve">            if (vodGetCategoryResponseList != null) {</w:t>
        <w:br/>
        <w:t xml:space="preserve">                log.debug("测试查询视频分类成功,{}", JSON.toJSONString(vodGetCategoryResponseList));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1、请求正确，返回VodGetCategoryResponse对象，B端依据此对象处理业务逻辑；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分类id，默认为根目录，获取该分类下的树结构【对应api文档的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返回对象是List&amp;lt;VodGetCategoryResponse&amp;gt;，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VodGetCategoryResponse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分类名和该分类下视频总数的组合，例如 测试分类 (4)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categoryTree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分类树，显示从根目录到该目录每一层的分类id,例如 1,1474873756622【对应api文档的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catatree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分类id，如果为1则是根目录【对应api文档的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上一级分类id，根目录的上一级分类为0【对应api文档的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parentid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videoNums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此分类及其子分类视频总数【对应api文档的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videos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categoryProfile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一级分类设置信息，分别为：加密、水印、课件优化、源文件播放。例如：加密【对应api文档的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cataProfile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nodes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该分类的子分类【详见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VodGetCategoryResponse参数描述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3、查询分类使用空间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通过分类id查询分类目录的使用空间</w:t>
        <w:br/>
        <w:t>接口地址（仅做说明使用）：https://api.polyv.net/v2/cata/size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testGetCategorySize() throws IOException, NoSuchAlgorithmException {</w:t>
        <w:br/>
        <w:t xml:space="preserve">        VodGetCategorySizeRequest vodGetCategorySizeRequest = new VodGetCategorySizeRequest();</w:t>
        <w:br/>
        <w:t xml:space="preserve">        Long vodGetCategorySizeResponse = null;</w:t>
        <w:br/>
        <w:t xml:space="preserve">        try {</w:t>
        <w:br/>
        <w:t xml:space="preserve">            vodGetCategorySizeRequest.setCategoryId("1602671097888");</w:t>
        <w:br/>
        <w:t xml:space="preserve">            vodGetCategorySizeResponse = new VodCategoryServiceImpl().getCategorySize(vodGetCategorySizeRequest);</w:t>
        <w:br/>
        <w:t xml:space="preserve">            Assert.assertNotNull(vodGetCategorySizeResponse);</w:t>
        <w:br/>
        <w:t xml:space="preserve">            if (vodGetCategorySizeResponse != null) {</w:t>
        <w:br/>
        <w:t xml:space="preserve">                log.debug("测试通过分类ID查询目录使用空间成功");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1、请求正确，返回Long对象，B端依据此对象处理业务逻辑；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目录分类id, (id=1，表示默认分类)【对应api文档的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分类下的视频大小，单位为byte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4、修改分类名称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通过分类id修改分类名称</w:t>
        <w:br/>
        <w:t>接口地址（仅做说明使用）：https://api.polyv.net/v2/video/%s/updateCata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testUpdateCategoryName() throws IOException, NoSuchAlgorithmException {</w:t>
        <w:br/>
        <w:t xml:space="preserve">        VodUpdateCategoryNameRequest vodUpdateCategoryNameRequest = new VodUpdateCategoryNameRequest();</w:t>
        <w:br/>
        <w:t xml:space="preserve">        Boolean vodUpdateCategoryNameResponse = null;</w:t>
        <w:br/>
        <w:t xml:space="preserve">        try {</w:t>
        <w:br/>
        <w:t xml:space="preserve">            vodUpdateCategoryNameRequest.setCategoryId("1615536384688")</w:t>
        <w:br/>
        <w:t xml:space="preserve">                    .setCategoryName("Junit测试(勿删)_3");</w:t>
        <w:br/>
        <w:t xml:space="preserve">            vodUpdateCategoryNameResponse = new VodCategoryServiceImpl().updateCategoryName(</w:t>
        <w:br/>
        <w:t xml:space="preserve">                    vodUpdateCategoryNameRequest);</w:t>
        <w:br/>
        <w:t xml:space="preserve">            Assert.assertTrue(vodUpdateCategoryNameResponse);</w:t>
        <w:br/>
        <w:t xml:space="preserve">            if (vodUpdateCategoryNameResponse) {</w:t>
        <w:br/>
        <w:t xml:space="preserve">                log.debug("测试修改分类名称成功");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修改后的分类名称【对应api文档的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5、修改分类属性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通过分类id修改分类属性</w:t>
        <w:br/>
        <w:t>接口地址（仅做说明使用）：https://api.polyv.net/v2/video/%s/updateCataProfile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testUpdateCategoryProfile() throws IOException, NoSuchAlgorithmException {</w:t>
        <w:br/>
        <w:t xml:space="preserve">        VodUpdateCategoryProfileRequest vodUpdateCategoryProfileRequest = new VodUpdateCategoryProfileRequest();</w:t>
        <w:br/>
        <w:t xml:space="preserve">        Boolean vodUpdateCategoryProfileResponse = null;</w:t>
        <w:br/>
        <w:t xml:space="preserve">        try {</w:t>
        <w:br/>
        <w:t xml:space="preserve">            vodUpdateCategoryProfileRequest.setCategoryId("1615536384688")</w:t>
        <w:br/>
        <w:t xml:space="preserve">                    .setIsSettings("Y")</w:t>
        <w:br/>
        <w:t xml:space="preserve">                    .setKeepSource(0)</w:t>
        <w:br/>
        <w:t xml:space="preserve">                    .setEncrypt(0)</w:t>
        <w:br/>
        <w:t xml:space="preserve">                    .setHlsLevel("open")</w:t>
        <w:br/>
        <w:t xml:space="preserve">                    .setIsEdu(0)</w:t>
        <w:br/>
        <w:t xml:space="preserve">                    .setEncodeAAC(0);</w:t>
        <w:br/>
        <w:t xml:space="preserve">            vodUpdateCategoryProfileResponse = new VodCategoryServiceImpl().updateCategoryProfile(</w:t>
        <w:br/>
        <w:t xml:space="preserve">                    vodUpdateCategoryProfileRequest);</w:t>
        <w:br/>
        <w:t xml:space="preserve">            Assert.assertTrue(vodUpdateCategoryProfileResponse);</w:t>
        <w:br/>
        <w:t xml:space="preserve">            if (vodUpdateCategoryProfileResponse) {</w:t>
        <w:br/>
        <w:t xml:space="preserve">                log.debug("测试修改分类属性成功");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分类ID，仅能设置一级分类的属性【对应api文档的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是否启用分类设置 Y:启用, N:关闭，默认值为Y:启用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源文件播放，1为开启，0为关闭；开启时不对视频进行转码（仅对新上传视频有效），默认值为0:非源文件播放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视频加密设置开关（仅对新上传视频有效）,1：打开，0：关闭，默认值为0:关闭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移动端加密设置，有效取值为 open: 非加密授权；web: WEB授权；app: APP授权；wxa_app：小程序授权；默认值为open：非加密授权【对应api文档的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hlslevel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isEdu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视频优化，1为开启，0为关闭（仅对新上传视频生效）;默认值为0:关闭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encodeAAC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生成音频文件，1为开启，0为关闭（该功能只对部分有权限用户开放，且只对新上传视频生效），默认为0:不生成【对应api文档的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encode_aac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6、移动视频分类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通过分类id移动视频分类</w:t>
        <w:br/>
        <w:t>接口地址（仅做说明使用）：https://api.polyv.net/v2/cata/%s/change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testMoveCategory() throws IOException, NoSuchAlgorithmException {</w:t>
        <w:br/>
        <w:t xml:space="preserve">        VodMoveCategoryRequest vodMoveCategoryRequest = new VodMoveCategoryRequest();</w:t>
        <w:br/>
        <w:t xml:space="preserve">        Boolean vodMoveCategoryResponse = null;</w:t>
        <w:br/>
        <w:t xml:space="preserve">        try {</w:t>
        <w:br/>
        <w:t xml:space="preserve">            vodMoveCategoryRequest.setCategoryId("1615536384688")</w:t>
        <w:br/>
        <w:t xml:space="preserve">                    .setDestCategoryId("1");</w:t>
        <w:br/>
        <w:t xml:space="preserve">            vodMoveCategoryResponse = new VodCategoryServiceImpl().moveCategory(vodMoveCategoryRequest);</w:t>
        <w:br/>
        <w:t xml:space="preserve">            Assert.assertTrue(vodMoveCategoryResponse);</w:t>
        <w:br/>
        <w:t xml:space="preserve">            if (vodMoveCategoryResponse) {</w:t>
        <w:br/>
        <w:t xml:space="preserve">                log.debug("测试移动视频分类成功");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需要移动的目录分类id, (id=1，表示默认分类)【对应api文档的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destCategoryId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移动到的目录分类id, (id=1，表示默认分类)【对应api文档的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destCataid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7、删除分类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通过分类id删除分类</w:t>
        <w:br/>
        <w:t>接口地址（仅做说明使用）：https://api.polyv.net/v2/video/%s/deleteCata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testDeleteCategory() throws IOException, NoSuchAlgorithmException {</w:t>
        <w:br/>
        <w:t xml:space="preserve">        VodDeleteCategoryRequest vodDeleteCategoryRequest = new VodDeleteCategoryRequest();</w:t>
        <w:br/>
        <w:t xml:space="preserve">        Boolean vodDeleteCategoryResponse = null;</w:t>
        <w:br/>
        <w:t xml:space="preserve">        try {</w:t>
        <w:br/>
        <w:t xml:space="preserve">            //准备测试数据</w:t>
        <w:br/>
        <w:t xml:space="preserve">            String categoryID = super.createCategoryOther();</w:t>
        <w:br/>
        <w:t xml:space="preserve">            vodDeleteCategoryRequest.setCategoryId(categoryID);</w:t>
        <w:br/>
        <w:t xml:space="preserve">            vodDeleteCategoryResponse = new VodCategoryServiceImpl().deleteCategory(vodDeleteCategoryRequest);</w:t>
        <w:br/>
        <w:t xml:space="preserve">            Assert.assertTrue(vodDeleteCategoryResponse);</w:t>
        <w:br/>
        <w:t xml:space="preserve">            if (vodDeleteCategoryResponse) {</w:t>
        <w:br/>
        <w:t xml:space="preserve">                log.debug("测试删除分类成功");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categoryService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