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barrageService</w:t>
      </w:r>
    </w:p>
    <w:p>
      <w:pPr>
        <w:pStyle w:val="Heading1"/>
      </w:pPr>
      <w:r>
        <w:t>1、创建视频弹幕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通过视频id与弹幕信息创建视频弹幕</w:t>
        <w:br/>
        <w:t>接口地址（仅做说明使用）：https://api.polyv.net/v2/danmu/%s/add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2、弹幕功能请联系客服开通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testCreateBarrage() throws IOException, NoSuchAlgorithmException {</w:t>
        <w:br/>
        <w:t xml:space="preserve">        VodCreateBarrageRequest vodCreateBarrageRequest = new VodCreateBarrageRequest();</w:t>
        <w:br/>
        <w:t xml:space="preserve">        VodCreateBarrageResponse vodCreateBarrageResponse = null;</w:t>
        <w:br/>
        <w:t xml:space="preserve">        try {</w:t>
        <w:br/>
        <w:t xml:space="preserve">            vodCreateBarrageRequest.setVideoId(super.getTestVideoId())</w:t>
        <w:br/>
        <w:t xml:space="preserve">                    .setMsg("测试弹幕消息")</w:t>
        <w:br/>
        <w:t xml:space="preserve">                    .setTime("00:00:08")</w:t>
        <w:br/>
        <w:t xml:space="preserve">                    .setSessionId("88888888")</w:t>
        <w:br/>
        <w:t xml:space="preserve">                    .setParam2("777777777")</w:t>
        <w:br/>
        <w:t xml:space="preserve">                    .setFontSize(18)</w:t>
        <w:br/>
        <w:t xml:space="preserve">                    .setFontMode("roll")</w:t>
        <w:br/>
        <w:t xml:space="preserve">                    .setFontColor("0xFFFFFF");</w:t>
        <w:br/>
        <w:t xml:space="preserve">            vodCreateBarrageResponse = new VodBarrageServiceImpl().createBarrage(vodCreateBarrageRequest);</w:t>
        <w:br/>
        <w:t xml:space="preserve">            Assert.assertNotNull(vodCreateBarrageResponse);</w:t>
        <w:br/>
        <w:t xml:space="preserve">            if (vodCreateBarrageResponse != null) {</w:t>
        <w:br/>
        <w:t xml:space="preserve">                log.debug("测试创建视频弹幕成功，{}", JSON.toJSONString(vodCreateBarrageResponse));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1、请求正确，返回VodCreateBarrageResponse对象，B端依据此对象处理业务逻辑；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弹幕信息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弹幕出现的时间，格式 HH:mm:ss，例如 00:03:11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字体大小，默认：18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fontMode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出现位置，顶部：top，底部：bottom，滚动：roll(默认)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字体颜色，格式0xFFFFFF, 默认：0xFFFFFF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2、上传点播弹幕文件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通过视频id上传点播弹幕文件</w:t>
        <w:br/>
        <w:t>接口地址（仅做说明使用）：https://api.polyv.net/v2/danmu/%s/upload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2、弹幕功能请联系客服开通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testUploadBarrage() throws IOException, NoSuchAlgorithmException {</w:t>
        <w:br/>
        <w:t xml:space="preserve">        VodUploadBarrageRequest vodUploadBarrageRequest = new VodUploadBarrageRequest();</w:t>
        <w:br/>
        <w:t xml:space="preserve">        Boolean vodUploadBarrageResponse = null;</w:t>
        <w:br/>
        <w:t xml:space="preserve">        try {</w:t>
        <w:br/>
        <w:t xml:space="preserve">            String srtCN = getClass().getResource("/subtitle/srt(zh_CN).srt").getPath();</w:t>
        <w:br/>
        <w:t xml:space="preserve">            vodUploadBarrageRequest.setVideoId(super.getTestVideoId())</w:t>
        <w:br/>
        <w:t xml:space="preserve">                    .setFile(new File(srtCN));</w:t>
        <w:br/>
        <w:t xml:space="preserve">            vodUploadBarrageResponse = new VodBarrageServiceImpl().uploadBarrage(vodUploadBarrageRequest);</w:t>
        <w:br/>
        <w:t xml:space="preserve">            Assert.assertTrue(vodUploadBarrageResponse);</w:t>
        <w:br/>
        <w:t xml:space="preserve">            if (vodUploadBarrageResponse) {</w:t>
        <w:br/>
        <w:t xml:space="preserve">                log.debug("测试上传点播弹幕文件成功");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弹幕文件，文件格式为srt，支持utf-8编码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true为上传弹幕文件成功，false为上传弹幕文件失败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3、查询弹幕信息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通过视频id或分页参数查询用户下所有弹幕信息</w:t>
        <w:br/>
        <w:t>接口地址（仅做说明使用）：https://api.polyv.net/v2/danmu/%s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2、弹幕功能请联系客服开通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testQueryBarrageList() throws IOException, NoSuchAlgorithmException {</w:t>
        <w:br/>
        <w:t xml:space="preserve">        VodQueryBarrageListRequest vodQueryBarrageListRequest = new VodQueryBarrageListRequest();</w:t>
        <w:br/>
        <w:t xml:space="preserve">        VodQueryBarrageListResponse vodQueryBarrageListResponse = null;</w:t>
        <w:br/>
        <w:t xml:space="preserve">        try {</w:t>
        <w:br/>
        <w:t xml:space="preserve">            vodQueryBarrageListRequest.setVideoId("1b448be32345b255cabc3fe8d65a4d00_1");</w:t>
        <w:br/>
        <w:t xml:space="preserve">            vodQueryBarrageListResponse = new VodBarrageServiceImpl().queryBarrageList(vodQueryBarrageListRequest);</w:t>
        <w:br/>
        <w:t xml:space="preserve">            Assert.assertNotNull(vodQueryBarrageListResponse);</w:t>
        <w:br/>
        <w:t xml:space="preserve">            if (vodQueryBarrageListResponse != null) {</w:t>
        <w:br/>
        <w:t xml:space="preserve">                log.debug("测试查询弹幕信息成功,{}", JSON.toJSONString(vodQueryBarrageListResponse));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1、请求正确，返回VodQueryBarrageListResponse对象，B端依据此对象处理业务逻辑；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视频vid,传入则查具体视频弹幕，不传查用户所有弹幕【对应api文档的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返回的结果集【详见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BarrageInfo参数描述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BarrageInfo参数描述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弹幕信息的唯一标识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userid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弹幕信息内容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弹幕出现的时间点，格式 时：分：秒 ，例如00：03：05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弹幕内容的字体大小，例如 18【对应api文档的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fontsize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fontMode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弹幕内容滚动方式，顶部：top，底部：bottom，滚动：roll(默认)【对应api文档的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fontmode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弹幕内容字体颜色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弹幕内容出现的完整时间，格式为：yyyy-MM-dd HH:mm:ss【对应api文档的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timestamp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自定义参数（不能超过64位的字符串），添加弹幕传入的自定义参数（例如客户自己的用户ID资料等）【对应api文档的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sessionid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自定义参数（不能超过64位的字符串），添加弹幕传入的自定义参数（例如客户自己的用户ID资料等）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4、批量删除弹幕信息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通过弹幕id批量删除弹幕信息</w:t>
        <w:br/>
        <w:t>接口地址（仅做说明使用）：https://api.polyv.net/v2/danmu/%s/delete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2、弹幕功能请联系客服开通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testDeleteBarrage() throws IOException, NoSuchAlgorithmException {</w:t>
        <w:br/>
        <w:t xml:space="preserve">        VodDeleteBarrageRequest vodDeleteBarrageRequest = new VodDeleteBarrageRequest();</w:t>
        <w:br/>
        <w:t xml:space="preserve">        Boolean vodDeleteBarrageResponse = null;</w:t>
        <w:br/>
        <w:t xml:space="preserve">        try {</w:t>
        <w:br/>
        <w:t xml:space="preserve">            //准备测试数据</w:t>
        <w:br/>
        <w:t xml:space="preserve">            String barrageIds = super.getBarrageIdsByCreate();</w:t>
        <w:br/>
        <w:t xml:space="preserve">            vodDeleteBarrageRequest.setBarrageIds(barrageIds);</w:t>
        <w:br/>
        <w:t xml:space="preserve">            vodDeleteBarrageResponse = new VodBarrageServiceImpl().deleteBarrage(vodDeleteBarrageRequest);</w:t>
        <w:br/>
        <w:t xml:space="preserve">            Assert.assertTrue(vodDeleteBarrageResponse);</w:t>
        <w:br/>
        <w:t xml:space="preserve">            if (vodDeleteBarrageResponse) {</w:t>
        <w:br/>
        <w:t xml:space="preserve">                log.debug("测试批量删除弹幕信息成功");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barrageIds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多个弹幕信息ID，用逗号隔开(英文逗号分割 状态为半角)，例如 123,456【对应api文档的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danmuIds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true为批量删除弹幕成功，false为批量删除弹幕失败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barrageService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