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advertisingService</w:t>
      </w:r>
    </w:p>
    <w:p>
      <w:pPr>
        <w:pStyle w:val="Heading1"/>
      </w:pPr>
      <w:r>
        <w:t>1、创建视频广告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通过上传广告文件及时间范围等参数创建视频广告</w:t>
        <w:br/>
        <w:t>接口地址（仅做说明使用）：https://api.polyv.net/v2/advertising/%s/create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testCreateAdvertising() throws IOException, NoSuchAlgorithmException {</w:t>
        <w:br/>
        <w:t xml:space="preserve">        VodCreateAdvertisingRequest vodCreateAdvertisingRequest = new VodCreateAdvertisingRequest();</w:t>
        <w:br/>
        <w:t xml:space="preserve">        String vodCreateAdvertisingResponse = null;</w:t>
        <w:br/>
        <w:t xml:space="preserve">        try {</w:t>
        <w:br/>
        <w:t xml:space="preserve">            String filePath = getClass().getResource("/img/cover.jpg").getPath();</w:t>
        <w:br/>
        <w:t xml:space="preserve">            vodCreateAdvertisingRequest.setStartDate(super.getDate(2021, 2, 22))</w:t>
        <w:br/>
        <w:t xml:space="preserve">                    .setEndDate(super.getDate(2021, 3, 22))</w:t>
        <w:br/>
        <w:t xml:space="preserve">                    .setTitle("测试广告")</w:t>
        <w:br/>
        <w:t xml:space="preserve">                    .setFile(new File(filePath))</w:t>
        <w:br/>
        <w:t xml:space="preserve">                    .setSize(2)</w:t>
        <w:br/>
        <w:t xml:space="preserve">                    .setCategoryIds("1")</w:t>
        <w:br/>
        <w:t xml:space="preserve">                    .setLocation(1)</w:t>
        <w:br/>
        <w:t xml:space="preserve">                    .setStatus(10)</w:t>
        <w:br/>
        <w:t xml:space="preserve">                    .setUpTime("00:00:00")</w:t>
        <w:br/>
        <w:t xml:space="preserve">                    .setOffTime("23:59:59")</w:t>
        <w:br/>
        <w:t xml:space="preserve">                    .setNote("测试广告描述")</w:t>
        <w:br/>
        <w:t xml:space="preserve">                    .setSkipAd("Y")</w:t>
        <w:br/>
        <w:t xml:space="preserve">                    .setSkipOffset(1)</w:t>
        <w:br/>
        <w:t xml:space="preserve">                    .setSkipButtonLabel("跳过广告");</w:t>
        <w:br/>
        <w:t xml:space="preserve">            vodCreateAdvertisingResponse = new VodAdvertisingServiceImpl().createAdvertising(</w:t>
        <w:br/>
        <w:t xml:space="preserve">                    vodCreateAdvertisingRequest);</w:t>
        <w:br/>
        <w:t xml:space="preserve">            Assert.assertNotNull(vodCreateAdvertisingResponse);</w:t>
        <w:br/>
        <w:t xml:space="preserve">            if (vodCreateAdvertisingResponse != null) {</w:t>
        <w:br/>
        <w:t xml:space="preserve">                log.debug("测试创建视频广告成功,{}", vodCreateAdvertisingResponse);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广告开始日期,格式为yyyy-MM-dd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广告结束日期,格式为yyyy-MM-dd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广告素材，片头、片尾广告素材支持：JPEG,GIF,PNG,FLV,MP4;暂停广告支持：SWF,PNG,JPEG,GIF;弹窗广告支持PNG,JPEG,GIF.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广告时长，除暂停广告外，都为必填参数。单位：秒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分类id，关联多分类时，以英文逗号分隔，默认值为默认分类1【对应api文档的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广告类型，片头1，暂停2，片尾3，弹窗4;默认为1:片头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广告弹窗位置，广告类型为弹窗时必填，右下角1,右上角2,左下角3,左上角4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弹窗出现的时间,单位秒，广告类型为弹窗时必填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广告状态，已上线10,待上线1,已下线0;默认为10：已上线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广告开始时间，格式为HH:mm:ss，默认为00:00:00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广告结束时间，格式为HH:mm:ss，默认为23:59:59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Y表示开启跳过广告，N表示关闭跳过广告。仅片头广告有效，默认为N：关闭跳过广告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多少秒后允许跳过，当skipAd为Y时，该字段为必要参数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skipButtonLabel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跳过按钮标签，默认为跳过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创建成功返回视频广告ID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2、查询视频广告列表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分页查询视频广告列表</w:t>
        <w:br/>
        <w:t>接口地址（仅做说明使用）：https://api.polyv.net/v2/advertising/%s/list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testGetAdvertisingList() throws IOException, NoSuchAlgorithmException {</w:t>
        <w:br/>
        <w:t xml:space="preserve">        VodGetAdvertisingListRequest vodGetAdvertisingListRequest = new VodGetAdvertisingListRequest();</w:t>
        <w:br/>
        <w:t xml:space="preserve">        VodGetAdvertisingListResponse vodGetAdvertisingListResponse = null;</w:t>
        <w:br/>
        <w:t xml:space="preserve">        try {</w:t>
        <w:br/>
        <w:t xml:space="preserve">            vodGetAdvertisingListRequest.setCurrentPage(1).setPageSize(10);</w:t>
        <w:br/>
        <w:t xml:space="preserve">            vodGetAdvertisingListResponse = new VodAdvertisingServiceImpl().getAdvertisingList(</w:t>
        <w:br/>
        <w:t xml:space="preserve">                    vodGetAdvertisingListRequest);</w:t>
        <w:br/>
        <w:t xml:space="preserve">            Assert.assertNotNull(vodGetAdvertisingListResponse);</w:t>
        <w:br/>
        <w:t xml:space="preserve">            if (vodGetAdvertisingListResponse != null) {</w:t>
        <w:br/>
        <w:t xml:space="preserve">                log.debug("测试查询视频广告列表成功,{}", JSON.toJSONString(vodGetAdvertisingListResponse));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1、请求正确，返回VodGetAdvertisingListResponse对象，B端依据此对象处理业务逻辑；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返回的结果集【详见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AdvertisingInfo参数描述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AdvertisingInfo参数描述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advertisingId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adid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广告类型（片头1， 暂停2，片尾3，弹窗4）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matterUrl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matterurl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广告时长(s)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playnum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addrurl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stasis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广告是否悬浮（是为1，不是为2），默认为2：否【对应api文档的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isstatis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投放开始时间，格式 HH:mm:ss【对应api文档的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uptime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投放结束时间，格式 HH:mm:ss【对应api文档的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offtime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投放开始日期，格式为：yyyy-MM-dd【对应api文档的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startdate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投放结束日期，格式为：yyyy-MM-dd【对应api文档的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enddate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ptime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投放状态（已上线10，待下线1，已下线0），默认为10：已上线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弹窗出现的时间,单位秒【对应api文档的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popuptime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内容分类，关联多分类时，以英文逗号分隔，默认值为默认分类1【对应api文档的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弹窗位置（右下角1，右上角2，左下角3，左上角4）【对应api文档的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poplocation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3、修改视频广告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通过广告id修改视频广告信息</w:t>
        <w:br/>
        <w:t>接口地址（仅做说明使用）：https://api.polyv.net/v2/advertising/%s/edit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testUpdateAdvertising() throws IOException, NoSuchAlgorithmException {</w:t>
        <w:br/>
        <w:t xml:space="preserve">        VodUpdateAdvertisingRequest vodUpdateAdvertisingRequest = new VodUpdateAdvertisingRequest();</w:t>
        <w:br/>
        <w:t xml:space="preserve">        Boolean vodUpdateAdvertisingResponse = null;</w:t>
        <w:br/>
        <w:t xml:space="preserve">        try {</w:t>
        <w:br/>
        <w:t xml:space="preserve">            String filePath = getClass().getResource("/img/cover.jpg").getPath();</w:t>
        <w:br/>
        <w:t xml:space="preserve">            vodUpdateAdvertisingRequest.setAdvertisingId("ea7a04430dd04d01853d")</w:t>
        <w:br/>
        <w:t xml:space="preserve">                    .setCategoryIds("1")</w:t>
        <w:br/>
        <w:t xml:space="preserve">                    .setStartDate(super.getDate(2021, 2, 22))</w:t>
        <w:br/>
        <w:t xml:space="preserve">                    .setEndDate(super.getDate(2021, 3, 22))</w:t>
        <w:br/>
        <w:t xml:space="preserve">                    .setTitle("测试广告(Junit测试,勿删)")</w:t>
        <w:br/>
        <w:t xml:space="preserve">                    .setFile(new File(filePath))</w:t>
        <w:br/>
        <w:t xml:space="preserve">                    .setSize(2)</w:t>
        <w:br/>
        <w:t xml:space="preserve">                    .setCategoryIds("1")</w:t>
        <w:br/>
        <w:t xml:space="preserve">                    .setLocation(1)</w:t>
        <w:br/>
        <w:t xml:space="preserve">                    .setStatus(0)</w:t>
        <w:br/>
        <w:t xml:space="preserve">                    .setUpTime("00:00:00")</w:t>
        <w:br/>
        <w:t xml:space="preserve">                    .setOffTime("23:59:59")</w:t>
        <w:br/>
        <w:t xml:space="preserve">                    .setNote("测试广告描述")</w:t>
        <w:br/>
        <w:t xml:space="preserve">                    .setSkipAd("Y")</w:t>
        <w:br/>
        <w:t xml:space="preserve">                    .setSkipOffset(1)</w:t>
        <w:br/>
        <w:t xml:space="preserve">                    .setSkipButtonLabel("跳过广告");</w:t>
        <w:br/>
        <w:t xml:space="preserve">            vodUpdateAdvertisingResponse = new VodAdvertisingServiceImpl().updateAdvertising(</w:t>
        <w:br/>
        <w:t xml:space="preserve">                    vodUpdateAdvertisingRequest);</w:t>
        <w:br/>
        <w:t xml:space="preserve">            Assert.assertTrue(vodUpdateAdvertisingResponse);</w:t>
        <w:br/>
        <w:t xml:space="preserve">            if (vodUpdateAdvertisingResponse) {</w:t>
        <w:br/>
        <w:t xml:space="preserve">                log.debug("测试修改视频广告成功");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advertisingId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广告信息ID【对应api文档的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adid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广告开始日期,格式为yyyy-MM-dd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广告结束日期,格式为yyyy-MM-dd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广告素材，片头、片尾广告素材支持：JPEG,GIF,PNG,FLV,MP4;暂停广告支持：SWF,PNG,JPEG,GIF;弹窗广告支持PNG,JPEG,GIF.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广告时长，除暂停广告外，都为必填参数。单位：秒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分类id，关联多分类时，以英文逗号分隔，默认值为默认分类1【对应api文档的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广告类型，片头1，暂停2，片尾3，弹窗4;默认为1:片头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广告弹窗位置，广告类型为弹窗时必填，右下角1,右上角2,左下角3,左上角4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弹窗出现的时间,单位秒，广告类型为弹窗时必填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广告状态，已上线10,待上线1,已下线0;默认为10：已上线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广告开始时间，格式为HH:mm:ss，默认为00:00:00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广告结束时间，格式为HH:mm:ss，默认为23:59:59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Y表示开启跳过广告，N表示关闭跳过广告。仅片头广告有效，默认为N：关闭跳过广告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多少秒后允许跳过，当skipAd为Y时，该字段为必要参数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skipButtonLabel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跳过按钮标签，默认为跳过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4、删除视频广告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通过广告id删除视频广告</w:t>
        <w:br/>
        <w:t>接口地址（仅做说明使用）：https://api.polyv.net/v2/advertising/%s/delete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testDeleteAdvertising() throws IOException, NoSuchAlgorithmException {</w:t>
        <w:br/>
        <w:t xml:space="preserve">        VodDeleteAdvertisingRequest vodDeleteAdvertisingRequest = new VodDeleteAdvertisingRequest();</w:t>
        <w:br/>
        <w:t xml:space="preserve">        Boolean vodDeleteAdvertisingResponse = null;</w:t>
        <w:br/>
        <w:t xml:space="preserve">        try {</w:t>
        <w:br/>
        <w:t xml:space="preserve">            //准备测试数据</w:t>
        <w:br/>
        <w:t xml:space="preserve">            String advertisingId = super.createAdvertisingOther();</w:t>
        <w:br/>
        <w:t xml:space="preserve">            vodDeleteAdvertisingRequest.setAdvertisingId(advertisingId);</w:t>
        <w:br/>
        <w:t xml:space="preserve">            vodDeleteAdvertisingResponse = new VodAdvertisingServiceImpl().deleteAdvertising(</w:t>
        <w:br/>
        <w:t xml:space="preserve">                    vodDeleteAdvertisingRequest);</w:t>
        <w:br/>
        <w:t xml:space="preserve">            Assert.assertTrue(vodDeleteAdvertisingResponse);</w:t>
        <w:br/>
        <w:t xml:space="preserve">            if (vodDeleteAdvertisingResponse) {</w:t>
        <w:br/>
        <w:t xml:space="preserve">                log.debug("测试删除视频广告成功");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advertisingId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广告信息ID【对应api文档的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adid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advertisingService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