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版本更新记录</w:t>
      </w:r>
    </w:p>
    <w:p>
      <w:pPr>
        <w:pStyle w:val="Heading1"/>
      </w:pPr>
      <w:r>
        <w:t>2.5.0</w:t>
      </w:r>
    </w:p>
    <w:p>
      <w:pPr>
        <w:pStyle w:val="Heading2"/>
      </w:pPr>
      <w:r>
        <w:t>Added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自定义加密因子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适配XCode 16</w:t>
      </w:r>
    </w:p>
    <w:p>
      <w:pPr>
        <w:pStyle w:val="Heading3"/>
      </w:pPr>
      <w:r>
        <w:t>注意：</w:t>
      </w:r>
    </w:p>
    <w:p>
      <w:pPr>
        <w:pStyle w:val="Heading3"/>
      </w:pPr>
      <w:r>
        <w:t>旧版点播PLVVodSDK，升级到新版本点播PolyvMediaPlayerSDK，必须设置 单例PLVDownloadMediaManager 的 previousDownloadDir 属性，用于缓存视频的迁移</w:t>
      </w:r>
    </w:p>
    <w:p>
      <w:pPr>
        <w:pStyle w:val="Heading3"/>
      </w:pPr>
      <w:r>
        <w:t>新版PolyvMediaPlayerSDK 下载功能的使用，必须调用setAccountID 方法，用于初始化设置</w:t>
      </w:r>
    </w:p>
    <w:p>
      <w:pPr>
        <w:pStyle w:val="Heading3"/>
      </w:pPr>
      <w:r>
        <w:t>下载功能使用，具体参考DEMO中AppDelegate 的配置，和下载中心api 使用</w:t>
      </w:r>
    </w:p>
    <w:p>
      <w:pPr>
        <w:pStyle w:val="Heading1"/>
      </w:pPr>
      <w:r>
        <w:t>2.4.1</w:t>
      </w:r>
    </w:p>
    <w:p>
      <w:pPr>
        <w:pStyle w:val="Heading2"/>
      </w:pPr>
      <w:r>
        <w:t>Added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增加跨端续播功能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增加观看、播放时长等统计功能</w:t>
      </w:r>
    </w:p>
    <w:p>
      <w:pPr>
        <w:pStyle w:val="Heading3"/>
      </w:pPr>
      <w:r>
        <w:t>注意：</w:t>
      </w:r>
    </w:p>
    <w:p>
      <w:pPr>
        <w:pStyle w:val="Heading3"/>
      </w:pPr>
      <w:r>
        <w:t>旧版点播PLVVodSDK，升级到新版本点播PolyvMediaPlayerSDK，必须设置 单例PLVDownloadMediaManager 的 previousDownloadDir 属性，用于缓存视频的迁移</w:t>
      </w:r>
    </w:p>
    <w:p>
      <w:pPr>
        <w:pStyle w:val="Heading3"/>
      </w:pPr>
      <w:r>
        <w:t>新版PolyvMediaPlayerSDK 下载功能的使用，必须调用setAccountID 方法，用于初始化设置</w:t>
      </w:r>
    </w:p>
    <w:p>
      <w:pPr>
        <w:pStyle w:val="Heading3"/>
      </w:pPr>
      <w:r>
        <w:t>下载功能使用，具体参考DEMO中AppDelegate 的配置，和下载中心api 使用</w:t>
      </w:r>
    </w:p>
    <w:p>
      <w:pPr>
        <w:pStyle w:val="Heading1"/>
      </w:pPr>
      <w:r>
        <w:t>2.4.0</w:t>
      </w:r>
    </w:p>
    <w:p>
      <w:pPr>
        <w:pStyle w:val="Heading2"/>
      </w:pPr>
      <w:r>
        <w:t>Added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 字幕功能 类名优化， 解决集成多场景sdk 的冲突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下载管理类</w:t>
      </w:r>
      <w:r>
        <w:rPr>
          <w:rFonts w:ascii="Menlo" w:hAnsi="Menlo"/>
          <w:color w:val="444444"/>
          <w:sz w:val="20"/>
        </w:rPr>
        <w:t xml:space="preserve">PLVDownloadManager 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更新为</w:t>
      </w:r>
      <w:r>
        <w:rPr>
          <w:rFonts w:ascii="Menlo" w:hAnsi="Menlo"/>
          <w:color w:val="444444"/>
          <w:sz w:val="20"/>
        </w:rPr>
        <w:t xml:space="preserve">PLVDownloadMediaManager 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解决集成多场景sdk 的冲突</w:t>
      </w:r>
    </w:p>
    <w:p>
      <w:pPr>
        <w:pStyle w:val="Heading3"/>
      </w:pPr>
      <w:r>
        <w:t>注意：</w:t>
      </w:r>
    </w:p>
    <w:p>
      <w:pPr>
        <w:pStyle w:val="Heading3"/>
      </w:pPr>
      <w:r>
        <w:t>旧版点播PLVVodSDK，升级到新版本点播PolyvMediaPlayerSDK，必须设置 单例PLVDownloadMediaManager 的 previousDownloadDir 属性，用于缓存视频的迁移</w:t>
      </w:r>
    </w:p>
    <w:p>
      <w:pPr>
        <w:pStyle w:val="Heading3"/>
      </w:pPr>
      <w:r>
        <w:t>新版PolyvMediaPlayerSDK 下载功能的使用，必须调用setAccountID 方法，用于初始化设置</w:t>
      </w:r>
    </w:p>
    <w:p>
      <w:pPr>
        <w:pStyle w:val="Heading3"/>
      </w:pPr>
      <w:r>
        <w:t>下载功能使用，具体参考DEMO中AppDelegate 的配置，和下载中心api 使用</w:t>
      </w:r>
    </w:p>
    <w:p>
      <w:pPr>
        <w:pStyle w:val="Heading1"/>
      </w:pPr>
      <w:r>
        <w:t>2.3.1</w:t>
      </w:r>
    </w:p>
    <w:p>
      <w:pPr>
        <w:pStyle w:val="Heading2"/>
      </w:pPr>
      <w:r>
        <w:t>Added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新增防录屏，防截屏功能</w:t>
      </w:r>
    </w:p>
    <w:p>
      <w:pPr>
        <w:pStyle w:val="Heading3"/>
      </w:pPr>
      <w:r>
        <w:t>注意：</w:t>
      </w:r>
    </w:p>
    <w:p>
      <w:pPr>
        <w:pStyle w:val="Heading3"/>
      </w:pPr>
      <w:r>
        <w:t>旧版点播PLVVodSDK，升级到新版本点播PolyvMediaPlayerSDK，必须设置 单例PLVDownloadManager 的 previousDownloadDir 属性，用于缓存视频的迁移</w:t>
      </w:r>
    </w:p>
    <w:p>
      <w:pPr>
        <w:pStyle w:val="Heading3"/>
      </w:pPr>
      <w:r>
        <w:t>新版PolyvMediaPlayerSDK 下载功能的使用，必须调用setAccountID 方法，用于初始化设置</w:t>
      </w:r>
    </w:p>
    <w:p>
      <w:pPr>
        <w:pStyle w:val="Heading3"/>
      </w:pPr>
      <w:r>
        <w:t>下载功能使用，具体参考DEMO中AppDelegate 的配置，和下载中心api 使用</w:t>
      </w:r>
    </w:p>
    <w:p>
      <w:pPr>
        <w:pStyle w:val="Heading1"/>
      </w:pPr>
      <w:r>
        <w:t>2.3.0</w:t>
      </w:r>
    </w:p>
    <w:p>
      <w:pPr>
        <w:pStyle w:val="Heading2"/>
      </w:pPr>
      <w:r>
        <w:t>Added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新增下载功能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新增下载功能</w:t>
      </w:r>
    </w:p>
    <w:p>
      <w:pPr>
        <w:pStyle w:val="Heading3"/>
      </w:pPr>
      <w:r>
        <w:t>注意：</w:t>
      </w:r>
    </w:p>
    <w:p>
      <w:pPr>
        <w:pStyle w:val="Heading3"/>
      </w:pPr>
      <w:r>
        <w:t>旧版点播PLVVodSDK，升级到新版本点播PolyvMediaPlayerSDK，必须设置 单例PLVDownloadManager 的 previousDownloadDir 属性，用于缓存视频的迁移</w:t>
      </w:r>
    </w:p>
    <w:p>
      <w:pPr>
        <w:pStyle w:val="Heading3"/>
      </w:pPr>
      <w:r>
        <w:t>新版PolyvMediaPlayerSDK 下载功能的使用，必须调用setAccountID 方法，用于初始化设置</w:t>
      </w:r>
    </w:p>
    <w:p>
      <w:pPr>
        <w:pStyle w:val="Heading3"/>
      </w:pPr>
      <w:r>
        <w:t>下载功能使用，具体参考DEMO中AppDelegate 的配置，和下载中心api 使用</w:t>
      </w:r>
    </w:p>
    <w:p>
      <w:pPr>
        <w:pStyle w:val="Heading1"/>
      </w:pPr>
      <w:r>
        <w:t>2.2.1</w:t>
      </w:r>
    </w:p>
    <w:p>
      <w:pPr>
        <w:pStyle w:val="Heading2"/>
      </w:pPr>
      <w:r>
        <w:t>Added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新增字幕功能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新增字幕功能</w:t>
      </w:r>
    </w:p>
    <w:p>
      <w:pPr>
        <w:pStyle w:val="Heading2"/>
      </w:pPr>
      <w:r>
        <w:t>Fixed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暂停状态 API连续截图失败修复</w:t>
      </w:r>
    </w:p>
    <w:p>
      <w:pPr>
        <w:pStyle w:val="Heading1"/>
      </w:pPr>
      <w:r>
        <w:t>2.2.0</w:t>
      </w:r>
    </w:p>
    <w:p>
      <w:pPr>
        <w:pStyle w:val="Heading2"/>
      </w:pPr>
      <w:r>
        <w:t>Fixed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修复与其他项目集成可能导致的冲突问题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修复与其他项目集成可能导致的冲突问题</w:t>
      </w:r>
    </w:p>
    <w:p>
      <w:pPr>
        <w:pStyle w:val="Heading1"/>
      </w:pPr>
      <w:r>
        <w:t>2.1.3</w:t>
      </w:r>
    </w:p>
    <w:p>
      <w:pPr>
        <w:pStyle w:val="Heading2"/>
      </w:pPr>
      <w:r>
        <w:t>Added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新增续播提示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系统小窗播放，添加自定义占位图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续播保存逻辑优化（前后三秒删除记录）</w:t>
      </w:r>
    </w:p>
    <w:p>
      <w:pPr>
        <w:pStyle w:val="Heading2"/>
      </w:pPr>
      <w:r>
        <w:t>Fixed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UI交互细节体验优化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Qos 上报优化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相关bug修复</w:t>
      </w:r>
    </w:p>
    <w:p>
      <w:pPr>
        <w:pStyle w:val="Heading1"/>
      </w:pPr>
      <w:r>
        <w:t>2.1.2</w:t>
      </w:r>
    </w:p>
    <w:p>
      <w:pPr>
        <w:pStyle w:val="Heading2"/>
      </w:pPr>
      <w:r>
        <w:t>Added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播放器显示网络加载速度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清晰度切换交互优化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播放器暂停模式时seek 速度慢优化</w:t>
      </w:r>
    </w:p>
    <w:p>
      <w:pPr>
        <w:pStyle w:val="Heading2"/>
      </w:pPr>
      <w:r>
        <w:t>Fixed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小窗快进、快退按钮迅速点击播放暂停修复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[SDK] 小窗模式返回播放器界面，恢复应用内播放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清晰度切换保持原倍速播放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已知问题修复</w:t>
      </w:r>
    </w:p>
    <w:p>
      <w:pPr>
        <w:pStyle w:val="Heading1"/>
      </w:pPr>
      <w:r>
        <w:t>2.1.1</w:t>
      </w:r>
    </w:p>
    <w:p>
      <w:pPr>
        <w:pStyle w:val="Heading2"/>
      </w:pPr>
      <w:r>
        <w:t>Fixed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【SDK】音频、视频切换黑屏问题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【SDK】播放器、画中画播放状态同步优化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【DEMO】重播UI显示问题修复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【DEMO】seek 时，UI进度同步优化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其他问题修复</w:t>
      </w:r>
    </w:p>
    <w:p>
      <w:pPr>
        <w:pStyle w:val="Heading1"/>
      </w:pPr>
      <w:r>
        <w:t>2.1.0</w:t>
      </w:r>
    </w:p>
    <w:p>
      <w:pPr>
        <w:pStyle w:val="Heading2"/>
      </w:pPr>
      <w:r>
        <w:t>Added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长视频支持片头片尾播放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拖拽进度条支持缩略图预览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支持防盗录跑马灯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小窗支持快进快退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小窗支持退到后台自动启动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相关 demo 代码优化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版本更新记录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