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15 CocoaPods 使用指南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CocoaPods 是 Objective-C 的一个依赖管理器，它可以自动化并简化在项目中使用第三方库的过程。</w:t>
      </w:r>
    </w:p>
    <w:p>
      <w:pPr>
        <w:pStyle w:val="Heading1"/>
      </w:pPr>
      <w:r>
        <w:t>15.1 安装 CocoaPods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你可以用 RubyGems 工具包安装 CocoaPods，安装命令如下：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sudo gem install cocoapods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但有时运行该命令会报错：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ERROR:  While executing gem ... (Gem::FilePermissionError) $ You don't have write permissions for the /usr/bin directory.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原因是 “/usr/bin is protected by system integrity protection and is not writeable by anybody even root. ” 所以要把 CocoaPods 安装在 /usr/local/bin 路径下，使用如下命令：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sudo gem install -n /usr/local/bin cocoapods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install 加上参数 -n 表示 “Directory where executables are located”，参数含义可通过命令 "</w:t>
      </w:r>
      <w:r>
        <w:rPr>
          <w:rFonts w:ascii="Menlo" w:hAnsi="Menlo"/>
          <w:color w:val="444444"/>
          <w:sz w:val="20"/>
        </w:rPr>
        <w:t xml:space="preserve">gem help install" </w:t>
      </w:r>
      <w:r>
        <w:rPr>
          <w:rFonts w:ascii="Source Han Sans SC" w:hAnsi="Source Han Sans SC" w:eastAsia="Source Han Sans SC" w:cs="Source Han Sans SC" w:hint="eastAsia"/>
          <w:sz w:val="21"/>
        </w:rPr>
        <w:t>查询。</w:t>
      </w:r>
    </w:p>
    <w:p>
      <w:pPr>
        <w:pStyle w:val="Heading1"/>
      </w:pPr>
      <w:r>
        <w:t>15.2 更新索引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安装完 CocoaPods 执行 </w:t>
      </w:r>
      <w:r>
        <w:rPr>
          <w:rFonts w:ascii="Menlo" w:hAnsi="Menlo"/>
          <w:color w:val="444444"/>
          <w:sz w:val="20"/>
        </w:rPr>
        <w:t>pod setup</w:t>
      </w:r>
      <w:r>
        <w:rPr>
          <w:rFonts w:ascii="Source Han Sans SC" w:hAnsi="Source Han Sans SC" w:eastAsia="Source Han Sans SC" w:cs="Source Han Sans SC" w:hint="eastAsia"/>
          <w:sz w:val="21"/>
        </w:rPr>
        <w:t>，将所有的项目的 Podspec 文件更新到本地的 ~/.cocoapods/ 目录下。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pod setup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所有的项目的 Podspec 文件都托管在 https://github.com/CocoaPods/Specs.git 上，CocoaPods 在执行 </w:t>
      </w:r>
      <w:r>
        <w:rPr>
          <w:rFonts w:ascii="Menlo" w:hAnsi="Menlo"/>
          <w:color w:val="444444"/>
          <w:sz w:val="20"/>
        </w:rPr>
        <w:t xml:space="preserve">pod install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和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>时，会默认先更新一次 Podspec 索引。如果更新太慢，可修改 repo 地址为国内的镜像，如 gitcafe 的镜像操作命令如下：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pod repo remove master $ pod repo add master https://gitcafe.com/akuandev/Specs.git $ pod repo 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也可修改为 oschina 的镜像 http://git.oschina.net/akuandev/Specs.git。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如果用户 pod 操作时没找到我们最近的 SDK 版本，截图如下：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图片：../../img/CocoaPods_%E5%9B%BE1.png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这种情况就是索引太旧需要更新了，执行命令 </w:t>
      </w:r>
      <w:r>
        <w:rPr>
          <w:rFonts w:ascii="Menlo" w:hAnsi="Menlo"/>
          <w:color w:val="444444"/>
          <w:sz w:val="20"/>
        </w:rPr>
        <w:t>pod repo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即可，或者在 </w:t>
      </w:r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的时候带上参数 </w:t>
      </w:r>
      <w:r>
        <w:rPr>
          <w:rFonts w:ascii="Menlo" w:hAnsi="Menlo"/>
          <w:color w:val="444444"/>
          <w:sz w:val="20"/>
        </w:rPr>
        <w:t>–-repo-update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15.3 `pod install` 和 `pod update` 的区别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执行 </w:t>
      </w:r>
      <w:r>
        <w:rPr>
          <w:rFonts w:ascii="Menlo" w:hAnsi="Menlo"/>
          <w:color w:val="444444"/>
          <w:sz w:val="20"/>
        </w:rPr>
        <w:t xml:space="preserve">pod install 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之后，CocoaPods 会生成一个名为 Podfile.lock 的文件。Podfile.lock 会锁定当前各依赖库的版本，之后如果多次执行 </w:t>
      </w:r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不会更改版本，要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才会改 Podfile.lock 了。这样多人协作的时候，可以防止第三方库升级时造成大家各自的第三方库版本不一致。</w:t>
      </w:r>
    </w:p>
    <w:p>
      <w:r>
        <w:rPr>
          <w:rFonts w:ascii="Menlo" w:hAnsi="Menlo"/>
          <w:color w:val="444444"/>
          <w:sz w:val="20"/>
        </w:rPr>
        <w:t>pod install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只会按照 Podfile 的要求来请求类库，如果类库版本号有变化，那么将获取失败。但是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会更新所有的类库，获取最新版本的类库。每次更改了 Podfile 文件，你都需要重新执行一次 </w:t>
      </w:r>
      <w:r>
        <w:rPr>
          <w:rFonts w:ascii="Menlo" w:hAnsi="Menlo"/>
          <w:color w:val="444444"/>
          <w:sz w:val="20"/>
        </w:rPr>
        <w:t>pod update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命令。</w:t>
      </w:r>
    </w:p>
    <w:p>
      <w:pPr>
        <w:pStyle w:val="Heading1"/>
      </w:pPr>
      <w:r>
        <w:t>15.4 查询 CocoaPods 版本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pod --version</w:t>
      </w:r>
    </w:p>
    <w:p>
      <w:pPr>
        <w:pStyle w:val="Heading1"/>
      </w:pPr>
      <w:r>
        <w:t>15.5 Homebrew &amp; RubyGems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Homebrew 是 Mac 平台的一个包管理工具，提供了许多Mac下没有的Linux工具等。官网：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https://brew.sh</w:t>
      </w:r>
      <w:r>
        <w:rPr>
          <w:rFonts w:ascii="Source Han Sans SC" w:hAnsi="Source Han Sans SC" w:eastAsia="Source Han Sans SC" w:cs="Source Han Sans SC" w:hint="eastAsia"/>
          <w:sz w:val="21"/>
        </w:rPr>
        <w:t>，官网上有安装命令：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/usr/bin/ruby -e "$(curl -fsSL https://raw.githubusercontent.com/Homebrew/install/master/install)"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安装完 Homebrew，就可以用 Homebrew 的命令 brew 来安装 RubyGems，命令安装如下：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 brew install ruby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RubyGems 官网为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https://rubygems.org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CocoaPods 使用指南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