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11. 版本更新记录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本文档记录 iOS 旧点播 SDK（</w:t>
      </w:r>
      <w:r>
        <w:rPr>
          <w:rFonts w:ascii="Menlo" w:hAnsi="Menlo"/>
          <w:color w:val="444444"/>
          <w:sz w:val="20"/>
        </w:rPr>
        <w:t>PolyvVodSDK</w:t>
      </w:r>
      <w:r>
        <w:rPr>
          <w:rFonts w:ascii="Source Han Sans SC" w:hAnsi="Source Han Sans SC" w:eastAsia="Source Han Sans SC" w:cs="Source Han Sans SC" w:hint="eastAsia"/>
          <w:sz w:val="21"/>
        </w:rPr>
        <w:t>）的版本更新内容，便于在集成或升级 SDK 时查看新增能力、优化项、修复项及迁移注意事项。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当前页面已内嵌完整更新记录，无需跳转 GitHub 即可阅读。如需核对源文件，可查看 GitHub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CHANGELOG.md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该项目已发布在 CocoaPods 中，查看各版本可使用 </w:t>
      </w:r>
      <w:r>
        <w:rPr>
          <w:rFonts w:ascii="Menlo" w:hAnsi="Menlo"/>
          <w:color w:val="444444"/>
          <w:sz w:val="19"/>
        </w:rPr>
        <w:t>pod trunk info PolyvVodSDK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命令。</w:t>
      </w:r>
    </w:p>
    <w:p>
      <w:pPr>
        <w:pStyle w:val="Heading1"/>
      </w:pPr>
      <w:r>
        <w:t>[2.26.0] - 2026-05-16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【SDK】增加播放链路日志采集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【DEMO】视频画面支持手势缩放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[2.25.3] - 2026-03-06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【SDK】修复iOS26上拖动进度条后进度条不再更新的问题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[2.25.2] - 2026-01-21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【SDK】【日志】优化日志发送逻辑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[2.25.1] - 2025-12-26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【SDK】httpdns 预解析优化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【SDK、DEMO】iOS16以下系统，倍速播放时观看统计时长优化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[2.25.0] - 2025-12-10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【DEMO、SDK】支持动态域名调度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[2.24.3] - 2025-11-14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【DEMO、SDK】新增雪碧图功能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[2.24.2] - 2025-10-27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【DEMO】接入自研投屏SDK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【SDK】Elog日志特殊字符bug修复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[2.24.1] - 2025-08-29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【DEMO】倍速设置统一为7档设置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【DEMO】字幕支持LaTex 公式显示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【SDK】viewlog 统计优化，支持观看完成度统计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【SDK】音频解码偶现失败问题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[2.24.0] - 2025-06-30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【DEMO】dlna投屏，添加多播能力配置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【SDK】Qos 统计优化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【SDK】Qos 新增stalling 事件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【SDK】多账号模式下，升级到2.19.0以上版本，本地视频崩溃修复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[2.23.0] - 2025-04-21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【DEMO】增加播放线路配置面板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【DEMO、SDK】增加网络状态监控恢复播放机制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【SDK】支持动态加密因子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【DEMO、SDK】Xcode 16适配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【DEMO】优化播放错误弹窗面板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【SDK】优化接口请求超时配置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 优化并启用httpdns优选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【SDK】完善播放异常的日志追溯能力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【DEMO、SDK】优化异常重试时可按当前进度播放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【SDK】PLVIJKPlayer 升级到0.15.0 版本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[2.22.4] - 2025-01-16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【DEMO】新增播放器热力图，自定义标签打点功能。（参考PLVVodSkinPlayerController类的updateSkin 方法）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【SDK】新增enableTeaserBackgroundPlayback 属性，优化片头播放控制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assign) BOOL enableTeaserBackgroundPlayback;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【SDK】iOS 15以下系统，2倍速以上播放，观看时长统计不正确问题修复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[2.22.3] - 2024-11-28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【SDK】新增seek 完成回调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seek完成回调</w:t>
        <w:br/>
        <w:t>@property (nonatomic, copy) void (^seekCompleteHandler)(PLVVodPlayerViewController *player);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【SDK】Elog 日志统计优化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[2.22.2] - 2024-10-12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【DEMO】防系统截屏功能演示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【SDK】断网播放本地视频，报错参数优化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【SDK】IOS18 适配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[2.22.1] - 2024-07-18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【SDK】视频迁移多账号支持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【SDK】某些条件下记忆播放导致的崩溃修复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[2.22.0] - 2024-06-07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【Demo、SDK】支持跳过广告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【Deme、SDK】画中画可隐藏快进快退按钮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【Demo】优化问答题目可点击选项选中答案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【Demo、SDK】字幕样式同步播放器设置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【Demo】修复与其他项目集成可能导致的冲突问题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【Demo、SDK】修复uniapp下载完成3个视频后不会继续下载的问题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【SDK】修复切换倍速后切换清晰度或音频导致倍速显示错误的问题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【SDK】修复弱网环境下获取不到已下载的视频信息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2.21.1升级到2.22.0，需更新demo 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以前旧版本升级至 2.22.0 版本的点播 SDK，需要同步更新 2.22.0版本的 Demo 层代码，以获得新增的功能。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[2.21.1] - 2024-03-19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【SDK】httpdns 获取ipv4、ipv6地址优化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【SDK】部分iPad设备开启画中画崩溃修复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【SDK】广告加载大的gif 图片文件失败修复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2.20.1升级到2.21.0，无需更新demo 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以前旧版本升级至 2.21.0 版本的点播 SDK，需要同步更新 2.20.1 版本的 Demo 层代码，以获得新增的功能。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[2.21.0] - 2024-01-05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【SDK】播放器新增seek参数选项，优化seek 体验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【SDK】播放链接动态域名配置，提升网络抗性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【SDK】AB流视频下载失败修复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2.20.1升级到2.21.0，无需更新demo 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以前旧版本升级至 2.21.0 版本的点播 SDK，需要同步更新 2.20.1 版本的 Demo 层代码，以获得新增的功能。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[2.20.1] - 2023-10-30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【SDK、Demo】Xcode15&amp;iOS17兼容适配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2.20.1 版本的点播 SDK，需要同步更新 2.20.1 版本的 Demo 层代码，以获得本次新增的功能。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[2.20.0] - 2023-09-01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【SDK、Demo】旧版跑马灯移除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【SDK、Demo】优化问答提交统计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【Demo】优化跑马灯显示样式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【SDK】支持溯源水印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【SDK】支持跨端续播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【Demo】修复下载视频出现线路切换问题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【SDK】修复播放第三方URL视频seek失效的问题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【SDK】修复偶发性崩溃问题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【SDK】移除先前版本中未使用的imei字段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2.20.0 版本的点播 SDK，需要同步更新 2.20.0 版本的 Demo 层代码，以获得本次新增的功能。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[2.19.1] - 2023-07-21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【SDK】离线视频鉴权方式修改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【SDK】播放器支持设置起播位置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【SDK】修复userid设置为空引起崩溃的问题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【SDK】修复部分视频音画不同步问题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【SDK】重大安全性升级</w:t>
      </w:r>
    </w:p>
    <w:p>
      <w:pPr>
        <w:pStyle w:val="Heading2"/>
      </w:pPr>
      <w:r>
        <w:t>迁移说明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 2.18.x 及以下版本升级到 2.19.0 及以上版本时，需要注意视频下载的迁移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 2.19.0 版本开始，本地播放视频鉴权方式进行了调整，为了在覆盖升级时兼容已下载的旧版本视频，初始换sdk时会自动迁移，必须严格测试本地缓存视频是否迁移成功。</w:t>
      </w:r>
    </w:p>
    <w:p>
      <w:pPr>
        <w:pStyle w:val="Heading1"/>
      </w:pPr>
      <w:r>
        <w:t>[2.18.4] - 2023-03-15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【SDK】修复错误token引发的崩溃问题。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【SDK】修复偶发性崩溃问题。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2.18.4 版本的点播 SDK，建议同步更新 2.18.4 版本的 Demo 层代码，以获得本次新增的功能。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[2.18.3] - 2022-11-18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【SDK】新增vrm13开关，优化播放体验。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【SDK】vrm13默认使用软解。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【Demo】修复弹幕按钮点击无效果问题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2.18.3 版本的点播 SDK，建议同步更新 2.18.3 版本的 Demo 层代码，以获得本次新增的功能。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[2.18.1] - 2022-10-12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【SDK】新增支持系统画中画播放倍速功能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【SDK】新增支持HttpDNS动态开关功能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【SDK、Demo】新增支持软硬解手动切换功能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2.18.1 版本的点播 SDK，建议同步更新 2.18.1 版本的 Demo 层代码，以获得本次新增的功能。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[2.18.0] - 2022-09-22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【SDK】新增支持播放vrm13加密视频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【SDK】修复连续切换视频的时候，首帧片头不会消失的问题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【SDK】支持bitcode打包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 SDK 层，无需更新 Demo 层代码也可。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若需要更新demo源码，可根据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[2.17.0] - 2022-09-05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【Demo】使用慕享投屏SDK替换乐播投屏SDK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【Demo】适配iOS 16系统旋转屏幕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【SDK】新增httpdns解析结果的日志上报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【SDK】支持本地传入token来播放加密视频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【SDK】支持系统级画中画观看加密视频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【SDK】优化环路滤波配置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【SDK】下载模块增加代码保护，防止崩溃情况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【SDK】修复请求所有下载任务不齐全的问题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【SDK】修复下载任务被提前释放导致更新进度崩溃的问题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2.16.6 版本的点播 SDK，建议同步更新 2.17.0 版本的 Demo 层代码，以获得本次修复的功能。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[2.16.6] - 2022-04-06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【SDK】播放器支持https+ip访问开启了SNI验证的服务器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【SDK】优化m3u8视频错误重试机制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【SDK】新增elog错误信息上报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【SDK】HttpDNS新增鉴权功能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【SDK】初始化支持多个加密串同时使用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【Demo】修复悬浮小窗播放视频的时候，旋转屏幕有黑框的问题。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【Demo】修复播放广告视频之后，跟随系统息屏的问题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【SDK】修复清晰度数量不符的问题。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【SDK】修复音频模式播放导致的手势失效问题。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2.16.6 版本的点播 SDK，建议同步更新 2.16.6 版本的 Demo 层代码，以获得本次修复的功能。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[2.16.5] - 2021-12-02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【Demo】上传视频支持自定义文件名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【Demo】修复闪烁双跑马灯显示两个跑马灯的问题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【Demo】修复断网后seek进度条无效果，断网情况不允许seek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【Demo】修复断网后恢复网络，视频播放进度从0开始的问题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【SDK】修复断网后恢复网络，偶现视频播放黑屏有声音的问题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2.16.5 版本的点播 SDK，建议同步更新 2.16.5 版本的 Demo 层代码，以获得本次修复的功能。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[2.16.4] - 2021-10-10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【Demo】跑马灯2.0发布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【SDK】修复开启记忆播放功能时，切换清晰度/线路影响视频播放开始播放时间的问题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【Demo】修复视频未加载出来时，首帧图片拉伸的问题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【Demo】修复刘海屏全屏播放时，遮挡锁屏按钮的问题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2.16.4 版本的点播 SDK，建议同步更新 2.16.4 版本的 Demo 层代码，以获得本次更新的跑马灯2.0功能。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[2.16.3] - 2021-09-06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【SDK】暂停广告位置参数优化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【Demo】新增知识清单功能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【SDK】修复音频播放seek过程太长的问题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2.16.3 版本的点播 SDK，建议同步更新 2.16.3 版本的 Demo 层代码，以获得本次更新的知识清单功能。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[2.16.2] - 2021-08-06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【Demo】【SDK】新增系统音量控制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【Demo】【SDK】新增根据网络环境提示切换清晰度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【Demo】新增支持顶部/底部弹幕样式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【Demo】限制源视频播放不能切换清晰度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【SDK】“准备”状态的下载任务在调用停止下载方法后，状态改为“停止”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2.16.2 版本的点播 SDK，建议同步更新 2.16.2 版本的 Demo 层代码，以获得本次版本新增和修复的功能。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[2.16.1] - 2021-07-22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【SDK】新增播放外部视频时记忆播放进度和续播功能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【SDK】新增自定义暂停广告大小和位置的功能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【SDK】修复投屏的观看日志统计不到的问题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【SDK】修复请求下载中任务会出现下载完成任务的问题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【Demo】新增屏幕旋转与全半屏状态分离功能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2.16.1 版本的点播 SDK，建议同步更新 2.16.1 版本的 Demo 层代码，以获得屏幕旋转与全半屏状态分离的能力。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[2.16.0] - 2021-06-29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【SDK】适配DRM12方案下的视频播放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本次升级内容主要是SDK 层，无需更新 Demo 层代码。</w:t>
      </w:r>
    </w:p>
    <w:p>
      <w:pPr>
        <w:pStyle w:val="Heading1"/>
      </w:pPr>
      <w:r>
        <w:t>[2.15.2] - 2021-06-10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【SDK】优化广告播放规则，有记忆进度的情况下可配置广告是否跳过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【SDK】修复音频时长比视频时长短的情况下，播放进度不更新的问题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本次升级内容主要是SDK 层，无需更新 Demo 层代码。</w:t>
      </w:r>
    </w:p>
    <w:p>
      <w:pPr>
        <w:pStyle w:val="Heading1"/>
      </w:pPr>
      <w:r>
        <w:t>[2.15.1] - 2021-05-12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【SDK】投屏URL的拼接移动到sdk层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【SDK】投屏URL参数添加base64处理优化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【SDK】FFMpeg打包瘦身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【SDK】修复视频片头播放黑屏的问题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【SDK】修复切换视频时，上一个视频的片头会继续播放的问题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【SDK】修复某些m3u8视频，无法seek到0、无法重播的问题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【SDK】修复后台状态下，无网络恢复为4g网络情况引起崩溃的问题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【SDK】对齐安卓sdk，修改sdk中网络请求的user-agent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【Demo】投屏URL的获取由demo层拼接改为从SDK获取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2.15.1 版本的点播 SDK，建议同步更新 2.15.1 版本的 Demo 层代码，以获得投屏播放时的观看统计能力。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[2.15.0] - 2021-04-14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【SDK】添加视频禁播功能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【SDK】sdk中的http请求更换为https请求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【SDK】解决部分直播转存视频seek卡住的问题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【Demo】问答功能中选择题的显示优化、新增填空题型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【Demo】支持投屏的观看统计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2.15.0 版本的点播 SDK，建议同步更新 2.15.0 版本的 Demo 层代码，以获得最新的问答功能和投屏观看统计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[2.14.1] - 2021-02-25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【SDK】升级PolyvAliHttpDNS到1.8.0以上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【SDK】修复前后台切换视频播放黑屏问题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【SDK】修复切换视频会从上一个视频播放时间开始的问题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【SDK】直播转存视频Seek优化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2.14.1 版本的点播 SDK，建议同步更新 2.14.1 版本的 Demo 层代码。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[2.14.0] - 2020-12-23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【SDK】添加IPV6开关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【SDK】片头逻辑优化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【Demo】增加禁止拖拽的提示信息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【Demo】投屏开始/结束时，起播位置优化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旧版本升级至 2.14.0 版本的点播 SDK，建议同步更新 2.14.0 版本的 Demo 层代码。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[2.13.1] - 2020-11-20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【SDK】支持移除播放器已设置的跑马灯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将播放器 </w:t>
      </w: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的跑马灯属性 </w:t>
      </w:r>
      <w:r>
        <w:rPr>
          <w:rFonts w:ascii="Menlo" w:hAnsi="Menlo"/>
          <w:color w:val="444444"/>
          <w:sz w:val="20"/>
        </w:rPr>
        <w:t>marquee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设为 </w:t>
      </w:r>
      <w:r>
        <w:rPr>
          <w:rFonts w:ascii="Menlo" w:hAnsi="Menlo"/>
          <w:color w:val="444444"/>
          <w:sz w:val="20"/>
        </w:rPr>
        <w:t>nil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时，会移除已设置的跑马灯。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本次升级内容主要是SDK 层，无需更新 Demo 层代码。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如果原先项目代码中存在 </w:t>
      </w:r>
      <w:r>
        <w:rPr>
          <w:rFonts w:ascii="Menlo" w:hAnsi="Menlo"/>
          <w:color w:val="444444"/>
          <w:sz w:val="20"/>
        </w:rPr>
        <w:t>self.marquee = nil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的情况，需做好代码保护，否则会当作移除跑马灯处理。</w:t>
      </w:r>
    </w:p>
    <w:p>
      <w:pPr>
        <w:pStyle w:val="Heading1"/>
      </w:pPr>
      <w:r>
        <w:t>[2.13.0] - 2020-10-26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【SDK】升级IJK播放器依赖库到0.9.1，解决与客户的IJK播放器冲突的问题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【SDK】源文件下载 url 更新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本次升级内容主要是SDK 层，无需更新 Demo 层代码。</w:t>
      </w:r>
    </w:p>
    <w:p>
      <w:pPr>
        <w:pStyle w:val="Heading1"/>
      </w:pPr>
      <w:r>
        <w:t>[2.12.1] - 2020-10-19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【Demo】升级 demo 依赖第三方库乐播投屏 SDK 的版本号到 30226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【SDK】修复获取全部下载任务列表获取不到已下载任务的问题</w:t>
      </w:r>
    </w:p>
    <w:p>
      <w:pPr>
        <w:pStyle w:val="Heading1"/>
      </w:pPr>
      <w:r>
        <w:t>[2.12.0] - 2020-09-08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【Demo】开源点播播放器</w:t>
      </w:r>
      <w:r>
        <w:rPr>
          <w:rFonts w:ascii="Menlo" w:hAnsi="Menlo"/>
          <w:color w:val="444444"/>
          <w:sz w:val="20"/>
        </w:rPr>
        <w:t>PLVVodSkinPlayerController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的布局代码到 Demo 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【Demo】png 图片大小压缩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本次升级内容主要是 Demo 层的更新，如果想获得本次升级内容，除了升级 SDK 到 2.12.0 版本，还需同步更新 2.12.0 版本的 Demo 层代码。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若不便直接更新源码，可根据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diff 变动内容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查看 Demo 层的变动，手动更新Demo层源码</w:t>
      </w:r>
    </w:p>
    <w:p>
      <w:pPr>
        <w:pStyle w:val="Heading1"/>
      </w:pPr>
      <w:r>
        <w:t>[2.11.0] - 2020-07-20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【Demo】开放 PLVVodSkinPlayerController 的属性 maxPosition 为公有属性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【Demo】修复部分机型无法投屏的问题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【SDK】修复播放速率变为 0 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【SDK】安全性升级</w:t>
      </w:r>
    </w:p>
    <w:p>
      <w:pPr>
        <w:pStyle w:val="Heading1"/>
      </w:pPr>
      <w:r>
        <w:t>[2.10.0] - 2020-06-15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【Demo】SDK 账号加密串等统一定义在 </w:t>
      </w:r>
      <w:r>
        <w:rPr>
          <w:rFonts w:ascii="Menlo" w:hAnsi="Menlo"/>
          <w:color w:val="444444"/>
          <w:sz w:val="20"/>
        </w:rPr>
        <w:t>PLVVodAccount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【Demo】修复vid测试播放页面输入框被键盘挡住的bug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【SDK】修复播放器全屏时偶发的崩溃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【SDK】修复记住上一次播放位置有时没生效的bug</w:t>
      </w:r>
    </w:p>
    <w:p>
      <w:pPr>
        <w:pStyle w:val="Heading1"/>
      </w:pPr>
      <w:r>
        <w:t>[2.9.1] - 2020-06-01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【SDK】新增获取当前播放视频 pid 方法和获取实时播放状态的方法：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@interface PLVVodPlayerViewController : UIViewController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(NSString *)getPlayId;// 返回当前播放视频的 pid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(NSDictionary *)getRealPlayStatus; // 返回播放器实时状态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@end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【SDK】根据后台设置控制 Viewlog 发送频率，默认 10 秒发送一次。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【SDK】启动 app 时 iOS 13.4 部分机型偶发性崩溃问题修复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【Demo】悬浮窗示例代码在横竖屏切换时，悬浮窗比例发生变化问题修复，需同步更新悬浮窗开源代码（PolyvOpenSourceModule/Floating）</w:t>
      </w:r>
    </w:p>
    <w:p>
      <w:pPr>
        <w:pStyle w:val="Heading1"/>
      </w:pPr>
      <w:r>
        <w:t>[2.9.0] - 2020-05-19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【SDK】提供参数控制视频预加载视频的时长及大小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PLVVodPlayerViewController : UIViewController</w:t>
        <w:br/>
        <w:t>@property (nonatomic, assign) NSInteger maxCacheSize; // 预加载缓冲大小，单位字节</w:t>
        <w:br/>
        <w:t>@property (nonatomic, assign) NSInteger maxCacheDuration; // 预加载缓冲时长，单位秒</w:t>
        <w:br/>
        <w:t>@property (nonatomic, assign) NSInteger minCacheFrame; // 预加载最小缓冲帧数</w:t>
        <w:br/>
        <w:t>@end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【SDK】支持延迟启动 HttpDNS，默认配置加密串时启动，延迟启动需在配置加密串之前设置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PLVVodSettings : NSObject</w:t>
        <w:br/>
        <w:t>@property (class, nonatomic, assign) BOOL delayHttpDNS; // 延迟启动 HttpDNS，enableHttpDNS 为 YES 时生效，默认 NO</w:t>
        <w:br/>
        <w:t>@property (class, nonatomic, assign) NSInteger delayHttpDNSTime; // 延迟启动 HttpDNS 的时间，delayHttpDNS 为 YES 时生效，默认 2，单位秒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【SDK】支持对播放器设置最多两个 logo，代码示例参考 demo 中的 </w:t>
      </w:r>
      <w:r>
        <w:rPr>
          <w:rFonts w:ascii="Menlo" w:hAnsi="Menlo"/>
          <w:color w:val="444444"/>
          <w:sz w:val="20"/>
        </w:rPr>
        <w:t>- (void)addLogo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@class PLVVodPlayerLogoParam // logo 配置参数类</w:t>
        <w:br/>
        <w:br/>
        <w:t>/// logo 图层 UIView 子类</w:t>
        <w:br/>
        <w:t>@interface PLVVodPlayerLogo : UIView</w:t>
        <w:br/>
        <w:t>- (void)insertLogoWithParam:(PLVVodPlayerLogoParam *)param; // 为 logo 图层添加 logo 图片</w:t>
        <w:br/>
        <w:t>@end</w:t>
        <w:br/>
        <w:br/>
        <w:t>@interface PLVVodPlayerViewController  : UIViewController</w:t>
        <w:br/>
        <w:t>- (void)addPlayerLogo:(PLVVodPlayerLogo *)logo; // 为播放器增加 logo 显示图层</w:t>
        <w:br/>
        <w:t>@end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【Demo】增加投屏功能宏定义 </w:t>
      </w:r>
      <w:r>
        <w:rPr>
          <w:rFonts w:ascii="Menlo" w:hAnsi="Menlo"/>
          <w:color w:val="444444"/>
          <w:sz w:val="20"/>
        </w:rPr>
        <w:t>PLVCastFeature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【SDK】移除依赖库 PLVNetworkDiagnosisTool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【Demo】修复手势滑动播放器改变音量会不准确的问题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【SDK】支持播放 wav 格式的音频文件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【SDK】修复下载视频时偶发的线上崩溃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【SDK】修复内存泄漏导致的线上崩溃</w:t>
      </w:r>
    </w:p>
    <w:p>
      <w:pPr>
        <w:pStyle w:val="Heading1"/>
      </w:pPr>
      <w:r>
        <w:t>[2.8.1] - 2020-05-08</w:t>
      </w:r>
    </w:p>
    <w:p>
      <w:pPr>
        <w:pStyle w:val="Heading2"/>
      </w:pPr>
      <w:r>
        <w:t>修复优化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-【SDK】移除 UIWebView 相关内容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-【SDK】修复后台切换到前台时，界面会发生短暂卡顿的问题</w:t>
      </w:r>
    </w:p>
    <w:p>
      <w:pPr>
        <w:pStyle w:val="Heading1"/>
      </w:pPr>
      <w:r>
        <w:t>[2.8.0] - 2020-03-31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【SDK, Demo】支持长按屏幕快进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PLVVodSkinPlayerController : PLVVodPlayerViewController</w:t>
        <w:br/>
        <w:t>@property (nonatomic, assign) BOOL disableLongPressGesture; // 是否屏蔽长按倍速快进手势，默认为 NO</w:t>
        <w:br/>
        <w:t>@property (nonatomic, assign) double longPressPlaybackRate; // 长按快进时的倍速，默认为 2.0</w:t>
        <w:br/>
        <w:t>@end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【SDK, Demo】增加全屏播放时视频方向设置，需同步更新播放器皮肤（路径 PolyvOpenSourceModule/Skin）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typedef NS_ENUM(NSInteger, PLVVodFullScreenOrientation) {</w:t>
        <w:br/>
        <w:t xml:space="preserve">    PLVVodFullScreenOrientationAuto = 0, // 根据视频宽高比自动判断，当宽高比 &gt;=1 时，横向全屏；当宽高比 &lt;1 时，竖向全屏</w:t>
        <w:br/>
        <w:t xml:space="preserve">    PLVVodFullScreenOrientationPortrait, // 竖向全屏</w:t>
        <w:br/>
        <w:t xml:space="preserve">    PLVVodFullScreenOrientationLandscape, // 横向全屏</w:t>
        <w:br/>
        <w:t>};</w:t>
        <w:br/>
        <w:br/>
        <w:t>@interface PLVVodPlayerViewController : UIViewController</w:t>
        <w:br/>
        <w:t>@property (nonatomic, assign) PLVVodFullScreenOrientation fullScreenOrientation; // 设置全屏方向</w:t>
        <w:br/>
        <w:t>@property (nonatomic, copy) void (^didFullScreenSwitch)(BOOL fullScreen); // 全屏状态变化回调</w:t>
        <w:br/>
        <w:t>- (void)setPlayerFullScreen:(BOOL)full; // 设置播放器是否处于全屏模式</w:t>
        <w:br/>
        <w:t>@end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【Demo】增加禁止拖拽进度条的开关，应在调用方法 </w:t>
      </w:r>
      <w:r>
        <w:rPr>
          <w:rFonts w:ascii="Menlo" w:hAnsi="Menlo"/>
          <w:color w:val="444444"/>
          <w:sz w:val="20"/>
        </w:rPr>
        <w:t>-addPlayerOnPlaceholderView:rootViewController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之前设置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PLVVodSkinPlayerController : PLVVodPlayerViewController</w:t>
        <w:br/>
        <w:t>@property (nonatomic, assign) BOOL restrictedDragging; // 是否限制拖拽进度功能，默认为 NO，可随意拖拽进度</w:t>
        <w:br/>
        <w:t>@property (nonatomic, assign) BOOL allForbidDragging; // 在属性 restrictedDragging 为 YES 的基础上，是否允许对已播放的进度进行拖拽</w:t>
        <w:br/>
        <w:t>@end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【Demo】增加支持悬浮窗播放的功能，需引入 demo 中路径 PolyvOpenSourceModule/Floating 下的开源代码到项目中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【SDK】支持播放离线视频时弹出问答题目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【SDK】请求视频资源时区分下载和播放行为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【Demo】关闭弹幕开关失效问题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【SDK】子线程中播放可能导致的崩溃问题</w:t>
      </w:r>
    </w:p>
    <w:p>
      <w:pPr>
        <w:pStyle w:val="Heading1"/>
      </w:pPr>
      <w:r>
        <w:t>[2.7.1] - 2020-03-22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</w:t>
      </w: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增加以下方法：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迁移已经缓存的视频数据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(BOOL)moveDownloadVideoFromSourceDir:(NSString *)sourceDir toDestDir:(NSString *)destDir;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开始指定vid视频下载，根据priority 参数执行不同的下载策略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(void)startDownloadWithVid:(NSString *)vid highPriority:(BOOL)priority;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停止下载指定视频，可选择是否自动开启下一个视频的下载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(void)stopDownloadWithVid:(NSString *)vid autoNext:(BOOL)autoNext;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</w:t>
      </w: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新增 </w:t>
      </w:r>
      <w:r>
        <w:rPr>
          <w:rFonts w:ascii="Menlo" w:hAnsi="Menlo"/>
          <w:color w:val="444444"/>
          <w:sz w:val="20"/>
        </w:rPr>
        <w:t>-leavePlayerWithPause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```objective-c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/// 离开播放器并暂停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(void)leavePlayerWithPause;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【SDK】支持 pod subspec 方式集成，可解决依赖库冲突问题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【SDK】子线程中销毁播放器导致的崩溃问题</w:t>
      </w:r>
    </w:p>
    <w:p>
      <w:pPr>
        <w:pStyle w:val="Heading1"/>
      </w:pPr>
      <w:r>
        <w:t>[2.7.0] - 2020-01-06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【SDK】更改依赖库 PolyvIJKPlayer 为动态库，同时，PolyvIJKPlayer 的 framework 包名从 IJKMediaFramework 改为 PolyvIJKMediaFramework</w:t>
      </w:r>
    </w:p>
    <w:p>
      <w:pPr>
        <w:pStyle w:val="Heading1"/>
      </w:pPr>
      <w:r>
        <w:t>[2.6.6] - 2020-01-06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增加视频内容观看时长的接口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 增加视频播放软硬解设置接口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增加seek 的elog 统计事件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基于appId 维度的流量数据统计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assign, readonly) NSTimeInterval videoContentPlayedTime;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观看的视频内容时长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isVideoToolBox;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默认硬解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统一 viewlog params 的传值方式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支持动态设置是否允许后台播放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子帐号签名规则修改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iOS 13下所有输入框联想提示无法选择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[demo] 解决与云课堂sdk 的冲突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确保播放器主线程播放，避免部分场景下iOS 13 系统上崩溃</w:t>
      </w:r>
    </w:p>
    <w:p>
      <w:pPr>
        <w:pStyle w:val="Heading1"/>
      </w:pPr>
      <w:r>
        <w:t>[2.6.5] - 2019-10-28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支持三分屏播放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视频加载时显示加载网速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增加当前播放进度回调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pptEnable;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三分屏功能开关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(^playbackProgressHandler)(PLVVodPlayerViewController *player, NSTimeInterval curPlayTime);</w:t>
      </w:r>
      <w:r>
        <w:rPr>
          <w:rFonts w:ascii="Source Han Sans SC" w:hAnsi="Source Han Sans SC" w:eastAsia="Source Han Sans SC" w:cs="Source Han Sans SC" w:hint="eastAsia"/>
          <w:sz w:val="21"/>
        </w:rPr>
        <w:t>播放进度回调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PLVPPTSimpleDetailController</w:t>
      </w:r>
      <w:r>
        <w:rPr>
          <w:rFonts w:ascii="Source Han Sans SC" w:hAnsi="Source Han Sans SC" w:eastAsia="Source Han Sans SC" w:cs="Source Han Sans SC" w:hint="eastAsia"/>
          <w:sz w:val="21"/>
        </w:rPr>
        <w:t>：三分屏功能播放页(DEMO)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点播viewlog 补充flow 播放流量字段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vid 合法性判断逻辑优化，优化错误提示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清除下载目录所有视频时，同时清除数据库记录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自动播放参数在setURL 方法不生效问题修复</w:t>
      </w:r>
    </w:p>
    <w:p>
      <w:pPr>
        <w:pStyle w:val="Heading1"/>
      </w:pPr>
      <w:r>
        <w:t>[2.6.4] - 2019-08-13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点播子账号支持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自定义片头支持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本地问答功能支持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随机更新自定义问答支持（demo）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发送弹幕接口增加返回弹幕id及参数校验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>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 (instancetype)settingsWithAppId:(NSString *)appId secretKey:(NSString *)secretKey userId:(NSString *)userId;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点播子账号初始化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PLVVodExam</w:t>
      </w:r>
      <w:r>
        <w:rPr>
          <w:rFonts w:ascii="Source Han Sans SC" w:hAnsi="Source Han Sans SC" w:eastAsia="Source Han Sans SC" w:cs="Source Han Sans SC" w:hint="eastAsia"/>
          <w:sz w:val="21"/>
        </w:rPr>
        <w:t>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 (NSArray  *)localExamsWithVid:(NSString *)vid downloadDir:(NSString *)downloadDir;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获取本地问答数据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 (BOOL)setCustomTeaser:(NSString *)teaserUrl teaserDuration:(NSInteger )teaserDuration;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设置自定义片头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m3u8 播放地址支持httpdns 解析播放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跑马灯支持设置固定时间间隔，更新至0.0.4 版本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部分视频播放结束时间与视频时长不一致问题修复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部分旧视频请求Key 404报错 问题修复</w:t>
      </w:r>
    </w:p>
    <w:p>
      <w:pPr>
        <w:pStyle w:val="Heading1"/>
      </w:pPr>
      <w:r>
        <w:t>[2.6.3] - 2019-06-25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增加离线播放发送viewlog 日志的开关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第三方视频播放，支持自定义请求header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enableLocalViewLog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离线播放发送viewlog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 (void)setURL:(NSURL *)videoUrl withHeaders:(NSDictionary *)headers;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第三方播放链接可自定义header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播放器网络错误的重试优化，提示优化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发送elog 错误日志完善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音频播放模式，自动播放开关设置无效问题修复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横竖屏切换，跑马灯可能显示在视图区域外问题修复</w:t>
      </w:r>
    </w:p>
    <w:p>
      <w:pPr>
        <w:pStyle w:val="Heading1"/>
      </w:pPr>
      <w:r>
        <w:t>[2.6.2] - 2019-05-20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新增视频上传功能，集成方式 pod 'PLVVodUploadSDK', '~&gt; 0.1.0'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详细集成方式参见：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上传SDK 集成说明</w:t>
      </w:r>
    </w:p>
    <w:p>
      <w:pPr>
        <w:pStyle w:val="Heading1"/>
      </w:pPr>
      <w:r>
        <w:t>[2.6.1] - 2019-05-20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下载支持多账号功能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本地视频播放支持显示字幕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播放器提供显示问答的接口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播放器新增方法获取视频宽高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isMultiAccount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多账号支持开关，默认NO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NSString *previousDownloadDir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单帐号时所设置的视频下载目录，用于旧账号数据迁移到新账号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-switchDownloadAccount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登入或切换到具体账号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-logoutMultiAccount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登出当前帐号，登出后，会采用默认帐号进行下载相关操作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PLVVodExam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+createExamWithDic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将问答信息字典转为 PLVVodExam 模型对象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+createExamArrayWithDicArray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将问答信息字典数组 转为 PLVVodExam 模型对象数组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-getVideoSize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获取视频的宽高，在视频播放就绪后可获取到数值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直播转存点播，聊天室消息以弹幕形式加载到播放器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弹幕接口升级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增加播放失败重试机制，自动切换码率/切换线路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优化播放逻辑，高码率视频还未编码成功，自动切换到低码率视频播放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qos buffer 统计二次缓冲时间不准确问题修复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修改数据库默认路径，解决存储空间满时数据库可能被系统清理的问题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开辟新线程执行解压操作，解决其他下载中视频数据接收回调方法不执行问题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修复网络状态连续变化时可能引发的崩溃</w:t>
      </w:r>
    </w:p>
    <w:p>
      <w:pPr>
        <w:pStyle w:val="Heading1"/>
      </w:pPr>
      <w:r>
        <w:t>[2.6.0] - 2019-05-15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新增音频文件下载功能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视频播放时提示网络类型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新增视频解压进度回调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播放统计，新增viewerAvatar 参数，统计观看用户头像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  新增数据类型，用于下载管理各接口参数传递，兼容视频/音频文件处理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videoParamsWithVid:fileType: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初始化方法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新增兼容音频/视频下载管理的接口，无需音频下载的用户建议使用旧方法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+downloadAudio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音频文件下载方法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-startDownloadWithVideoParams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从指定视频/音频文件开始下载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-stopDownloadWithVideoParams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停止下载指定的视频/音频文件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-removeDownloadWithVideoParams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移除视频/音频下载任务，并删除对应文件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-requestDownloadInfoWithVideoParams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获取视频/音频下载详细信息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-removeVideoWithVideoParams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删除指定视频/音频文件 （与下载任务无关）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PLVVodNetworkTipsView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(Demo) 在线视频播放时提示网络类型，用户进一步选择播放或取消，具体实现参考demo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(^playBtnClickBlock) (void);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按钮点击回调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显示提示框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-hide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隐藏提示框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新增视频解压进度回调,优化下载进度UI展示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(^unzipProgressDidChangeBlock)(PLVVodDownloadInfo *info)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PLVVodSettings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播放统计，新增viewerAvatar 参数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NSString *viewerAvatar;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播放统计，音视频/线路/码率切换时统一观看时长统计规则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默认开启httpdns 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优化ats设置，httpdns不依赖ats设置；投屏功能依赖ats设置，需要支持http请求。具体设置参考demo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问答区分单选多选题型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 退到后台时，保存当前播放进度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问答解析窗在竖直画布时布局不正确；答题后旋转屏幕，选项可能被遮挡；问答窗在iPad上被遮挡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问答点击“跳过”，播放视频回退问题修复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问答窗，问题标题过长显示不全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解决精准Seek下出现视频慢放问题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解决缓冲进度条闪动的问题</w:t>
      </w:r>
    </w:p>
    <w:p>
      <w:pPr>
        <w:pStyle w:val="Heading1"/>
      </w:pPr>
      <w:r>
        <w:t>[2.5.6] - 2019-04-03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新增播放器防录屏功能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播放器支持多线路切换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竖屏小窗播放，支持自定义清晰度/线路倍速按钮显示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  新增音频文件线路属性，用于线路切换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strong, readonly) NSArray *availableVoiceRouteLines;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，防录屏功能，默认NO 关闭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videoCaptureProtect;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PLVVodShrinkscreenView</w:t>
      </w:r>
      <w:r>
        <w:rPr>
          <w:rFonts w:ascii="Source Han Sans SC" w:hAnsi="Source Han Sans SC" w:eastAsia="Source Han Sans SC" w:cs="Source Han Sans SC" w:hint="eastAsia"/>
          <w:sz w:val="21"/>
        </w:rPr>
        <w:t>，（DEMO）小窗播放，自定义显示按钮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isShowRouteline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是否显示线路按钮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isShowRate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是否显示速率按钮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isShowQuality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是否显示清晰度按钮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视频播放前显示视频封面图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投屏组件增加注释、针对防录屏功能的使用时机进行注释说明、默认投屏按钮隐藏（客户使用投屏功能，只需解开注释即可）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竖屏切换到横屏，跑马灯始终显示在中间不变化问题修复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视频可播放但未开始播放，seek 失效问题修复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删除视频，数据库记录会重建问题修复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删除全部视频，autoStar 自动下载失效问题修复</w:t>
      </w:r>
    </w:p>
    <w:p>
      <w:pPr>
        <w:pStyle w:val="Heading1"/>
      </w:pPr>
      <w:r>
        <w:t>[2.5.5] - 2019-02-26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播放器新增视频打点功能，具体实现参考demo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，新增视频打点信息点击回调，传递被选中的打点信息索引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(^videoTipsSelectedHandler)(NSUInteger tipIndex);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PLVVodPlayerSkin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-addVideoPlayTips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 添加视频打点信息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-showVideoPlayTips</w:t>
      </w:r>
      <w:r>
        <w:rPr>
          <w:rFonts w:ascii="Source Han Sans SC" w:hAnsi="Source Han Sans SC" w:eastAsia="Source Han Sans SC" w:cs="Source Han Sans SC" w:hint="eastAsia"/>
          <w:sz w:val="21"/>
        </w:rPr>
        <w:t>，展示视频打点信息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void(^plvVideoTipsPlayerBlock)(NSUInteger playIndex);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点击打点信息播放事件处理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投屏功能sdk升级，部分bug修复</w:t>
      </w:r>
    </w:p>
    <w:p>
      <w:pPr>
        <w:pStyle w:val="Heading1"/>
      </w:pPr>
      <w:r>
        <w:t>[2.5.4] - 2019-02-15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播放器新增投屏功能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播放器新增锁屏键功能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PLVVodPlayUtil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,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requestCastKeyIvWitVideo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根据video模型获取投屏加密信息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PLVCastBusinessManager</w:t>
      </w:r>
      <w:r>
        <w:rPr>
          <w:rFonts w:ascii="Source Han Sans SC" w:hAnsi="Source Han Sans SC" w:eastAsia="Source Han Sans SC" w:cs="Source Han Sans SC" w:hint="eastAsia"/>
          <w:sz w:val="21"/>
        </w:rPr>
        <w:t>，新增投屏业务管理类，部分方法如下，具体实现参考demo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-initCastBusinessWithListPlaceholderView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初始化投屏功能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启用投屏功能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PLVCastManager</w:t>
      </w:r>
      <w:r>
        <w:rPr>
          <w:rFonts w:ascii="Source Han Sans SC" w:hAnsi="Source Han Sans SC" w:eastAsia="Source Han Sans SC" w:cs="Source Han Sans SC" w:hint="eastAsia"/>
          <w:sz w:val="21"/>
        </w:rPr>
        <w:t>，新增投屏管理器，部分方法如下，具体实现参考demo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+getCastAuthorization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获取投屏权限，可在AppDelegate中提前调用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+authorizationInfoIsLegal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是否已设置授权信息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-quitAllFuntionc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停止投屏功能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-startPlayWithVideo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开始视频播放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-pause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暂停播放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-resume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恢复播放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-stop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停止播放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PLVCastManagerDelegate</w:t>
      </w:r>
      <w:r>
        <w:rPr>
          <w:rFonts w:ascii="Source Han Sans SC" w:hAnsi="Source Han Sans SC" w:eastAsia="Source Han Sans SC" w:cs="Source Han Sans SC" w:hint="eastAsia"/>
          <w:sz w:val="21"/>
        </w:rPr>
        <w:t>，新增投屏管理器代理协议，部分代理方法如下，具体实现参考demo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-plvCastManager_findServices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设备搜索发现设备回调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-plvCastManager_connectServicesResult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设备连接回调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-plvCastManager_castError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投屏错误回调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-plvCastManager_playStatusChangedWithStatus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播放状态回调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-plvCastManager_playTimeChangedWithCurrentTime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播放进度回调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PLVVodLockScreenView</w:t>
      </w:r>
      <w:r>
        <w:rPr>
          <w:rFonts w:ascii="Source Han Sans SC" w:hAnsi="Source Han Sans SC" w:eastAsia="Source Han Sans SC" w:cs="Source Han Sans SC" w:hint="eastAsia"/>
          <w:sz w:val="21"/>
        </w:rPr>
        <w:t>，新增播放器锁屏键功能，具体实现参考demo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ijkplayer 升级到0.4.0 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播放音频时显示首图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问答播放器优化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播放器点击进度条，可以seek到指定位置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切换清晰度时记住原播放速率优化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适配无UI音频播放场景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部分直播转存视频播放完毕后重播失败问题修复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片头/片头广告未播放完毕，切换视频声音重叠问题修复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部分场景下导致vid为空而在setVideo时出现崩溃问题修复</w:t>
      </w:r>
    </w:p>
    <w:p>
      <w:pPr>
        <w:pStyle w:val="Heading1"/>
      </w:pPr>
      <w:r>
        <w:t>[2.5.3] - 2018-12-17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，支持多任务下载功能，1～3 个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NSUInteger maxRuningCount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设置同时下载的最大任务数，默认为1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 (Database)</w:t>
      </w:r>
      <w:r>
        <w:rPr>
          <w:rFonts w:ascii="Source Han Sans SC" w:hAnsi="Source Han Sans SC" w:eastAsia="Source Han Sans SC" w:cs="Source Han Sans SC" w:hint="eastAsia"/>
          <w:sz w:val="21"/>
        </w:rPr>
        <w:t>，新增下载管理分类，拓展sdk 数据库功能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-createExtendTableWithClass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创建扩展表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-insertOrUpdateWithExtendInfo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插入或更新一条记录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-getExtendInfoWithClass:condition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根据条件查询记录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-getAllExtendInfoWithClass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查询所有记录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-deleteExtendInfoWithClass:condition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根据条件删除一条记录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-deleteAllExtendInfoWithClass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删除所有记录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PLVVodExtendVideoInfo</w:t>
      </w:r>
      <w:r>
        <w:rPr>
          <w:rFonts w:ascii="Source Han Sans SC" w:hAnsi="Source Han Sans SC" w:eastAsia="Source Han Sans SC" w:cs="Source Han Sans SC" w:hint="eastAsia"/>
          <w:sz w:val="21"/>
        </w:rPr>
        <w:t>，（Demo）数据库拓展表结构示例，具体参考demo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PLVVodDBManager</w:t>
      </w:r>
      <w:r>
        <w:rPr>
          <w:rFonts w:ascii="Source Han Sans SC" w:hAnsi="Source Han Sans SC" w:eastAsia="Source Han Sans SC" w:cs="Source Han Sans SC" w:hint="eastAsia"/>
          <w:sz w:val="21"/>
        </w:rPr>
        <w:t>，（Demo）新增PLVVodDBManager 二次封装sdk 数据库操作api，方便应用处理，具体参考demo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，增加seekType属性，实现精确seek功能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PLVVodPlaySeekType seekType;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PLVSubtitleManager</w:t>
      </w:r>
      <w:r>
        <w:rPr>
          <w:rFonts w:ascii="Source Han Sans SC" w:hAnsi="Source Han Sans SC" w:eastAsia="Source Han Sans SC" w:cs="Source Han Sans SC" w:hint="eastAsia"/>
          <w:sz w:val="21"/>
        </w:rPr>
        <w:t>，（Demo）播放器支持顶部显示字幕功能，pod 'PLVSubtitle', '~&gt; 0.1.0'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-managerWithSubtitle:lale:topLable:error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支持顶部显示字幕初始化方法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PLVVodServiceUtil</w:t>
      </w:r>
      <w:r>
        <w:rPr>
          <w:rFonts w:ascii="Source Han Sans SC" w:hAnsi="Source Han Sans SC" w:eastAsia="Source Han Sans SC" w:cs="Source Han Sans SC" w:hint="eastAsia"/>
          <w:sz w:val="21"/>
        </w:rPr>
        <w:t>，（Demo）添加批量获取视频播放次数接口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-requestPlayTimesWithVids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根据vid数组批量获取播放次数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Cocoapods 支持动态库方式集成sdk，解决与其他音视频sdk部分冲突问题,集成方式：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pod 'PolyvVodSDK_Dylib'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答题正确，不能续播而是重新播放问题修复 （Demo）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音频模式下，从后台回到前台，播放动画停止问题修复 （Demo）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长按皮肤功能设置按钮，播放器皮肤再也无法显示问题修复 （Demo）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断点数据失效后，视频不能再次下载问题修复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播放器已经退出，部分场景下仍会中断第三方App后台播放问题修复</w:t>
      </w:r>
    </w:p>
    <w:p>
      <w:pPr>
        <w:pStyle w:val="Heading1"/>
      </w:pPr>
      <w:r>
        <w:t>[2.5.2] - 2018-11-08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，支持URL播放视频，兼容第三方平台视频播放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-setURL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通过URL 播放/切换视频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PLVVodPlayerUtil</w:t>
      </w:r>
      <w:r>
        <w:rPr>
          <w:rFonts w:ascii="Source Han Sans SC" w:hAnsi="Source Han Sans SC" w:eastAsia="Source Han Sans SC" w:cs="Source Han Sans SC" w:hint="eastAsia"/>
          <w:sz w:val="21"/>
        </w:rPr>
        <w:t>，新增播放器工具类，提供播放进度，播放进度时间戳获取方法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-lastPositionWithVid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通过vid获取上一次播放进度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-lastPositionTimestampWithVid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通过vid获取上一次播放进度时间戳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，新增循环播放属性（暂不支持m3u8视频），适用短视频播放场景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assign) BOOL enablePlayRecycle;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PLVVodErrorUtil</w:t>
      </w:r>
      <w:r>
        <w:rPr>
          <w:rFonts w:ascii="Source Han Sans SC" w:hAnsi="Source Han Sans SC" w:eastAsia="Source Han Sans SC" w:cs="Source Han Sans SC" w:hint="eastAsia"/>
          <w:sz w:val="21"/>
        </w:rPr>
        <w:t>，Demo 中新增错误处理工具类，根据错误码返回错误提示，支持自定义错误提示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-getErrorMsgWithCode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根据错误码返回错误提示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PLVVodServiceUtil</w:t>
      </w:r>
      <w:r>
        <w:rPr>
          <w:rFonts w:ascii="Source Han Sans SC" w:hAnsi="Source Han Sans SC" w:eastAsia="Source Han Sans SC" w:cs="Source Han Sans SC" w:hint="eastAsia"/>
          <w:sz w:val="21"/>
        </w:rPr>
        <w:t>，Demo 中新增业务工具类，提供相关拓展的API 接口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-requestVideoListWithAccount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 根据子账户，视频分类id等参数，获取视频列表信息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PLVVodVideo 模型title属性修改为可读写，用户可自定义设置title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播放器音量调节，可选择调节系统音量还是播放器音量，参见Demo  PLVVodSkinPlayerController 类中音量调节逻辑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1.0 升级到2.0，已缓存视频兼容问题修复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播放令牌接口，viewerId,viewerName 支持base64编码，修复参数含中文字符时获取token失败问题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同一播放器切换视频后，数据统计错误问题修复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非ViewDidLoad 函数中初始化播放器，iPad 上崩溃问题修复</w:t>
      </w:r>
    </w:p>
    <w:p>
      <w:pPr>
        <w:pStyle w:val="Heading1"/>
      </w:pPr>
      <w:r>
        <w:t>[2.5.1] - 2018-09-26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调用Api 进行码率切换，切换后视频会暂停播放问题修复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添加视频到下载队列，立即保存记录到数据库，解决退出app 后有时不能保存下载记录的问题</w:t>
      </w:r>
    </w:p>
    <w:p>
      <w:pPr>
        <w:pStyle w:val="Heading1"/>
      </w:pPr>
      <w:r>
        <w:t>[2.5.0] - 2018-09-17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，下载队列中添加指定视频的暂停/开始功能，用法参见demo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-startDownloadWithVid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开始下载指定视频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-stopDownloadWithVid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停止下载指定视频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，新增从数据库中获取缓存中/已缓存视频列表信息，用法参见demo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-requstDownloadProcessingListWithCompletion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从数据库中获取所有缓存中视频信息（准备缓存，缓存中，缓存失败 等等）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-requestDownloadCompleteList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从数据库获取所有已缓存成功视频信息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，新增单个视频的下载完成回调，用法参见demo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void(^downloadCompleteBlock)(PLVVodDownloadInfo *info);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，新增根据vid 获取下载信息方法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 xml:space="preserve">-requestDownloadInfoWithVid 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PLVVodVideo</w:t>
      </w:r>
      <w:r>
        <w:rPr>
          <w:rFonts w:ascii="Source Han Sans SC" w:hAnsi="Source Han Sans SC" w:eastAsia="Source Han Sans SC" w:cs="Source Han Sans SC" w:hint="eastAsia"/>
          <w:sz w:val="21"/>
        </w:rPr>
        <w:t>，新增videojson 获取方法，此方法自动更新保存videojson 到本地数据库，且优先返回本地数据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 xml:space="preserve">-requestVideoPriorityCacheWithVid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添加视频到下载队列，获取videojson 时优先使用该方法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增加视频详情数据库缓存功能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下载页面改版，界面交互优化为缓存中/已缓存 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优化已缓存界面展示播放逻辑，先通过-localVideos 方法从本地目录获取已缓存视频列表基本信息，再通过-requestDownloadCompleteList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获取已缓存视频列表详细信息，组合数据后分别用于本地视频播放与界面展示。详见demo。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恢复HLS 加密视频zip 下载方式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mp4 / flv 等单文件视频下载，支持后台下载功能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中 </w:t>
      </w:r>
      <w:r>
        <w:rPr>
          <w:rFonts w:ascii="Menlo" w:hAnsi="Menlo"/>
          <w:color w:val="444444"/>
          <w:sz w:val="20"/>
        </w:rPr>
        <w:t>-localVideos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方法bug修复，过滤未缓存完成的HLS 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播放器Ipad 横竖屏适配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部分源文件视频播放失败修复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断网后再联网，下载状态不正确问题修复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提升下载功能的整体稳定性</w:t>
      </w:r>
    </w:p>
    <w:p>
      <w:pPr>
        <w:pStyle w:val="Heading1"/>
      </w:pPr>
      <w:r>
        <w:t>[2.4.1] - 2018-08-31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播放器支持默认音频播放功能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，新增正常播放结束标志属性，用于判断播放器是正常播放结束，还是异常播放结束；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readonly) BOOL reachEndSuccess;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，新增播放恢复回调，播放异常结束后，该block每5s回调一次，在该block中可实现恢复播放逻辑;具体可参考PLVVodSkinPlayerController 文件中相关逻辑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(^playbackRecoveryHandle)(PLVVodPlayerViewController *player);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码率切换，视频会重新播放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视频播放结束，不能区分是正常结束，还是异常结束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同一个播放器播放不同视频，不能准确记录各个视频的历史播放位置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断网状态播放离线视频，视频总时长显示错误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播放器解析的视频时长与videojson的视频时长不一致，导致错误记录历史播放位置，再次播放视频总是从最后几秒开始播放</w:t>
      </w:r>
    </w:p>
    <w:p>
      <w:pPr>
        <w:pStyle w:val="Heading1"/>
      </w:pPr>
      <w:r>
        <w:t>[2.4.0] - 2018-07-16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，添加App 进入前台，后台状态时的方法，用于提升后台下载的稳定性；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-applicationWillEnterForeground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App 回到前台调用，具体参考AppDelegate 里面调用方式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-applicationDidEnterBackground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App 切换到后台调用，具体参考AppDelegate 里面调用方式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优化下载逻辑，提升后台下载的稳定性</w:t>
      </w:r>
    </w:p>
    <w:p>
      <w:pPr>
        <w:pStyle w:val="Heading1"/>
      </w:pPr>
      <w:r>
        <w:t>[2.3.3] - 2018-06-26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，添加App即将终止运行时的调用方法，修改并保存视频下载状态，用于App下次启动时恢复视频下载状态；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-applicationWillTerminate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紧急修复视频下载过程中，App终止运行，再次启动App 后，下载列表视频状态不正确，且不能正常下载视频的问题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一般修复码率切换后，播放器倍速显示不匹配的问题</w:t>
      </w:r>
    </w:p>
    <w:p>
      <w:pPr>
        <w:pStyle w:val="Heading1"/>
      </w:pPr>
      <w:r>
        <w:t>[2.3.0] - 2018-06-08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增加音视频播放切换功能，具体用法参考 demo中 PLVVodSkinPlayerController 的例子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解决断网状态，不能播放本地已经下载视频的bug</w:t>
      </w:r>
    </w:p>
    <w:p>
      <w:pPr>
        <w:pStyle w:val="Heading1"/>
      </w:pPr>
      <w:r>
        <w:t>[2.2.0] - 2018-04-12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, 补充兼容 1.x.x 离线视频方法；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-compatibleWithPreviousVideos</w:t>
      </w:r>
    </w:p>
    <w:p>
      <w:pPr>
        <w:pStyle w:val="Heading1"/>
      </w:pPr>
      <w:r>
        <w:t>[2.1.0] - 2018-03-27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，添加是否就绪播放回调；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(^preparedToPlayHandler)(PLVVodPlayerViewController *player);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，添加播放状态回调；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(^playbackStateHandler)(PLVVodPlayerViewController *player);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，添加加载状态回调；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(^loadStateHandler)(PLVVodPlayerViewController *player);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，添加播放结束回调；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@property (nonatomic, copy) void (^reachEndHandler)(PLVVodPlayerViewController *player);</w:t>
      </w:r>
    </w:p>
    <w:p>
      <w:pPr>
        <w:pStyle w:val="Heading1"/>
      </w:pPr>
      <w:r>
        <w:t>[2.0.0] - 2018-03-21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优化接口文档注释；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 </w:t>
      </w:r>
      <w:r>
        <w:rPr>
          <w:rFonts w:ascii="Menlo" w:hAnsi="Menlo"/>
          <w:color w:val="444444"/>
          <w:sz w:val="20"/>
        </w:rPr>
        <w:t>autoContinue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命名更改为更为准确的 </w:t>
      </w:r>
      <w:r>
        <w:rPr>
          <w:rFonts w:ascii="Menlo" w:hAnsi="Menlo"/>
          <w:color w:val="444444"/>
          <w:sz w:val="20"/>
        </w:rPr>
        <w:t>rememberLastPosition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</w:p>
    <w:p>
      <w:pPr>
        <w:pStyle w:val="Heading1"/>
      </w:pPr>
      <w:r>
        <w:t>[2.0.0] - 2018-03-19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优化接口文档注释，为类、枚举、常量添加文档注释；</w:t>
      </w:r>
    </w:p>
    <w:p>
      <w:pPr>
        <w:pStyle w:val="Heading1"/>
      </w:pPr>
      <w:r>
        <w:t>[2.0.0] - 2018-03-16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问答增加错误注解、正确注解属性与逻辑；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优化切换视频时更新播放器状态值逻辑；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优化接口文档注释，添加默认值的描述；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优化自动播放逻辑；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更新版本号；</w:t>
      </w:r>
    </w:p>
    <w:p>
      <w:pPr>
        <w:pStyle w:val="Heading1"/>
      </w:pPr>
      <w:r>
        <w:t>[0.0.5] - 2018-03-14</w:t>
      </w:r>
    </w:p>
    <w:p>
      <w:pPr>
        <w:pStyle w:val="Heading2"/>
      </w:pPr>
      <w:r>
        <w:t>新增功能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添加错误类型“视频与账号不匹配”；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添加网络监测功能；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添加错误类型“网络不可达”；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 viewlog、Qos 和错误收集建立缓存队列；</w:t>
      </w:r>
    </w:p>
    <w:p>
      <w:pPr>
        <w:pStyle w:val="Heading2"/>
      </w:pPr>
      <w:r>
        <w:t>调整优化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优化播放器界面布局；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优化广告播放器布局；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优化广告播放逻辑；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优化片头播放逻辑；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优化播放器事件回调；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优化下载管理器接口；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- (void)requestDownloadInfosWithCompletion:(void (^)(NSMutableArray *downloadInfos))completion;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- (void)requestDownloadInfosWithCompletion:(void (^)(NSArray *downloadInfos))completion;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优化自动续播逻辑；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优化广告状态回调；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优化无广告时的 UI；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优化 </w:t>
      </w:r>
      <w:r>
        <w:rPr>
          <w:rFonts w:ascii="Menlo" w:hAnsi="Menlo"/>
          <w:color w:val="444444"/>
          <w:sz w:val="20"/>
        </w:rPr>
        <w:t>PLVVodVideo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添加 </w:t>
      </w:r>
      <w:r>
        <w:rPr>
          <w:rFonts w:ascii="Menlo" w:hAnsi="Menlo"/>
          <w:color w:val="444444"/>
          <w:sz w:val="20"/>
        </w:rPr>
        <w:t>PLVVodVideo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对象描述；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 </w:t>
      </w:r>
      <w:r>
        <w:rPr>
          <w:rFonts w:ascii="Menlo" w:hAnsi="Menlo"/>
          <w:color w:val="444444"/>
          <w:sz w:val="20"/>
        </w:rPr>
        <w:t>NSStringFromPLVVodAdType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NSStringFromPLVVodAdLocation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函数；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优化广告匹配逻辑，实现每种广告按照其所在的分类中回溯寻找、设置广告；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优化播放器跑马灯视图层级；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优化网络请求错误日志；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优化本地视频文件大小的获取；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优化移除下载任务逻辑；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Menlo" w:hAnsi="Menlo"/>
          <w:color w:val="444444"/>
          <w:sz w:val="20"/>
        </w:rPr>
        <w:t>enableBackgroundDownload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 iOS 8 以上默认为 YES；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优化 </w:t>
      </w:r>
      <w:r>
        <w:rPr>
          <w:rFonts w:ascii="Menlo" w:hAnsi="Menlo"/>
          <w:color w:val="444444"/>
          <w:sz w:val="20"/>
        </w:rPr>
        <w:t>PLVVodVideo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-available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优化 </w:t>
      </w:r>
      <w:r>
        <w:rPr>
          <w:rFonts w:ascii="Menlo" w:hAnsi="Menlo"/>
          <w:color w:val="444444"/>
          <w:sz w:val="20"/>
        </w:rPr>
        <w:t>PLVVodDownloadManager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无法创建下载器时的错误回调；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 httpDNS 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优化代码文档注释；</w:t>
      </w:r>
    </w:p>
    <w:p>
      <w:pPr>
        <w:pStyle w:val="Heading2"/>
      </w:pPr>
      <w:r>
        <w:t>移除内容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PLVVodPlayerViewController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去除冗余属性：</w:t>
      </w:r>
      <w:r>
        <w:rPr>
          <w:rFonts w:ascii="Menlo" w:hAnsi="Menlo"/>
          <w:color w:val="444444"/>
          <w:sz w:val="20"/>
        </w:rPr>
        <w:t>enableSrt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srtKey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</w:p>
    <w:p>
      <w:pPr>
        <w:pStyle w:val="Heading2"/>
      </w:pPr>
      <w:r>
        <w:t>修复优化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修复播放片头、广告内存不能释放问题；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修复播放器由于子类属性重名引起的定时器不能销毁释放问题；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修复直播转存视频类型判断错误导致的下载失败问题；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修复广告时长逻辑；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修复音量与播放器值不同步问题；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修复时间显示格式；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修复 </w:t>
      </w:r>
      <w:r>
        <w:rPr>
          <w:rFonts w:ascii="Menlo" w:hAnsi="Menlo"/>
          <w:color w:val="444444"/>
          <w:sz w:val="20"/>
        </w:rPr>
        <w:t>-requestDownloadInfosWithCompletion: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死循环崩溃问题；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 版本更新记录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