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README</w:t>
      </w:r>
    </w:p>
    <w:p>
      <w:pPr>
        <w:pStyle w:val="Heading1"/>
      </w:pPr>
      <w:r>
        <w:t>点播对接方案</w:t>
      </w:r>
    </w:p>
    <w:p>
      <w:pPr>
        <w:pStyle w:val="Heading2"/>
      </w:pPr>
      <w:r>
        <w:t>优点：根据客户的定制化需求快速实现。</w:t>
      </w:r>
    </w:p>
    <w:p>
      <w:pPr>
        <w:pStyle w:val="Heading2"/>
      </w:pPr>
      <w:r>
        <w:t>介绍: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客户管理后台通过API、JAVA SDK、单点登录方式打通POLYV的业务系统；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支持多种方式的视频上传和多平台视频观看；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快速集成方案采用 PC客户端助手 、 POLYV后台视频上传 和 H5 播放器 视频观看能力；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定制化集成方案依据实际需要采用JS SDK、Android SDK 、iOS SDK ；</w:t>
      </w:r>
    </w:p>
    <w:p>
      <w:pPr>
        <w:pStyle w:val="Heading1"/>
      </w:pPr>
      <w:r>
        <w:t>业务图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0172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8c4b861ced7bf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0172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视频上传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所属平台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 xml:space="preserve"> SDK方式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插件方式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 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 SDK 方式支持将客户C端用户的视频直接传输到POLYV 云服务器，客户服务器不保存该视频。 1、SDK 方式 没有UI控件，客户可以自定义开发自己UI，通过事件触发上传动作； 2、插件方式 是包含UI控件，客户可以直接使用；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Java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Java SDK 方式可以将客户服务器的视频上传POLYV 云服务器，Java SDK 封装了上传文件涉及的所有操作，包括文件上传、断点续传、文件校验、状态回调等，非常方便。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API视频上传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 xml:space="preserve"> 单个上传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 xml:space="preserve"> 批量上传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Java 语言建议使用Java SDK方式 ，非JAVA 语言可以使用API方式实现视频文件上传。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SDK 为客户提供视频播放、视频下载、视频上传等点播全套功能。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SDK 为客户提供视频播放、视频下载、视频上传等点播全套功能。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 后台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 官网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POLYV官网后台手动上传，适合视频数量固定，不需要经常修改的业务场景，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后台入口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PC客户端助手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window 、 mac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支持在window、mac 本地安装桌面客户端，手动上传视频的业务场景。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支持微信小程序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支持通过微信小程序上传视频文件的业务场景</w:t>
            </w:r>
          </w:p>
        </w:tc>
      </w:tr>
    </w:tbl>
    <w:p>
      <w:pPr>
        <w:spacing w:after="40"/>
      </w:pPr>
    </w:p>
    <w:p>
      <w:pPr>
        <w:pStyle w:val="Heading1"/>
      </w:pPr>
      <w:r>
        <w:t>视频播放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所属平台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文档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适用场景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使用说明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 H5、移动端H5、微信小程序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保利威播放器JS SDK，深度融合保利威视频云业务，覆盖多种应用场景，通过提供简单、便捷的嵌入方式，能快速帮助开发者接入到自身的应用，实现视频播放的功能。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H5播放器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官网后台获取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 H5、移动端H5、微信小程序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使用JS SDK封装，为客户提供了基本的视频播放功能。客户直接COPY播放器源代码使用，源代码在管理后台获取，具体参考下面H5播放器描述。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Android端讲师、观众APP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SDK 为客户提供视频播放、视频下载、视频上传等点播全套功能。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苹果端讲师、观众APP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iOS SDK 为客户提供视频播放、视频下载、视频上传等点播全套功能。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小程序播放插件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只需把视频上传到到保利威云点播平台后得到一个vid即可使用插件播放视频，快速与自有业务集成。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微信小程序观看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点播视频播放的小程序SDK功能相对简单，只提供了获取视频播放地址以及日志发送等基本功能。建议使用点播视频播放的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小程序插件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，集成更简单，功能更丰富。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C++ 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  C++ 客户端开发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为客户提供PC 端 windows、mac 平台提供点播已加密，未加密视频线上播放和离线播放功能。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uni-app云点播插件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基于uni-app框架的开发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Uni-app云点播插件封装了保利威云点播的Android、iOS原生SDK，支持云点播视频的播放、下载等功能。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React Native云点播插件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DOC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基于React Native框架的开发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React Native云点播插件封装了保利威云点播的Android、iOS原生SDK，支持云点播视频的播放、下载等功能。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p>
      <w:pPr>
        <w:pStyle w:val="Heading1"/>
      </w:pPr>
      <w:r>
        <w:t>其他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视频上传客户端：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下载地址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（VLC播放器）当视频上传至保利威云端无法播放时,可用此工具检测本地视频是否有损坏：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（PotPlayer）便携式多媒体播放时,可以顺利播放多种音频,视频格式和便携式多媒体：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点击下载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（格式工厂）提供了音视频文件的剪辑,合并,分割,视频文件的混流,裁剪和去水印软件里还包含了视频播放,屏幕录像和视频网站下载的功能,无需再额外安装几个软件。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README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