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Polyv Flutter Media Player - 项目文档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基于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保利威 iOS 点播播放器 SDK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封装的 Flutter 视频播放器插件，支持 iOS 和 Android 双平台。</w:t>
      </w:r>
    </w:p>
    <w:p>
      <w:pPr>
        <w:pStyle w:val="Heading1"/>
      </w:pPr>
      <w:r>
        <w:t>目录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项目概述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架构设计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功能特性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项目结构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快速集成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API 参考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UI 组件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平台原生层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业务服务模块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Demo 应用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开发指南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常见问题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项目概述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polyv-flutter-media-player-demo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是一个 Flutter Plugin 项目，将保利威原生播放器 SDK（iOS </w:t>
      </w:r>
      <w:r>
        <w:rPr>
          <w:rFonts w:ascii="Menlo" w:hAnsi="Menlo"/>
          <w:color w:val="444444"/>
          <w:sz w:val="20"/>
        </w:rPr>
        <w:t>PolyvMediaPlayerSDK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、Android </w:t>
      </w:r>
      <w:r>
        <w:rPr>
          <w:rFonts w:ascii="Menlo" w:hAnsi="Menlo"/>
          <w:color w:val="444444"/>
          <w:sz w:val="20"/>
        </w:rPr>
        <w:t>media-player-full</w:t>
      </w:r>
      <w:r>
        <w:rPr>
          <w:rFonts w:ascii="Source Han Sans SC" w:hAnsi="Source Han Sans SC" w:eastAsia="Source Han Sans SC" w:cs="Source Han Sans SC" w:hint="eastAsia"/>
          <w:sz w:val="21"/>
        </w:rPr>
        <w:t>）封装为统一的 Dart API，供 Flutter 应用跨平台调用。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项目分为两层：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层级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目录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职责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Plugin（插件层）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polyv_media_player/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播放核心能力 + 可共享业务服务模块，无业务 UI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Demo App（示例层）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example/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完整 UI 实现（播放器皮肤、控制栏、弹幕、字幕等），供客户参考复制</w:t>
            </w:r>
          </w:p>
        </w:tc>
      </w:tr>
    </w:tbl>
    <w:p>
      <w:pPr>
        <w:spacing w:after="40"/>
      </w:pPr>
    </w:p>
    <w:p>
      <w:pPr>
        <w:pStyle w:val="Heading2"/>
      </w:pPr>
      <w:r>
        <w:t>技术栈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类别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技术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框架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Flutter (Dart SDK ^3.9.0)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状态管理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Provider (</w:t>
            </w:r>
            <w:r>
              <w:rPr>
                <w:rFonts w:ascii="Menlo" w:hAnsi="Menlo"/>
                <w:color w:val="444444"/>
                <w:sz w:val="17"/>
              </w:rPr>
              <w:t>ChangeNotifier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模式)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原生 SDK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PolyvMediaPlayerSDK ~&gt; 2.7.2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(Objective-C)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 原生 SDK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net.polyv.android:media-player-full:2.7.2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(Kotlin)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跨平台通信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Flutter Platform Channel (MethodChannel + EventChannel)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依赖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http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, </w:t>
            </w:r>
            <w:r>
              <w:rPr>
                <w:rFonts w:ascii="Menlo" w:hAnsi="Menlo"/>
                <w:color w:val="444444"/>
                <w:sz w:val="17"/>
              </w:rPr>
              <w:t>crypto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, </w:t>
            </w:r>
            <w:r>
              <w:rPr>
                <w:rFonts w:ascii="Menlo" w:hAnsi="Menlo"/>
                <w:color w:val="444444"/>
                <w:sz w:val="17"/>
              </w:rPr>
              <w:t>shared_preferences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, </w:t>
            </w:r>
            <w:r>
              <w:rPr>
                <w:rFonts w:ascii="Menlo" w:hAnsi="Menlo"/>
                <w:color w:val="444444"/>
                <w:sz w:val="17"/>
              </w:rPr>
              <w:t>provider</w:t>
            </w:r>
          </w:p>
        </w:tc>
      </w:tr>
    </w:tbl>
    <w:p>
      <w:pPr>
        <w:spacing w:after="40"/>
      </w:pPr>
    </w:p>
    <w:p>
      <w:pPr>
        <w:pStyle w:val="Heading2"/>
      </w:pPr>
      <w:r>
        <w:t>底层 SDK 参考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本插件封装的保利威原生 SDK 文档：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iOS 点播 SDK 文档</w:t>
      </w:r>
      <w:r>
        <w:rPr>
          <w:rFonts w:ascii="Source Han Sans SC" w:hAnsi="Source Han Sans SC" w:eastAsia="Source Han Sans SC" w:cs="Source Han Sans SC" w:hint="eastAsia"/>
          <w:sz w:val="21"/>
        </w:rPr>
        <w:t>: https://help.polyv.net/index.html#/vod/ios_player_sdk/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iOS SDK Demo</w:t>
      </w:r>
      <w:r>
        <w:rPr>
          <w:rFonts w:ascii="Source Han Sans SC" w:hAnsi="Source Han Sans SC" w:eastAsia="Source Han Sans SC" w:cs="Source Han Sans SC" w:hint="eastAsia"/>
          <w:sz w:val="21"/>
        </w:rPr>
        <w:t>: https://github.com/polyv/polyv-ios-vod-sdk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Android SDK</w:t>
      </w:r>
      <w:r>
        <w:rPr>
          <w:rFonts w:ascii="Source Han Sans SC" w:hAnsi="Source Han Sans SC" w:eastAsia="Source Han Sans SC" w:cs="Source Han Sans SC" w:hint="eastAsia"/>
          <w:sz w:val="21"/>
        </w:rPr>
        <w:t>: 通过阿里云私有 Maven 仓库分发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开发者中心</w:t>
      </w:r>
      <w:r>
        <w:rPr>
          <w:rFonts w:ascii="Source Han Sans SC" w:hAnsi="Source Han Sans SC" w:eastAsia="Source Han Sans SC" w:cs="Source Han Sans SC" w:hint="eastAsia"/>
          <w:sz w:val="21"/>
        </w:rPr>
        <w:t>: https://www.polyv.net/dev/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架构设计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┌─────────────────────────────────────────────────────────┐</w:t>
        <w:br/>
        <w:t>│                    Demo App (example/)                    │</w:t>
        <w:br/>
        <w:t>│  ┌──────────┐ ┌──────────────┐ ┌────────────────────┐   │</w:t>
        <w:br/>
        <w:t>│  │ HomePage │ │ LongVideoPage│ │ DownloadCenterPage │   │</w:t>
        <w:br/>
        <w:t>│  └──────────┘ └──────────────┘ └────────────────────┘   │</w:t>
        <w:br/>
        <w:t>└────────────────────────┬────────────────────────────────┘</w:t>
        <w:br/>
        <w:t xml:space="preserve">                         │ 依赖</w:t>
        <w:br/>
        <w:t>┌────────────────────────▼────────────────────────────────┐</w:t>
        <w:br/>
        <w:t>│                Plugin (polyv_media_player/)               │</w:t>
        <w:br/>
        <w:t>│                                                          │</w:t>
        <w:br/>
        <w:t>│  ┌─────────────────────────────────────────────────┐     │</w:t>
        <w:br/>
        <w:t>│  │  Widgets Layer                                   │     │</w:t>
        <w:br/>
        <w:t>│  │  PolyvVideoPlayer · PolyvVideoView               │     │</w:t>
        <w:br/>
        <w:t>│  └───────────────────┬─────────────────────────────┘     │</w:t>
        <w:br/>
        <w:t>│                      │                                    │</w:t>
        <w:br/>
        <w:t>│  ┌───────────────────▼─────────────────────────────┐     │</w:t>
        <w:br/>
        <w:t>│  │  UI Components                                   │     │</w:t>
        <w:br/>
        <w:t>│  │  ControlBar · ProgressSlider · QualitySelector   │     │</w:t>
        <w:br/>
        <w:t>│  │  SpeedSelector · Danmaku · Gestures · Settings   │     │</w:t>
        <w:br/>
        <w:t>│  └───────────────────┬─────────────────────────────┘     │</w:t>
        <w:br/>
        <w:t>│                      │                                    │</w:t>
        <w:br/>
        <w:t>│  ┌───────────────────▼─────────────────────────────┐     │</w:t>
        <w:br/>
        <w:t>│  │  Core Layer                                      │     │</w:t>
        <w:br/>
        <w:t>│  │  PlayerController · PlayerState · PlayerEvents   │     │</w:t>
        <w:br/>
        <w:t>│  └───────────────────┬─────────────────────────────┘     │</w:t>
        <w:br/>
        <w:t>│                      │                                    │</w:t>
        <w:br/>
        <w:t>│  ┌───────────────────▼─────────────────────────────┐     │</w:t>
        <w:br/>
        <w:t>│  │  Platform Channel                                │     │</w:t>
        <w:br/>
        <w:t>│  │  MethodChannel · EventChannel · PlayerAPI        │     │</w:t>
        <w:br/>
        <w:t>│  └───────────────────┬─────────────────────────────┘     │</w:t>
        <w:br/>
        <w:t>│                      │                                    │</w:t>
        <w:br/>
        <w:t>│  ┌───────────────────▼─────────────────────────────┐     │</w:t>
        <w:br/>
        <w:t>│  │  Infrastructure (共享业务服务)                     │     │</w:t>
        <w:br/>
        <w:t>│  │  DanmakuService · VideoListService · Download     │     │</w:t>
        <w:br/>
        <w:t>│  └─────────────────────────────────────────────────┘     │</w:t>
        <w:br/>
        <w:t>└──────────────────────────────────────────────────────────┘</w:t>
        <w:br/>
        <w:t xml:space="preserve">                         │ Platform Channel</w:t>
        <w:br/>
        <w:t xml:space="preserve">            ┌────────────┴────────────┐</w:t>
        <w:br/>
        <w:t xml:space="preserve">            ▼                         ▼</w:t>
        <w:br/>
        <w:t xml:space="preserve">   ┌────────────────┐      ┌────────────────┐</w:t>
        <w:br/>
        <w:t xml:space="preserve">   │  iOS Native    │      │ Android Native  │</w:t>
        <w:br/>
        <w:t xml:space="preserve">   │  (Objective-C) │      │   (Kotlin)      │</w:t>
        <w:br/>
        <w:t xml:space="preserve">   │                │      │                 │</w:t>
        <w:br/>
        <w:t xml:space="preserve">   │ PolyvMedia     │      │ PolyvMedia      │</w:t>
        <w:br/>
        <w:t xml:space="preserve">   │ PlayerSDK      │      │ PlayerSDK       │</w:t>
        <w:br/>
        <w:t xml:space="preserve">   └────────────────┘      └────────────────┘</w:t>
      </w:r>
    </w:p>
    <w:p>
      <w:pPr>
        <w:pStyle w:val="Heading2"/>
      </w:pPr>
      <w:r>
        <w:t>核心设计原则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Plugin 只提供核心能力</w:t>
      </w:r>
      <w:r>
        <w:rPr>
          <w:rFonts w:ascii="Source Han Sans SC" w:hAnsi="Source Han Sans SC" w:eastAsia="Source Han Sans SC" w:cs="Source Han Sans SC" w:hint="eastAsia"/>
          <w:sz w:val="21"/>
        </w:rPr>
        <w:t>：播放控制、状态管理、Platform Channel 封装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业务逻辑在 Dart 层统一实现</w:t>
      </w:r>
      <w:r>
        <w:rPr>
          <w:rFonts w:ascii="Source Han Sans SC" w:hAnsi="Source Han Sans SC" w:eastAsia="Source Han Sans SC" w:cs="Source Han Sans SC" w:hint="eastAsia"/>
          <w:sz w:val="21"/>
        </w:rPr>
        <w:t>：不在原生层调用 Polyv 业务 HTTP 接口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原生层只封装播放器 SDK</w:t>
      </w:r>
      <w:r>
        <w:rPr>
          <w:rFonts w:ascii="Source Han Sans SC" w:hAnsi="Source Han Sans SC" w:eastAsia="Source Han Sans SC" w:cs="Source Han Sans SC" w:hint="eastAsia"/>
          <w:sz w:val="21"/>
        </w:rPr>
        <w:t>：暴露底层能力（播放、下载、字幕等），不包含业务决策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清晰度切换进度恢复</w:t>
      </w:r>
      <w:r>
        <w:rPr>
          <w:rFonts w:ascii="Source Han Sans SC" w:hAnsi="Source Han Sans SC" w:eastAsia="Source Han Sans SC" w:cs="Source Han Sans SC" w:hint="eastAsia"/>
          <w:sz w:val="21"/>
        </w:rPr>
        <w:t>：由原生层负责（Dart 层仅触发切换、消费事件）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功能特性</w:t>
      </w:r>
    </w:p>
    <w:p>
      <w:pPr>
        <w:pStyle w:val="Heading2"/>
      </w:pPr>
      <w:r>
        <w:t>播放核心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 VID 播放保利威点播视频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播放控制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播放、暂停、停止、重播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进度控制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Seek 到指定位置，进度实时回调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倍速播放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 0.5x ~ 2.0x 变速播放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清晰度切换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多码率切换（流畅、高清、超清等），自动恢复进度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字幕系统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多语言字幕轨道、双语字幕、字幕开关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离线播放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自动检测已下载视频，优先本地播放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播放进度记忆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自动保存和恢复上次播放进度</w:t>
            </w:r>
          </w:p>
        </w:tc>
      </w:tr>
    </w:tbl>
    <w:p>
      <w:pPr>
        <w:spacing w:after="40"/>
      </w:pPr>
    </w:p>
    <w:p>
      <w:pPr>
        <w:pStyle w:val="Heading2"/>
      </w:pPr>
      <w:r>
        <w:t>视频下载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下载管理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创建、暂停、继续、重试、删除下载任务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状态持久化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 重启后自动同步下载状态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进度回调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实时下载进度通知</w:t>
            </w:r>
          </w:p>
        </w:tc>
      </w:tr>
    </w:tbl>
    <w:p>
      <w:pPr>
        <w:spacing w:after="40"/>
      </w:pPr>
    </w:p>
    <w:p>
      <w:pPr>
        <w:pStyle w:val="Heading2"/>
      </w:pPr>
      <w:r>
        <w:t>弹幕系统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弹幕渲染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支持滚动弹幕层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弹幕服务接口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可插拔的 DanmakuService / DanmakuSendService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 弹幕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内置保利威弹幕 API 实现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弹幕设置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透明度、速度、字体大小等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弹幕发送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全屏模式下的弹幕输入框</w:t>
            </w:r>
          </w:p>
        </w:tc>
      </w:tr>
    </w:tbl>
    <w:p>
      <w:pPr>
        <w:spacing w:after="40"/>
      </w:pPr>
    </w:p>
    <w:p>
      <w:pPr>
        <w:pStyle w:val="Heading2"/>
      </w:pPr>
      <w:r>
        <w:t>交互体验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手势控制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滑动调节进度/音量/亮度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双击全屏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双击播放区域切换全屏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锁屏模式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全屏时锁定控制栏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控制栏自动隐藏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可配置隐藏延迟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横竖屏适配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全屏/非全屏布局自适应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项目结构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polyv-flutter-media-player-demo/          # Git 仓库根目录</w:t>
        <w:br/>
        <w:t>├── polyv_media_player/                   # Flutter Plugin 插件</w:t>
        <w:br/>
        <w:t>│   ├── lib/</w:t>
        <w:br/>
        <w:t>│   │   ├── polyv_media_player.dart       # 主入口（导出所有公共 API）</w:t>
        <w:br/>
        <w:t>│   │   ├── core/                         # 核心层</w:t>
        <w:br/>
        <w:t>│   │   │   ├── player_controller.dart    # 播放器控制器（ChangeNotifier）</w:t>
        <w:br/>
        <w:t>│   │   │   ├── player_state.dart         # 播放器状态模型</w:t>
        <w:br/>
        <w:t>│   │   │   ├── player_events.dart        # 事件类型定义</w:t>
        <w:br/>
        <w:t>│   │   │   ├── player_event_parser.dart  # 原生事件解析器</w:t>
        <w:br/>
        <w:t>│   │   │   ├── player_exception.dart     # 异常类</w:t>
        <w:br/>
        <w:t>│   │   │   ├── player_config.dart        # 配置类</w:t>
        <w:br/>
        <w:t>│   │   │   ├── subtitle_selection_policy.dart  # 字幕自动选择策略</w:t>
        <w:br/>
        <w:t>│   │   │   ├── offline_playback_decider.dart   # 离线播放决策</w:t>
        <w:br/>
        <w:t>│   │   │   └── system_locale_provider.dart     # 系统语言检测</w:t>
        <w:br/>
        <w:t>│   │   ├── platform_channel/             # Platform Channel 封装</w:t>
        <w:br/>
        <w:t>│   │   │   ├── player_api.dart           # Channel 名称 + 方法常量</w:t>
        <w:br/>
        <w:t>│   │   │   ├── method_channel_handler.dart  # MethodChannel 处理</w:t>
        <w:br/>
        <w:t>│   │   │   └── event_channel_handler.dart   # EventChannel 处理</w:t>
        <w:br/>
        <w:t>│   │   ├── services/                     # 服务层</w:t>
        <w:br/>
        <w:t>│   │   │   ├── polyv_config_service.dart # 账号配置管理</w:t>
        <w:br/>
        <w:t>│   │   │   ├── player_initializer.dart   # 播放器初始化</w:t>
        <w:br/>
        <w:t>│   │   │   ├── video_progress_service.dart  # 播放进度记忆</w:t>
        <w:br/>
        <w:t>│   │   │   └── subtitle_preference_service.dart  # 字幕偏好</w:t>
        <w:br/>
        <w:t>│   │   ├── infrastructure/               # 基础设施（共享业务服务）</w:t>
        <w:br/>
        <w:t>│   │   │   ├── danmaku/                  # 弹幕系统</w:t>
        <w:br/>
        <w:t>│   │   │   │   ├── danmaku_model.dart    # 弹幕数据模型</w:t>
        <w:br/>
        <w:t>│   │   │   │   └── danmaku_service.dart  # 弹幕服务接口 + 实现</w:t>
        <w:br/>
        <w:t>│   │   │   ├── download/                 # 下载管理</w:t>
        <w:br/>
        <w:t>│   │   │   │   ├── download_task.dart    # 下载任务模型</w:t>
        <w:br/>
        <w:t>│   │   │   │   ├── download_task_status.dart  # 下载状态枚举</w:t>
        <w:br/>
        <w:t>│   │   │   │   ├── download_state_manager.dart  # 下载状态管理</w:t>
        <w:br/>
        <w:t>│   │   │   │   ├── download_event_handler.dart  # 下载事件处理</w:t>
        <w:br/>
        <w:t>│   │   │   │   └── download_native_repository.dart  # 原生下载能力封装</w:t>
        <w:br/>
        <w:t>│   │   │   ├── video_list/               # 视频列表</w:t>
        <w:br/>
        <w:t>│   │   │   │   ├── video_list_models.dart  # 视频列表数据模型</w:t>
        <w:br/>
        <w:t>│   │   │   │   ├── video_list_service.dart  # 视频列表服务</w:t>
        <w:br/>
        <w:t>│   │   │   │   └── video_list_api_client.dart  # API 客户端</w:t>
        <w:br/>
        <w:t>│   │   │   └── polyv_api_client.dart     # Polyv API 通用客户端</w:t>
        <w:br/>
        <w:t>│   │   ├── widgets/                      # Widget 层</w:t>
        <w:br/>
        <w:t>│   │   │   ├── polyv_video_player.dart   # 全功能播放器 Widget</w:t>
        <w:br/>
        <w:t>│   │   │   └── polyv_video_view.dart     # 原生视频视图（PlatformView）</w:t>
        <w:br/>
        <w:t>│   │   ├── ui/                           # 内置 UI 组件</w:t>
        <w:br/>
        <w:t>│   │   │   ├── control_bar.dart          # 控制栏</w:t>
        <w:br/>
        <w:t>│   │   │   ├── control_bar_state_machine.dart  # 控制栏状态机</w:t>
        <w:br/>
        <w:t>│   │   │   ├── player_colors.dart        # 播放器颜色常量</w:t>
        <w:br/>
        <w:t>│   │   │   ├── double_tap_detector.dart  # 双击检测</w:t>
        <w:br/>
        <w:t>│   │   │   ├── progress_slider/          # 进度条组件</w:t>
        <w:br/>
        <w:t>│   │   │   ├── quality_selector/         # 清晰度选择器</w:t>
        <w:br/>
        <w:t>│   │   │   ├── speed_selector/           # 倍速选择器</w:t>
        <w:br/>
        <w:t>│   │   │   ├── subtitle_toggle.dart      # 字幕开关</w:t>
        <w:br/>
        <w:t>│   │   │   ├── danmaku/                  # 弹幕 UI 组件</w:t>
        <w:br/>
        <w:t>│   │   │   │   ├── danmaku_layer.dart    # 弹幕渲染层</w:t>
        <w:br/>
        <w:t>│   │   │   │   ├── danmaku_toggle.dart   # 弹幕开关</w:t>
        <w:br/>
        <w:t>│   │   │   │   ├── danmaku_input_overlay.dart  # 弹幕输入浮层</w:t>
        <w:br/>
        <w:t>│   │   │   │   └── danmaku_settings.dart # 弹幕设置面板</w:t>
        <w:br/>
        <w:t>│   │   │   ├── gestures/                 # 手势系统</w:t>
        <w:br/>
        <w:t>│   │   │   │   ├── player_gesture_controller.dart</w:t>
        <w:br/>
        <w:t>│   │   │   │   ├── player_gesture_detector.dart</w:t>
        <w:br/>
        <w:t>│   │   │   │   └── seek_preview_overlay.dart</w:t>
        <w:br/>
        <w:t>│   │   │   └── settings_menu/            # 设置菜单</w:t>
        <w:br/>
        <w:t>│   │   └── utils/                        # 工具类</w:t>
        <w:br/>
        <w:t>│   │       └── plv_logger.dart           # 日志工具</w:t>
        <w:br/>
        <w:t>│   ├── ios/                              # iOS 原生代码</w:t>
        <w:br/>
        <w:t>│   │   ├── Classes/</w:t>
        <w:br/>
        <w:t>│   │   │   ├── PolyvMediaPlayerPlugin.m  # 插件入口</w:t>
        <w:br/>
        <w:t>│   │   │   ├── PLVFlutterMethodRouter.m  # Method 路由分发</w:t>
        <w:br/>
        <w:t>│   │   │   ├── PLVFlutterPlayerSession.m # 播放器会话管理</w:t>
        <w:br/>
        <w:t>│   │   │   ├── PLVFlutterEventEmitter.m  # 事件发射器</w:t>
        <w:br/>
        <w:t>│   │   │   ├── PLVFlutterDownloadMonitor.m # 下载监控</w:t>
        <w:br/>
        <w:t>│   │   │   ├── PLVFlutterSubtitleCoordinator.m  # 字幕协调</w:t>
        <w:br/>
        <w:t>│   │   │   ├── PLVVideoViewFactory.m     # PlatformView 工厂</w:t>
        <w:br/>
        <w:t>│   │   │   └── ...字幕解析相关文件</w:t>
        <w:br/>
        <w:t>│   │   └── polyv_media_player.podspec    # CocoaPods 配置</w:t>
        <w:br/>
        <w:t>│   ├── android/                          # Android 原生代码</w:t>
        <w:br/>
        <w:t>│   │   └── src/main/kotlin/</w:t>
        <w:br/>
        <w:t>│   │       ├── PolyvMediaPlayerPlugin.kt # 插件入口</w:t>
        <w:br/>
        <w:t>│   │       ├── MethodRouter.kt           # Method 路由</w:t>
        <w:br/>
        <w:t>│   │       ├── PlayerCoordinator.kt      # 播放协调</w:t>
        <w:br/>
        <w:t>│   │       ├── DownloadCoordinator.kt    # 下载协调</w:t>
        <w:br/>
        <w:t>│   │       ├── SubtitleCoordinator.kt    # 字幕协调</w:t>
        <w:br/>
        <w:t>│   │       ├── PlaybackEventEmitter.kt   # 播放事件发射</w:t>
        <w:br/>
        <w:t>│   │       ├── DownloadEventEmitter.kt   # 下载事件发射</w:t>
        <w:br/>
        <w:t>│   │       └── PolyvVideoViewFactory.kt  # PlatformView 工厂</w:t>
        <w:br/>
        <w:t>│   └── test/                             # 单元测试</w:t>
        <w:br/>
        <w:t>├── example/                              # Demo App</w:t>
        <w:br/>
        <w:t>│   ├── lib/</w:t>
        <w:br/>
        <w:t>│   │   ├── main.dart                     # 应用入口</w:t>
        <w:br/>
        <w:t>│   │   ├── config/</w:t>
        <w:br/>
        <w:t>│   │   │   └── app_config.dart           # 账号配置（环境变量注入）</w:t>
        <w:br/>
        <w:t>│   │   ├── pages/</w:t>
        <w:br/>
        <w:t>│   │   │   ├── home_page.dart            # 首页（长视频/下载中心入口）</w:t>
        <w:br/>
        <w:t>│   │   │   ├── long_video_page.dart      # 长视频播放页</w:t>
        <w:br/>
        <w:t>│   │   │   └── download_center/          # 下载中心</w:t>
        <w:br/>
        <w:t>│   │   │       ├── download_center_page.dart</w:t>
        <w:br/>
        <w:t>│   │   │       └── downloading_task_item.dart</w:t>
        <w:br/>
        <w:t>│   │   └── player_skin/</w:t>
        <w:br/>
        <w:t>│   │       └── video_list/               # 视频列表组件</w:t>
        <w:br/>
        <w:t>│   └── pubspec.yaml</w:t>
        <w:br/>
        <w:t>└── docs/                                 # 项目文档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快速集成</w:t>
      </w:r>
    </w:p>
    <w:p>
      <w:pPr>
        <w:pStyle w:val="Heading2"/>
      </w:pPr>
      <w:r>
        <w:t>环境要求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版本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Flutter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&gt;= 3.3.0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Dart SDK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^3.9.0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&gt;= 13.0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 minSdk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&gt;= 21</w:t>
            </w:r>
          </w:p>
        </w:tc>
      </w:tr>
    </w:tbl>
    <w:p>
      <w:pPr>
        <w:spacing w:after="40"/>
      </w:pPr>
    </w:p>
    <w:p>
      <w:pPr>
        <w:pStyle w:val="Heading2"/>
      </w:pPr>
      <w:r>
        <w:t>步骤 1: 添加依赖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将 </w:t>
      </w:r>
      <w:r>
        <w:rPr>
          <w:rFonts w:ascii="Menlo" w:hAnsi="Menlo"/>
          <w:color w:val="444444"/>
          <w:sz w:val="20"/>
        </w:rPr>
        <w:t>polyv_media_player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目录复制到项目中（与 </w:t>
      </w:r>
      <w:r>
        <w:rPr>
          <w:rFonts w:ascii="Menlo" w:hAnsi="Menlo"/>
          <w:color w:val="444444"/>
          <w:sz w:val="20"/>
        </w:rPr>
        <w:t>lib/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平级），然后在 </w:t>
      </w:r>
      <w:r>
        <w:rPr>
          <w:rFonts w:ascii="Menlo" w:hAnsi="Menlo"/>
          <w:color w:val="444444"/>
          <w:sz w:val="20"/>
        </w:rPr>
        <w:t>pubspec.yaml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中添加：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dependencies:</w:t>
        <w:br/>
        <w:t xml:space="preserve">  polyv_media_player:</w:t>
        <w:br/>
        <w:t xml:space="preserve">    path: polyv_media_player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执行：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flutter pub get</w:t>
      </w:r>
    </w:p>
    <w:p>
      <w:pPr>
        <w:pStyle w:val="Heading2"/>
      </w:pPr>
      <w:r>
        <w:t>步骤 2: iOS 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 iOS 项目的 </w:t>
      </w:r>
      <w:r>
        <w:rPr>
          <w:rFonts w:ascii="Menlo" w:hAnsi="Menlo"/>
          <w:color w:val="444444"/>
          <w:sz w:val="20"/>
        </w:rPr>
        <w:t>Podfile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中确保平台版本 &gt;= 13.0：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platform :ios, '13.0'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然后执行：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cd ios &amp;&amp; pod install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插件会自动通过 CocoaPods 引入以下依赖：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PolyvMediaPlayerSDK (~&gt; 2.7.2)</w:t>
        <w:br/>
        <w:t>PLVFoundationSDK/AbstractBase (~&gt; 1.30.2)</w:t>
        <w:br/>
        <w:t>PLVFDB (~&gt; 1.0.5)</w:t>
        <w:br/>
        <w:t>PLVLOpenSSL (~&gt; 1.1.12101)</w:t>
        <w:br/>
        <w:t>SSZipArchive (~&gt; 2.0)</w:t>
      </w:r>
    </w:p>
    <w:p>
      <w:pPr>
        <w:pStyle w:val="Heading2"/>
      </w:pPr>
      <w:r>
        <w:t>步骤 3: 初始化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 </w:t>
      </w:r>
      <w:r>
        <w:rPr>
          <w:rFonts w:ascii="Menlo" w:hAnsi="Menlo"/>
          <w:color w:val="444444"/>
          <w:sz w:val="20"/>
        </w:rPr>
        <w:t>main.dart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中初始化保利威账号配置：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'package:flutter/material.dart';</w:t>
        <w:br/>
        <w:t>import 'package:polyv_media_player/polyv_media_player.dart';</w:t>
        <w:br/>
        <w:br/>
        <w:t>void main() async {</w:t>
        <w:br/>
        <w:t xml:space="preserve">  WidgetsFlutterBinding.ensureInitialized();</w:t>
        <w:br/>
        <w:br/>
        <w:t xml:space="preserve">  await PolyvMediaPlayer.initialize(</w:t>
        <w:br/>
        <w:t xml:space="preserve">    userId: 'your_user_id',</w:t>
        <w:br/>
        <w:t xml:space="preserve">    secretKey: 'your_secret_key',</w:t>
        <w:br/>
        <w:t xml:space="preserve">    readToken: 'your_read_token',   // 可选</w:t>
        <w:br/>
        <w:t xml:space="preserve">    writeToken: 'your_write_token', // 可选</w:t>
        <w:br/>
        <w:t xml:space="preserve">  );</w:t>
        <w:br/>
        <w:br/>
        <w:t xml:space="preserve">  runApp(const MyApp());</w:t>
        <w:br/>
        <w:t>}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账号配置信息可在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保利威后台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注册后获取。</w:t>
      </w:r>
    </w:p>
    <w:p>
      <w:pPr>
        <w:pStyle w:val="Heading2"/>
      </w:pPr>
      <w:r>
        <w:t>步骤 4: 使用播放器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最简用法，一行代码即可播放视频：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PolyvVideoPlayer(</w:t>
        <w:br/>
        <w:t xml:space="preserve">  vid: 'your_video_id',</w:t>
        <w:br/>
        <w:t xml:space="preserve">  autoPlay: true,</w:t>
        <w:br/>
        <w:t>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API 参考</w:t>
      </w:r>
    </w:p>
    <w:p>
      <w:pPr>
        <w:pStyle w:val="Heading2"/>
      </w:pPr>
      <w:r>
        <w:t>SDK 初始化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PolyvMediaPlayer.initialize(</w:t>
        <w:br/>
        <w:t xml:space="preserve">  userId: String,     // 必填：保利威用户 ID</w:t>
        <w:br/>
        <w:t xml:space="preserve">  secretKey: String,  // 必填：密钥</w:t>
        <w:br/>
        <w:t xml:space="preserve">  readToken: String?, // 可选：读取 Token</w:t>
        <w:br/>
        <w:t xml:space="preserve">  writeToken: String?,// 可选：写入 Token</w:t>
        <w:br/>
        <w:t>);</w:t>
        <w:br/>
        <w:br/>
        <w:t>// 检查是否已初始化</w:t>
        <w:br/>
        <w:t>bool initialized = PolyvMediaPlayer.isInitialized;</w:t>
        <w:br/>
        <w:br/>
        <w:t>// 获取用户 ID</w:t>
        <w:br/>
        <w:t>String userId = await PolyvMediaPlayer.userId;</w:t>
      </w:r>
    </w:p>
    <w:p>
      <w:pPr>
        <w:pStyle w:val="Heading2"/>
      </w:pPr>
      <w:r>
        <w:t>PlayerController</w:t>
      </w:r>
    </w:p>
    <w:p>
      <w:r>
        <w:rPr>
          <w:rFonts w:ascii="Menlo" w:hAnsi="Menlo"/>
          <w:color w:val="444444"/>
          <w:sz w:val="20"/>
        </w:rPr>
        <w:t>PlayerController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是播放器的核心控制类，继承自 </w:t>
      </w:r>
      <w:r>
        <w:rPr>
          <w:rFonts w:ascii="Menlo" w:hAnsi="Menlo"/>
          <w:color w:val="444444"/>
          <w:sz w:val="20"/>
        </w:rPr>
        <w:t>ChangeNotifier</w:t>
      </w:r>
      <w:r>
        <w:rPr>
          <w:rFonts w:ascii="Source Han Sans SC" w:hAnsi="Source Han Sans SC" w:eastAsia="Source Han Sans SC" w:cs="Source Han Sans SC" w:hint="eastAsia"/>
          <w:sz w:val="21"/>
        </w:rPr>
        <w:t>，通过 Provider 模式驱动 UI 更新。</w:t>
      </w:r>
    </w:p>
    <w:p>
      <w:pPr>
        <w:pStyle w:val="Heading3"/>
      </w:pPr>
      <w:r>
        <w:t>播放控制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 / 属性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loadVideo(vid, {autoPlay})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加载视频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play()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pause()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stop()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replay()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重播（回到开头重新播放）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seekTo(position)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跳转到指定位置（毫秒）</w:t>
            </w:r>
          </w:p>
        </w:tc>
      </w:tr>
    </w:tbl>
    <w:p>
      <w:pPr>
        <w:spacing w:after="40"/>
      </w:pPr>
    </w:p>
    <w:p>
      <w:pPr>
        <w:pStyle w:val="Heading3"/>
      </w:pPr>
      <w:r>
        <w:t>设置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setPlaybackSpeed(speed)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设置倍速（0.5 ~ 2.0）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setQuality(index)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切换清晰度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setSubtitle(index)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设置字幕（-1 关闭）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toggleSubtitle()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切换字幕开关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setSubtitleWithKey({enabled, trackKey})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 key 设置字幕</w:t>
            </w:r>
          </w:p>
        </w:tc>
      </w:tr>
    </w:tbl>
    <w:p>
      <w:pPr>
        <w:spacing w:after="40"/>
      </w:pPr>
    </w:p>
    <w:p>
      <w:pPr>
        <w:pStyle w:val="Heading3"/>
      </w:pPr>
      <w:r>
        <w:t>状态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PlayerState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当前播放器完整状态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qualities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可用清晰度列表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availableSubtitles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可用字幕列表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effectiveIsPlaying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播放状态（推荐用于 UI）</w:t>
            </w:r>
          </w:p>
        </w:tc>
      </w:tr>
    </w:tbl>
    <w:p>
      <w:pPr>
        <w:spacing w:after="40"/>
      </w:pPr>
    </w:p>
    <w:p>
      <w:pPr>
        <w:pStyle w:val="Heading3"/>
      </w:pPr>
      <w:r>
        <w:t>生命周期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dispose()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释放资源（必须在 Widget dispose 时调用）</w:t>
            </w:r>
          </w:p>
        </w:tc>
      </w:tr>
    </w:tbl>
    <w:p>
      <w:pPr>
        <w:spacing w:after="40"/>
      </w:pPr>
    </w:p>
    <w:p>
      <w:pPr>
        <w:pStyle w:val="Heading2"/>
      </w:pPr>
      <w:r>
        <w:t>PlayerState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class PlayerState {</w:t>
        <w:br/>
        <w:t xml:space="preserve">  PlayerLoadingState loadingState;  // idle/loading/prepared/playing/paused/buffering/completed/error</w:t>
        <w:br/>
        <w:t xml:space="preserve">  int position;           // 当前位置（毫秒）</w:t>
        <w:br/>
        <w:t xml:space="preserve">  int duration;           // 总时长（毫秒）</w:t>
        <w:br/>
        <w:t xml:space="preserve">  int bufferedPosition;   // 缓冲位置（毫秒）</w:t>
        <w:br/>
        <w:t xml:space="preserve">  double playbackSpeed;   // 播放速度</w:t>
        <w:br/>
        <w:t xml:space="preserve">  String? errorMessage;   // 错误信息</w:t>
        <w:br/>
        <w:t xml:space="preserve">  String? vid;            // 当前视频 VID</w:t>
        <w:br/>
        <w:t xml:space="preserve">  bool subtitleEnabled;   // 字幕是否开启</w:t>
        <w:br/>
        <w:t xml:space="preserve">  String? currentSubtitleId;  // 当前字幕 ID</w:t>
        <w:br/>
        <w:t xml:space="preserve">  List&lt;SubtitleItem&gt; availableSubtitles;  // 可用字幕列表</w:t>
        <w:br/>
        <w:t>}</w:t>
      </w:r>
    </w:p>
    <w:p>
      <w:pPr>
        <w:pStyle w:val="Heading2"/>
      </w:pPr>
      <w:r>
        <w:t>事件类型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stateChanged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播放状态变化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新状态 (playing/paused/buffering...)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progress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进度更新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position, duration, bufferedPosition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code, message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qualityChanged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清晰度变化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qualities[], currentIndex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subtitleChanged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字幕变化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subtitles[], currentIndex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playbackSpeedChanged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倍速变化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speed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completed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播放完成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pPr>
        <w:pStyle w:val="Heading2"/>
      </w:pPr>
      <w:r>
        <w:t>Platform Channel 常量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MethodChannel: com.polyv.media_player/player</w:t>
        <w:br/>
        <w:t>EventChannel:  com.polyv.media_player/events</w:t>
        <w:br/>
        <w:t>DownloadEvent: com.polyv.media_player/download_events</w:t>
      </w:r>
    </w:p>
    <w:p>
      <w:pPr>
        <w:pStyle w:val="Heading2"/>
      </w:pPr>
      <w:r>
        <w:t>PolyvVideoPlayer Widget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 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autoPlay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是否自动播放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showControls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是否显示控制栏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enableDanmaku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是否启用弹幕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enableGestures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是否启用手势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enableDoubleTapFullscreen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是否启用双击全屏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isFullscreen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是否全屏模式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showLockButton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全屏时显示锁屏按钮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showDanmakuSend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全屏时显示弹幕发送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showTopBar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全屏时显示顶部栏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videoTitle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String?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全屏顶部栏标题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aspectRatio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double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16/9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视频宽高比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backgroundColor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Colors.black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背景色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autoHideDuration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3s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控制栏自动隐藏时长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controller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PlayerController?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外部控制器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danmakuService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DanmakuService?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弹幕数据服务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danmakuSendService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DanmakuSendService?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弹幕发送服务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danmakuHeightFactor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double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0.6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弹幕显示区域高度比例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onFullscreenChanged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Function?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全屏切换回调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onLoaded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Function?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加载完成回调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onPlayingChanged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Function?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播放状态变化回调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onCompleted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Function?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播放完成回调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onError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Function?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错误回调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UI 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插件内置了完整的播放器 UI 组件库，可独立使用或组合使用。</w:t>
      </w:r>
    </w:p>
    <w:p>
      <w:pPr>
        <w:pStyle w:val="Heading2"/>
      </w:pPr>
      <w:r>
        <w:t>可用组件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组件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导入路径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ControlBar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ui/control_bar.dart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完整控制栏（进度条 + 播放按钮 + 倍速 + 清晰度）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ProgressSlider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ui/progress_slider/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进度条组件（含缓冲进度）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QualitySelector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ui/quality_selector/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清晰度选择器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SpeedSelector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ui/speed_selector/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倍速选择器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SubtitleToggle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ui/subtitle_toggle.dart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字幕开关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DanmakuLayer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ui/danmaku/danmaku.dart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弹幕渲染层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DanmakuToggle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ui/danmaku/danmaku_toggle.dart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弹幕开关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DanmakuInputOverlay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ui/danmaku/danmaku_input_overlay.dart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弹幕发送输入框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DanmakuSettings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ui/danmaku/danmaku_settings.dart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弹幕设置面板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SettingsMenu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ui/settings_menu/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设置菜单（清晰度 + 倍速 + 弹幕）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PlayerGestureDetector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ui/gestures/gestures.dart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手势检测（滑动进度/音量/亮度）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SeekPreviewOverlay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ui/gestures/seek_preview_overlay.dart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Seek 预览浮层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PlayerColors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ui/player_colors.dart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播放器颜色常量</w:t>
            </w:r>
          </w:p>
        </w:tc>
      </w:tr>
    </w:tbl>
    <w:p>
      <w:pPr>
        <w:spacing w:after="40"/>
      </w:pPr>
    </w:p>
    <w:p>
      <w:pPr>
        <w:pStyle w:val="Heading2"/>
      </w:pPr>
      <w:r>
        <w:t>自定义 UI 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使用底层组件组装自定义播放器：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class CustomVideoPage extends StatefulWidget {</w:t>
        <w:br/>
        <w:t xml:space="preserve">  @override</w:t>
        <w:br/>
        <w:t xml:space="preserve">  State&lt;CustomVideoPage&gt; createState() =&gt; _CustomVideoPageState();</w:t>
        <w:br/>
        <w:t>}</w:t>
        <w:br/>
        <w:br/>
        <w:t>class _CustomVideoPageState extends State&lt;CustomVideoPage&gt; {</w:t>
        <w:br/>
        <w:t xml:space="preserve">  late final PlayerController _controller;</w:t>
        <w:br/>
        <w:br/>
        <w:t xml:space="preserve">  @override</w:t>
        <w:br/>
        <w:t xml:space="preserve">  void initState() {</w:t>
        <w:br/>
        <w:t xml:space="preserve">    super.initState();</w:t>
        <w:br/>
        <w:t xml:space="preserve">    _controller = PlayerController();</w:t>
        <w:br/>
        <w:t xml:space="preserve">    _controller.loadVideo('your_video_id');</w:t>
        <w:br/>
        <w:t xml:space="preserve">  }</w:t>
        <w:br/>
        <w:br/>
        <w:t xml:space="preserve">  @override</w:t>
        <w:br/>
        <w:t xml:space="preserve">  void dispose() {</w:t>
        <w:br/>
        <w:t xml:space="preserve">    _controller.dispose();</w:t>
        <w:br/>
        <w:t xml:space="preserve">    super.dispose();</w:t>
        <w:br/>
        <w:t xml:space="preserve">  }</w:t>
        <w:br/>
        <w:br/>
        <w:t xml:space="preserve">  @override</w:t>
        <w:br/>
        <w:t xml:space="preserve">  Widget build(BuildContext context) {</w:t>
        <w:br/>
        <w:t xml:space="preserve">    return Scaffold(</w:t>
        <w:br/>
        <w:t xml:space="preserve">      backgroundColor: Colors.black,</w:t>
        <w:br/>
        <w:t xml:space="preserve">      body: Stack(</w:t>
        <w:br/>
        <w:t xml:space="preserve">        children: [</w:t>
        <w:br/>
        <w:t xml:space="preserve">          // 原生视频视图</w:t>
        <w:br/>
        <w:t xml:space="preserve">          const PolyvVideoView(),</w:t>
        <w:br/>
        <w:t xml:space="preserve">          // 自定义控制栏</w:t>
        <w:br/>
        <w:t xml:space="preserve">          Align(</w:t>
        <w:br/>
        <w:t xml:space="preserve">            alignment: Alignment.bottomCenter,</w:t>
        <w:br/>
        <w:t xml:space="preserve">            child: ControlBar(controller: _controller),</w:t>
        <w:br/>
        <w:t xml:space="preserve">          ),</w:t>
        <w:br/>
        <w:t xml:space="preserve">        ],</w:t>
        <w:br/>
        <w:t xml:space="preserve">      ),</w:t>
        <w:br/>
        <w:t xml:space="preserve">    );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平台原生层</w:t>
      </w:r>
    </w:p>
    <w:p>
      <w:pPr>
        <w:pStyle w:val="Heading2"/>
      </w:pPr>
      <w:r>
        <w:t>iOS 原生架构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iOS 原生代码采用模块化拆分，每个组件职责单一：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组件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职责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Plugin 入口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PolyvMediaPlayerPlugin.m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持有 Flutter registrar/channel，注册 Plugin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Method 路由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PLVFlutterMethodRouter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MethodChannel 方法分发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播放器会话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PLVFlutterPlayerSession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播放器实例生命周期管理、SDK 调用封装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事件发射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PLVFlutterEventEmitter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统一封装 player/download EventChannel 事件发送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下载监控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PLVFlutterDownloadMonitor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下载状态轮询与下载事件发送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字幕协调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PLVFlutterSubtitleCoordinator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字幕轨道事件、label 维护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视频视图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PLVVideoViewFactory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PlatformView 工厂，创建原生视频渲染视图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字幕解析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PLVVodMediaSubtitleParser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SRT/ASS 字幕文件解析</w:t>
            </w:r>
          </w:p>
        </w:tc>
      </w:tr>
    </w:tbl>
    <w:p>
      <w:pPr>
        <w:spacing w:after="40"/>
      </w:pPr>
    </w:p>
    <w:p>
      <w:pPr>
        <w:pStyle w:val="Heading3"/>
      </w:pPr>
      <w:r>
        <w:t>iOS 依赖（通过 CocoaPods）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s.dependency 'PolyvMediaPlayerSDK', '~&gt; 2.7.2'</w:t>
        <w:br/>
        <w:t>s.dependency 'PLVFoundationSDK/AbstractBase', '~&gt; 1.30.2'</w:t>
        <w:br/>
        <w:t>s.dependency 'PLVFDB', '~&gt; 1.0.5'</w:t>
        <w:br/>
        <w:t>s.dependency 'PLVLOpenSSL', '~&gt; 1.1.12101'</w:t>
        <w:br/>
        <w:t>s.dependency 'SSZipArchive', '~&gt; 2.0'</w:t>
        <w:br/>
        <w:t>s.platform = :ios, '13.0'</w:t>
      </w:r>
    </w:p>
    <w:p>
      <w:pPr>
        <w:pStyle w:val="Heading2"/>
      </w:pPr>
      <w:r>
        <w:t>Android 原生架构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组件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职责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Plugin 入口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PolyvMediaPlayerPlugin.kt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注册 MethodChannel、EventChannel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Method 路由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MethodRouter.kt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方法分发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播放协调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PlayerCoordinator.kt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播放器实例管理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下载协调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DownloadCoordinator.kt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下载任务管理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字幕协调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SubtitleCoordinator.kt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字幕轨道管理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播放事件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PlaybackEventEmitter.kt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播放事件发送到 Flutter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下载事件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DownloadEventEmitter.kt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下载事件发送到 Flutter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视频视图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PolyvVideoViewFactory.kt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PlatformView 工厂</w:t>
            </w:r>
          </w:p>
        </w:tc>
      </w:tr>
    </w:tbl>
    <w:p>
      <w:pPr>
        <w:spacing w:after="40"/>
      </w:pPr>
    </w:p>
    <w:p>
      <w:pPr>
        <w:pStyle w:val="Heading3"/>
      </w:pPr>
      <w:r>
        <w:t>Android 依赖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implementation("net.polyv.android:media-player-full:2.7.2")</w:t>
        <w:br/>
        <w:t>implementation("net.polyv.android:media-player-sdk-addon-business:2.7.2")</w:t>
        <w:br/>
        <w:t>implementation("net.polyv.android:media-player-sdk-addon-download:2.7.2")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业务服务模块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插件在 </w:t>
      </w:r>
      <w:r>
        <w:rPr>
          <w:rFonts w:ascii="Menlo" w:hAnsi="Menlo"/>
          <w:color w:val="444444"/>
          <w:sz w:val="20"/>
        </w:rPr>
        <w:t>infrastructure/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目录下提供了可跨端共享的业务服务：</w:t>
      </w:r>
    </w:p>
    <w:p>
      <w:pPr>
        <w:pStyle w:val="Heading2"/>
      </w:pPr>
      <w:r>
        <w:t>弹幕服务 (Danmaku)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弹幕数据模型</w:t>
        <w:br/>
        <w:t>class Danmaku {</w:t>
        <w:br/>
        <w:t xml:space="preserve">  final String id;</w:t>
        <w:br/>
        <w:t xml:space="preserve">  final String content;</w:t>
        <w:br/>
        <w:t xml:space="preserve">  final int time;       // 毫秒</w:t>
        <w:br/>
        <w:t xml:space="preserve">  final String color;</w:t>
        <w:br/>
        <w:t xml:space="preserve">  final String type;    // scroll/top/bottom</w:t>
        <w:br/>
        <w:t>}</w:t>
        <w:br/>
        <w:br/>
        <w:t>// 弹幕服务接口</w:t>
        <w:br/>
        <w:t>abstract class DanmakuService {</w:t>
        <w:br/>
        <w:t xml:space="preserve">  Future&lt;List&lt;Danmaku&gt;&gt; fetchDanmakus(String vid);</w:t>
        <w:br/>
        <w:t>}</w:t>
        <w:br/>
        <w:br/>
        <w:t>// 弹幕发送服务接口</w:t>
        <w:br/>
        <w:t>abstract class DanmakuSendService {</w:t>
        <w:br/>
        <w:t xml:space="preserve">  Future&lt;void&gt; sendDanmaku(String vid, String content, {String? color});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内置实现：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HttpDanmakuService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通过保利威弹幕 API 获取弹幕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HttpDanmakuSendService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通过保利威 API 发送弹幕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MockDanmakuService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Mock 实现（用于调试）</w:t>
      </w:r>
    </w:p>
    <w:p>
      <w:pPr>
        <w:pStyle w:val="Heading2"/>
      </w:pPr>
      <w:r>
        <w:t>视频列表服务 (VideoList)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class VideoListService {</w:t>
        <w:br/>
        <w:t xml:space="preserve">  Future&lt;VideoListResult&gt; fetchVideoList({</w:t>
        <w:br/>
        <w:t xml:space="preserve">    int? page,</w:t>
        <w:br/>
        <w:t xml:space="preserve">    int? pageSize,</w:t>
        <w:br/>
        <w:t xml:space="preserve">    String? categoryId,</w:t>
        <w:br/>
        <w:t xml:space="preserve">  });</w:t>
        <w:br/>
        <w:t>}</w:t>
      </w:r>
    </w:p>
    <w:p>
      <w:pPr>
        <w:pStyle w:val="Heading2"/>
      </w:pPr>
      <w:r>
        <w:t>下载管理 (Download)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下载任务状态</w:t>
        <w:br/>
        <w:t>enum DownloadTaskStatus { pending, downloading, paused, completed, failed, canceled }</w:t>
        <w:br/>
        <w:br/>
        <w:t>// 下载状态管理（单例）</w:t>
        <w:br/>
        <w:t>class DownloadStateManager extends ChangeNotifier {</w:t>
        <w:br/>
        <w:t xml:space="preserve">  static final DownloadStateManager instance = DownloadStateManager._();</w:t>
        <w:br/>
        <w:t xml:space="preserve">  Future&lt;void&gt; syncFromNative();  // 从原生层同步下载列表</w:t>
        <w:br/>
        <w:t xml:space="preserve">  List&lt;DownloadTask&gt; get tasks;</w:t>
        <w:br/>
        <w:t>}</w:t>
        <w:br/>
        <w:br/>
        <w:t>// 通过 PlayerController 的 Platform Channel 调用原生下载能力</w:t>
        <w:br/>
        <w:t>// startDownload / pauseDownload / resumeDownload / retryDownload / deleteDownload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Demo 应用</w:t>
      </w:r>
    </w:p>
    <w:p>
      <w:r>
        <w:rPr>
          <w:rFonts w:ascii="Menlo" w:hAnsi="Menlo"/>
          <w:color w:val="444444"/>
          <w:sz w:val="20"/>
        </w:rPr>
        <w:t>example/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目录包含完整的示例应用，展示了插件的所有功能。</w:t>
      </w:r>
    </w:p>
    <w:p>
      <w:pPr>
        <w:pStyle w:val="Heading2"/>
      </w:pPr>
      <w:r>
        <w:t>页面结构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页面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首页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pages/home_page.dart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深色渐变背景，长视频/下载中心两个入口按钮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长视频页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pages/long_video_page.dart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 + 视频列表 + 弹幕 + 控制栏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下载中心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pages/download_center/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下载任务列表、状态管理、操作控制</w:t>
            </w:r>
          </w:p>
        </w:tc>
      </w:tr>
    </w:tbl>
    <w:p>
      <w:pPr>
        <w:spacing w:after="40"/>
      </w:pPr>
    </w:p>
    <w:p>
      <w:pPr>
        <w:pStyle w:val="Heading2"/>
      </w:pPr>
      <w:r>
        <w:t>账号配置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Demo 通过 </w:t>
      </w:r>
      <w:r>
        <w:rPr>
          <w:rFonts w:ascii="Menlo" w:hAnsi="Menlo"/>
          <w:color w:val="444444"/>
          <w:sz w:val="20"/>
        </w:rPr>
        <w:t>--dart-define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环境变量注入账号配置：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flutter run \</w:t>
        <w:br/>
        <w:t xml:space="preserve">  --dart-define=POLYV_USER_ID=your_user_id \</w:t>
        <w:br/>
        <w:t xml:space="preserve">  --dart-define=POLYV_SECRET_KEY=your_secret_key \</w:t>
        <w:br/>
        <w:t xml:space="preserve">  --dart-define=POLYV_READ_TOKEN=your_read_token \</w:t>
        <w:br/>
        <w:t xml:space="preserve">  --dart-define=POLYV_WRITE_TOKEN=your_write_token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配置由 </w:t>
      </w:r>
      <w:r>
        <w:rPr>
          <w:rFonts w:ascii="Menlo" w:hAnsi="Menlo"/>
          <w:color w:val="444444"/>
          <w:sz w:val="20"/>
        </w:rPr>
        <w:t>config/app_config.dart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读取并注入到 </w:t>
      </w:r>
      <w:r>
        <w:rPr>
          <w:rFonts w:ascii="Menlo" w:hAnsi="Menlo"/>
          <w:color w:val="444444"/>
          <w:sz w:val="20"/>
        </w:rPr>
        <w:t>PolyvConfigService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运行 Demo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cd polyv_media_player</w:t>
        <w:br/>
        <w:t>fvm flutter pub run example  # 或 flutter run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开发指南</w:t>
      </w:r>
    </w:p>
    <w:p>
      <w:pPr>
        <w:pStyle w:val="Heading2"/>
      </w:pPr>
      <w:r>
        <w:t>命名规范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规范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示例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Class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PascalCase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PlayerController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Method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camelCase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seekTo()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Variable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camelCase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currentPosition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前缀 </w:t>
            </w:r>
            <w:r>
              <w:rPr>
                <w:rFonts w:ascii="Menlo" w:hAnsi="Menlo"/>
                <w:color w:val="444444"/>
                <w:sz w:val="17"/>
              </w:rPr>
              <w:t>_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_nativeChannel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snake_case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player_controller.dart</w:t>
            </w:r>
          </w:p>
        </w:tc>
      </w:tr>
    </w:tbl>
    <w:p>
      <w:pPr>
        <w:spacing w:after="40"/>
      </w:pPr>
    </w:p>
    <w:p>
      <w:pPr>
        <w:pStyle w:val="Heading2"/>
      </w:pPr>
      <w:r>
        <w:t>状态管理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 Provider + ChangeNotifier 模式：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在 Widget 中监听 PlayerController</w:t>
        <w:br/>
        <w:t>Consumer&lt;PlayerController&gt;(</w:t>
        <w:br/>
        <w:t xml:space="preserve">  builder: (context, controller, child) {</w:t>
        <w:br/>
        <w:t xml:space="preserve">    return Text('${controller.state.position}');</w:t>
        <w:br/>
        <w:t xml:space="preserve">  },</w:t>
        <w:br/>
        <w:t>)</w:t>
      </w:r>
    </w:p>
    <w:p>
      <w:pPr>
        <w:pStyle w:val="Heading2"/>
      </w:pPr>
      <w:r>
        <w:t>错误处理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所有 Platform Channel 调用必须捕获异常：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try {</w:t>
        <w:br/>
        <w:t xml:space="preserve">  await _channel.invokeMethod('playVideo', {'vid': vid});</w:t>
        <w:br/>
        <w:t>} on PlatformException catch (e) {</w:t>
        <w:br/>
        <w:t xml:space="preserve">  throw PlayerException(</w:t>
        <w:br/>
        <w:t xml:space="preserve">    code: e.code ?? 'UNKNOWN_ERROR',</w:t>
        <w:br/>
        <w:t xml:space="preserve">    message: e.message ?? 'An error occurred',</w:t>
        <w:br/>
        <w:t xml:space="preserve">  );</w:t>
        <w:br/>
        <w:t>}</w:t>
      </w:r>
    </w:p>
    <w:p>
      <w:pPr>
        <w:pStyle w:val="Heading2"/>
      </w:pPr>
      <w:r>
        <w:t>运行测试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cd polyv_media_player</w:t>
        <w:br/>
        <w:t>fvm flutter test           # 插件单元测试</w:t>
        <w:br/>
        <w:t>fvm flutter test example   # Demo 测试</w:t>
      </w:r>
    </w:p>
    <w:p>
      <w:pPr>
        <w:pStyle w:val="Heading2"/>
      </w:pPr>
      <w:r>
        <w:t>代码分析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cd polyv_media_player</w:t>
        <w:br/>
        <w:t>fvm flutter analyze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常见问题</w:t>
      </w:r>
    </w:p>
    <w:p>
      <w:pPr>
        <w:pStyle w:val="Heading2"/>
      </w:pPr>
      <w:r>
        <w:t>Q1: iOS 编译失败？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确保运行 </w:t>
      </w:r>
      <w:r>
        <w:rPr>
          <w:rFonts w:ascii="Menlo" w:hAnsi="Menlo"/>
          <w:color w:val="444444"/>
          <w:sz w:val="20"/>
        </w:rPr>
        <w:t>cd ios &amp;&amp; pod install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检查 iOS 最低版本 &gt;= 13.0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确保 CocoaPods 版本兼容</w:t>
      </w:r>
    </w:p>
    <w:p>
      <w:pPr>
        <w:pStyle w:val="Heading2"/>
      </w:pPr>
      <w:r>
        <w:t>Q2: Android 编译失败？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确保项目 Android </w:t>
      </w:r>
      <w:r>
        <w:rPr>
          <w:rFonts w:ascii="Menlo" w:hAnsi="Menlo"/>
          <w:color w:val="444444"/>
          <w:sz w:val="20"/>
        </w:rPr>
        <w:t>minSdkVersion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&gt;= 21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检查 Gradle 配置中的 Maven 仓库可访问</w:t>
      </w:r>
    </w:p>
    <w:p>
      <w:pPr>
        <w:pStyle w:val="Heading2"/>
      </w:pPr>
      <w:r>
        <w:t>Q3: 视频无法播放？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检查 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是否正确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确认视频 VID 有效且已转码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查看控制台日志中的错误信息</w:t>
      </w:r>
    </w:p>
    <w:p>
      <w:pPr>
        <w:pStyle w:val="Heading2"/>
      </w:pPr>
      <w:r>
        <w:t>Q4: 如何获取保利威账号配置？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前往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保利威官网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注册账号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在点播后台获取 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readToken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writeToken</w:t>
      </w:r>
    </w:p>
    <w:p>
      <w:pPr>
        <w:pStyle w:val="Heading2"/>
      </w:pPr>
      <w:r>
        <w:t>Q5: 如何更新原生 SDK 版本？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iOS: 修改 </w:t>
      </w:r>
      <w:r>
        <w:rPr>
          <w:rFonts w:ascii="Menlo" w:hAnsi="Menlo"/>
          <w:color w:val="444444"/>
          <w:sz w:val="20"/>
        </w:rPr>
        <w:t>ios/polyv_media_player.podspec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中的版本号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Android: 修改 </w:t>
      </w:r>
      <w:r>
        <w:rPr>
          <w:rFonts w:ascii="Menlo" w:hAnsi="Menlo"/>
          <w:color w:val="444444"/>
          <w:sz w:val="20"/>
        </w:rPr>
        <w:t>android/build.gradle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中的依赖版本号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参考链接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保利威帮助中心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 iOS 点播 SDK 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保利威开发者中心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iOS SDK Demo (GitHub)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SDK 下载页面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点播 SDK 功能页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Polyv Flutter Media Player - 项目文档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