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上传视频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服务端上传推荐使用：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Java上传SDK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2"/>
      </w:pPr>
      <w:r>
        <w:t>接口描述及约束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上传视频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接口支持https协议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该接口无需传递 sign 参数，而是通过传递 writetoken 参数来进行验签。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接口请求方式及URL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POST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http://v.polyv.net/uc/services/rest?method=uploadfile</w:t>
      </w:r>
    </w:p>
    <w:p>
      <w:pPr>
        <w:pStyle w:val="Heading2"/>
      </w:pPr>
      <w:r>
        <w:t>返回结果支持格式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JSON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writetoken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用户的写入数据密钥，获取方式可参考 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JSONRPC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json格式，{"title": "标题", "tag":"标签","desc":"描述"}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file类型，支持的文件格式为：.flv，.avi，.mpg，.mp4，.wmv，.mov，.3gp，.asf等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fcharset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flase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当fcharset设为'ISO-8859-1'时，可以避免视频的文件名乱码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设定上传视频的分类，分类的id可以在管理后台的“分类视频列表”页面中获取，如下图所示。不传该参数时，则上传到“默认分类”中。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luping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是否录屏优化。当值为1时，上传的视频不再采取默认的压缩编码机制，视频尺寸不再压缩，保证视频的清晰度。默认值为0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format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默认返回json格式，如果format=xml返回xml格式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jsonp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例如，正常情况{error:0,data:””}，加 jsonp=a后返回a({error:0,data:””})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fileMd5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文件校验码，为32位大写MD5的值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watermark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自定义水印图片地址,图片格式必须是png格式，支持http、https。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watermarkLocation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自定义水印图片位置，如没该参数，则自定义水印的显示情况跟随分类和账号。1：左上角；2：右上角；3：左下角；4：右下角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用户自定义数据，如果提交了该字段，会在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上传完成回调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时透传返回。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获取分类ID的方法如下图所示：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6266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0204998d787ad2a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62660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注意事项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上传视频接口POST不能携带cookie</w:t>
        <w:br/>
        <w:t>上传的视频不能大于 2G</w:t>
        <w:br/>
        <w:t>返回错误列表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返回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0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找不到writetoken关联的user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文件为空或者writetoken为空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提交的json名字JSONRPC为null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提交文件格式不正确 或 视频大于 2G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5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readtoken为空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6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分页输入出错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7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vid不能为空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8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找不到方法名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14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文件md5校验失败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15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后台处理出错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16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用户的可用空间已用完</w:t>
            </w:r>
          </w:p>
        </w:tc>
      </w:tr>
    </w:tbl>
    <w:p>
      <w:pPr>
        <w:spacing w:after="40"/>
      </w:pPr>
    </w:p>
    <w:p>
      <w:pPr>
        <w:pStyle w:val="Heading2"/>
      </w:pPr>
      <w:r>
        <w:t>返回结果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&lt;xml&gt;</w:t>
        <w:br/>
        <w:t>&lt;error&gt;0&lt;/error&gt;</w:t>
        <w:br/>
        <w:t>&lt;total/&gt;</w:t>
        <w:br/>
        <w:t>&lt;data&gt;</w:t>
        <w:br/>
        <w:t>&lt;video&gt;</w:t>
        <w:br/>
        <w:t>&lt;md5checksum&gt;</w:t>
        <w:br/>
        <w:t>&lt;![CDATA[ 44b145c6bea7dd826191990dfb38d1fd ]]&gt;</w:t>
        <w:br/>
        <w:t>&lt;/md5checksum&gt;</w:t>
        <w:br/>
        <w:t>&lt;tag&gt;</w:t>
        <w:br/>
        <w:t>&lt;![CDATA[ 标签 ]]&gt;</w:t>
        <w:br/>
        <w:t>&lt;/tag&gt;</w:t>
        <w:br/>
        <w:t>&lt;mp4&gt;</w:t>
        <w:br/>
        <w:t>&lt;![CDATA[http://mpv.videocc.net/36e77ba39c/0/36e77ba39cc4768ab541cb6bf4f775a0_1.mp4]]&gt;</w:t>
        <w:br/>
        <w:t>&lt;/mp4&gt;</w:t>
        <w:br/>
        <w:t>&lt;title&gt;</w:t>
        <w:br/>
        <w:t>&lt;![CDATA[ upload上传视频 ]]&gt;</w:t>
        <w:br/>
        <w:t>&lt;/title&gt;</w:t>
        <w:br/>
        <w:t>&lt;df&gt;2&lt;/df&gt;</w:t>
        <w:br/>
        <w:t>&lt;times&gt;</w:t>
        <w:br/>
        <w:t>&lt;![CDATA[ 0 ]]&gt;</w:t>
        <w:br/>
        <w:t>&lt;/times&gt;</w:t>
        <w:br/>
        <w:t>&lt;mp4_1&gt;</w:t>
        <w:br/>
        <w:t>&lt;![CDATA[http://mpv.videocc.net/36e77ba39c/0/36e77ba39cc4768ab541cb6bf4f775a0_1.mp4]]&gt;</w:t>
        <w:br/>
        <w:t>&lt;/mp4_1&gt;</w:t>
        <w:br/>
        <w:t>&lt;vid&gt;</w:t>
        <w:br/>
        <w:t>&lt;![CDATA[ 36e77ba39cc4768ab541cb6bf4f775a0_3 ]]&gt;</w:t>
        <w:br/>
        <w:t>&lt;/vid&gt;</w:t>
        <w:br/>
        <w:t>&lt;mp4_2&gt;</w:t>
        <w:br/>
        <w:t>&lt;![CDATA[http://mpv.videocc.net/36e77ba39c/0/36e77ba39cc4768ab541cb6bf4f775a0_2.mp4]]&gt;</w:t>
        <w:br/>
        <w:t>&lt;/mp4_2&gt;</w:t>
        <w:br/>
        <w:t>&lt;cataid&gt;</w:t>
        <w:br/>
        <w:t>&lt;![CDATA[ 1 ]]&gt;</w:t>
        <w:br/>
        <w:t>&lt;/cataid&gt;</w:t>
        <w:br/>
        <w:t>&lt;swf_link&gt;</w:t>
        <w:br/>
        <w:t>&lt;![CDATA[http://player.polyv.net/videos/36e77ba39cc4768ab541cb6bf4f775a0_3.swf]]&gt;</w:t>
        <w:br/>
        <w:t>&lt;/swf_link&gt;</w:t>
        <w:br/>
        <w:t>&lt;status&gt;</w:t>
        <w:br/>
        <w:t>&lt;![CDATA[ 10 ]]&gt;</w:t>
        <w:br/>
        <w:t>&lt;/status&gt;</w:t>
        <w:br/>
        <w:t>&lt;seed&gt;1&lt;/seed&gt;</w:t>
        <w:br/>
        <w:t>&lt;flv2&gt;</w:t>
        <w:br/>
        <w:t>&lt;![CDATA[http://plvod01.videocc.net/36e77ba39c/0/36e77ba39cc4768ab541cb6bf4f775a0_2.flv]]&gt;</w:t>
        <w:br/>
        <w:t>&lt;/flv2&gt;</w:t>
        <w:br/>
        <w:t>&lt;flv1&gt;</w:t>
        <w:br/>
        <w:t>&lt;![CDATA[http://plvod01.videocc.net/36e77ba39c/0/36e77ba39cc4768ab541cb6bf4f775a0_1.flv]]&gt;</w:t>
        <w:br/>
        <w:t>&lt;/flv1&gt;</w:t>
        <w:br/>
        <w:t>&lt;sourcefile&gt;</w:t>
        <w:br/>
        <w:t>&lt;![CDATA[ ]]&gt;</w:t>
        <w:br/>
        <w:t>&lt;/sourcefile&gt;</w:t>
        <w:br/>
        <w:t>&lt;playerwidth&gt;</w:t>
        <w:br/>
        <w:t>&lt;![CDATA[ 600 ]]&gt;</w:t>
        <w:br/>
        <w:t>&lt;/playerwidth&gt;</w:t>
        <w:br/>
        <w:t>&lt;hls/&gt;</w:t>
        <w:br/>
        <w:t>&lt;default_video&gt;</w:t>
        <w:br/>
        <w:t>&lt;![CDATA[http://plvod01.videocc.net/36e77ba39c/0/36e77ba39cc4768ab541cb6bf4f775a0_1.flv]]&gt;</w:t>
        <w:br/>
        <w:t>&lt;/default_video&gt;</w:t>
        <w:br/>
        <w:t>&lt;duration&gt;</w:t>
        <w:br/>
        <w:t>&lt;![CDATA[ 00:00:33 ]]&gt;</w:t>
        <w:br/>
        <w:t>&lt;/duration&gt;</w:t>
        <w:br/>
        <w:t>&lt;filesize/&gt;</w:t>
        <w:br/>
        <w:t>&lt;first_image&gt;</w:t>
        <w:br/>
        <w:t>&lt;![CDATA[http://img.videocc.net/uimage/3/36e77ba39c/0/36e77ba39cc4768ab541cb6bf4f775a0_0.jpg]]&gt;</w:t>
        <w:br/>
        <w:t>&lt;/first_image&gt;</w:t>
        <w:br/>
        <w:t>&lt;original_definition&gt;</w:t>
        <w:br/>
        <w:t>&lt;![CDATA[ 672x378 ]]&gt;</w:t>
        <w:br/>
        <w:t>&lt;/original_definition&gt;</w:t>
        <w:br/>
        <w:t>&lt;context&gt;</w:t>
        <w:br/>
        <w:t>&lt;![CDATA[ 视频文档描述 ]]&gt;</w:t>
        <w:br/>
        <w:t>&lt;/context&gt;</w:t>
        <w:br/>
        <w:t>&lt;previewVid&gt;</w:t>
        <w:br/>
        <w:t>&lt;![CDATA[ m63c44pl69mm7435lp871mp3pn7n448l0_6 ]]&gt;</w:t>
        <w:br/>
        <w:t>&lt;/previewVid&gt;</w:t>
        <w:br/>
        <w:t>&lt;playerheight&gt;</w:t>
        <w:br/>
        <w:t>&lt;![CDATA[ 490 ]]&gt;</w:t>
        <w:br/>
        <w:t>&lt;/playerheight&gt;</w:t>
        <w:br/>
        <w:t>&lt;ptime&gt;</w:t>
        <w:br/>
        <w:t>&lt;![CDATA[ 2017-12-04 10:36:18 ]]&gt;</w:t>
        <w:br/>
        <w:t>&lt;/ptime&gt;</w:t>
        <w:br/>
        <w:t>&lt;/video&gt;</w:t>
        <w:br/>
        <w:t>&lt;/data&gt;</w:t>
        <w:br/>
        <w:t>&lt;/xml&gt;</w:t>
      </w: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,下载后加入到自己的源码工程中即可。测试用例中的**HttpUtil.java 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LoggerFactory.getLogger(VodVideoUploadTest.class);</w:t>
        <w:br/>
        <w:t>/**</w:t>
        <w:br/>
        <w:t xml:space="preserve"> * 上传点播视频</w:t>
        <w:br/>
        <w:t xml:space="preserve"> */</w:t>
        <w:br/>
        <w:t>@Test</w:t>
        <w:br/>
        <w:t>public void testUpload() throws Exception, NoSuchAlgorithmException {</w:t>
        <w:br/>
        <w:t xml:space="preserve">    //业务参数</w:t>
        <w:br/>
        <w:t xml:space="preserve">    String url = "http://v.polyv.net/uc/services/rest?method=uploadfile";</w:t>
        <w:br/>
        <w:t xml:space="preserve">    String writeToken = super.writeToken;</w:t>
        <w:br/>
        <w:br/>
        <w:t xml:space="preserve">    Map&lt;String, String&gt; requestMap = new HashMap&lt;&gt;();</w:t>
        <w:br/>
        <w:t xml:space="preserve">    requestMap.put("writetoken", writeToken);</w:t>
        <w:br/>
        <w:t xml:space="preserve">    requestMap.put("JSONRPC", "{\"title\": \"标题\", \"tag\":\"标签\",\"desc\":\"描述\"}");</w:t>
        <w:br/>
        <w:t xml:space="preserve">    Map&lt;String, File&gt; fileMap = new HashMap&lt;&gt;();</w:t>
        <w:br/>
        <w:t xml:space="preserve">    fileMap.put("Filedata",new File("E:\\polyv\\polyv.mp4"));</w:t>
        <w:br/>
        <w:t xml:space="preserve">    String response = HttpUtil.postFile(url,requestMap,fileMap,null);</w:t>
        <w:br/>
        <w:t xml:space="preserve">    log.debug("测试上传点播视频,{}", response);</w:t>
        <w:br/>
        <w:t xml:space="preserve">    //do somethings</w:t>
        <w:br/>
        <w:t>}</w:t>
      </w:r>
    </w:p>
    <w:p>
      <w:pPr>
        <w:pStyle w:val="Heading2"/>
      </w:pPr>
      <w:r>
        <w:t>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>error: "0",</w:t>
        <w:br/>
        <w:t>data: [</w:t>
        <w:br/>
        <w:t>{</w:t>
        <w:br/>
        <w:t>images_b: [</w:t>
        <w:br/>
        <w:t>"http://img.videocc.net/uimage/3/36e77ba39c/d/36e77ba39c0e5dac84dba418d81a793d_0_b.jpg",</w:t>
        <w:br/>
        <w:t>"http://img.videocc.net/uimage/3/36e77ba39c/d/36e77ba39c0e5dac84dba418d81a793d_1_b.jpg",</w:t>
        <w:br/>
        <w:t>"http://img.videocc.net/uimage/3/36e77ba39c/d/36e77ba39c0e5dac84dba418d81a793d_2_b.jpg",</w:t>
        <w:br/>
        <w:t>"http://img.videocc.net/uimage/3/36e77ba39c/d/36e77ba39c0e5dac84dba418d81a793d_3_b.jpg",</w:t>
        <w:br/>
        <w:t>"http://img.videocc.net/uimage/3/36e77ba39c/d/36e77ba39c0e5dac84dba418d81a793d_4_b.jpg",</w:t>
        <w:br/>
        <w:t>"http://img.videocc.net/uimage/3/36e77ba39c/d/36e77ba39c0e5dac84dba418d81a793d_5_b.jpg"</w:t>
        <w:br/>
        <w:t>],</w:t>
        <w:br/>
        <w:t>md5checksum: "44b145c6bea7dd826191990dfb38d1fd",</w:t>
        <w:br/>
        <w:t>tag: "标签",</w:t>
        <w:br/>
        <w:t>mp4: "http://mpv.videocc.net/36e77ba39c/d/36e77ba39c0e5dac84dba418d81a793d_1.mp4",</w:t>
        <w:br/>
        <w:t>title: "标题",</w:t>
        <w:br/>
        <w:t>df: 2,</w:t>
        <w:br/>
        <w:t>times: "0",</w:t>
        <w:br/>
        <w:t>mp4_1: "http://mpv.videocc.net/36e77ba39c/d/36e77ba39c0e5dac84dba418d81a793d_1.mp4",</w:t>
        <w:br/>
        <w:t>vid: "36e77ba39c0e5dac84dba418d81a793d_3",</w:t>
        <w:br/>
        <w:t>mp4_2: "http://mpv.videocc.net/36e77ba39c/d/36e77ba39c0e5dac84dba418d81a793d_2.mp4",</w:t>
        <w:br/>
        <w:t>cataid: "1",</w:t>
        <w:br/>
        <w:t>swf_link: "http://player.polyv.net/videos/36e77ba39c0e5dac84dba418d81a793d_3.swf",</w:t>
        <w:br/>
        <w:t>source_filesize: 2295887,</w:t>
        <w:br/>
        <w:t>status: "10",</w:t>
        <w:br/>
        <w:t>seed: 1,</w:t>
        <w:br/>
        <w:t>flv2: "http://plvod01.videocc.net/36e77ba39c/d/36e77ba39c0e5dac84dba418d81a793d_2.flv",</w:t>
        <w:br/>
        <w:t>flv1: "http://plvod01.videocc.net/36e77ba39c/d/36e77ba39c0e5dac84dba418d81a793d_1.flv",</w:t>
        <w:br/>
        <w:t>sourcefile: "",</w:t>
        <w:br/>
        <w:t>playerwidth: "600",</w:t>
        <w:br/>
        <w:t>hls: [</w:t>
        <w:br/>
        <w:t>"http://hls.videocc.net/36e77ba39c/3/36e77ba39c0e5dac84dba418d81a793d_1.m3u8",</w:t>
        <w:br/>
        <w:t>"http://hls.videocc.net/36e77ba39c/3/36e77ba39c0e5dac84dba418d81a793d_2.m3u8"</w:t>
        <w:br/>
        <w:t>],</w:t>
        <w:br/>
        <w:t>default_video: "http://plvod01.videocc.net/36e77ba39c/d/36e77ba39c0e5dac84dba418d81a793d_1.flv",</w:t>
        <w:br/>
        <w:t>duration: "00:00:33",</w:t>
        <w:br/>
        <w:t>filesize: [</w:t>
        <w:br/>
        <w:t>0,</w:t>
        <w:br/>
        <w:t>0</w:t>
        <w:br/>
        <w:t>],</w:t>
        <w:br/>
        <w:t>first_image: "http://img.videocc.net/uimage/3/36e77ba39c/d/36e77ba39c0e5dac84dba418d81a793d_0.jpg",</w:t>
        <w:br/>
        <w:t>original_definition: "672x378",</w:t>
        <w:br/>
        <w:t>context: "描述",</w:t>
        <w:br/>
        <w:t>images: [</w:t>
        <w:br/>
        <w:t>"http://img.videocc.net/uimage/3/36e77ba39c/d/36e77ba39c0e5dac84dba418d81a793d_0.jpg",</w:t>
        <w:br/>
        <w:t>"http://img.videocc.net/uimage/3/36e77ba39c/d/36e77ba39c0e5dac84dba418d81a793d_1.jpg",</w:t>
        <w:br/>
        <w:t>"http://img.videocc.net/uimage/3/36e77ba39c/d/36e77ba39c0e5dac84dba418d81a793d_2.jpg",</w:t>
        <w:br/>
        <w:t>"http://img.videocc.net/uimage/3/36e77ba39c/d/36e77ba39c0e5dac84dba418d81a793d_3.jpg",</w:t>
        <w:br/>
        <w:t>"http://img.videocc.net/uimage/3/36e77ba39c/d/36e77ba39c0e5dac84dba418d81a793d_4.jpg",</w:t>
        <w:br/>
        <w:t>"http://img.videocc.net/uimage/3/36e77ba39c/d/36e77ba39c0e5dac84dba418d81a793d_5.jpg"</w:t>
        <w:br/>
        <w:t>],</w:t>
        <w:br/>
        <w:t>previewVid: "363c44pl69m0c8klm57kpl715k51l496k_6",</w:t>
        <w:br/>
        <w:t>playerheight: "490",</w:t>
        <w:br/>
        <w:t>ptime: "2017-12-04 11:12:50"</w:t>
        <w:br/>
        <w:t>}</w:t>
        <w:br/>
        <w:t>]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swf_link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Flash链接地址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mp4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playerwidth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视频宽度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视频标题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视频时长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first_image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视频截图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点击次数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context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视频描述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所有截图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previewVid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预览视频VID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playerheight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视频高度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上传时间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分类id， 如1为根目录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default_video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用户默认播放视频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df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视频码率数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flv1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流畅码率flv格式视频地址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flv2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高清码率flv格式视频地址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flv3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超清码率flv格式视频地址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mp4_1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流畅码率mp4格式视频地址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mp4_2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高清码率mp4格式视频地址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mp4_3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超清码率mp4格式视频地址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hls1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流畅码率hls格式视频地址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hls2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高清码率hls格式视频地址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hls3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超清码率hls格式视频地址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hlsIndex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自适应码率hls播放地址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images_b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视频截图大图地址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加密视频为1，非加密为0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md5checksum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上传到POLYV云平台的视频源文件的MD5值，可以用来校验是否上传错误或完整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视频状态码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含义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60/61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已发布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等待编码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正在编码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视频处理失败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50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等待审核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51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审核不通过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-1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已删除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上传视频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