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Java 上传SDK使用文档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 Java 上传 SDK 为您提供服务端上传媒体文件到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保利威云点播平台</w:t>
      </w:r>
      <w:r>
        <w:rPr>
          <w:rFonts w:ascii="Source Han Sans SC" w:hAnsi="Source Han Sans SC" w:eastAsia="Source Han Sans SC" w:cs="Source Han Sans SC" w:hint="eastAsia"/>
          <w:sz w:val="21"/>
        </w:rPr>
        <w:t>的开发工具包。</w:t>
      </w:r>
    </w:p>
    <w:p>
      <w:pPr>
        <w:pStyle w:val="Heading1"/>
      </w:pPr>
      <w:r>
        <w:t>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快捷上传多种格式的媒体文件。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支持上传时的各种设置，如文件标题、描述、标签、上传目录、是否开启课件优化处理等。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采用分片并发上传的方式，支持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断点续传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使用方法</w:t>
      </w:r>
    </w:p>
    <w:p>
      <w:pPr>
        <w:pStyle w:val="Heading2"/>
      </w:pPr>
      <w:r>
        <w:t>前提条件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使用本 SDK 前，要先开通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保利威云点播服务</w:t>
      </w:r>
      <w:r>
        <w:rPr>
          <w:rFonts w:ascii="Source Han Sans SC" w:hAnsi="Source Han Sans SC" w:eastAsia="Source Han Sans SC" w:cs="Source Han Sans SC" w:hint="eastAsia"/>
          <w:sz w:val="21"/>
        </w:rPr>
        <w:t>。如果您还不了解该服务，请登录产品主页查看，详见：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云点播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获取userId、secretKey 等相关信息用于用户身份校验，您可以在「云点播管理后台 -&gt; 设置 -&gt; API接口」页面中找到相关信息，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点击这里登录后台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环境要求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Java版本1.8.0及以上</w:t>
      </w:r>
    </w:p>
    <w:p>
      <w:pPr>
        <w:pStyle w:val="Heading2"/>
      </w:pPr>
      <w:r>
        <w:t>集成 SDK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下载Java上传SDK开发包(包含示例代码和所需jar包），点击这里下载。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将解压后的jar文件拷贝至您的项目中;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使用IDE开发时引用jar包的方法，以Eclipse和IntelliJ IDEA为例说明如下：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3.1 在Eclipse中选择您的工程，右击 -&gt; Properties -&gt; Java Build Path -&gt; Add JARs;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3.2 在IntelliJ IDEA中打开您的工程，File -&gt; Project Structure -&gt; Modules -&gt; 右侧Dependencies -&gt; + -&gt; JARs or directories</w:t>
      </w:r>
    </w:p>
    <w:p>
      <w:pPr>
        <w:pStyle w:val="Heading1"/>
      </w:pPr>
      <w:r>
        <w:t>API参考</w:t>
      </w:r>
    </w:p>
    <w:p>
      <w:pPr>
        <w:pStyle w:val="Heading2"/>
      </w:pPr>
      <w:r>
        <w:t>1. 入口类 PolyvUploadClient.java</w:t>
      </w:r>
    </w:p>
    <w:p>
      <w:pPr>
        <w:pStyle w:val="Heading3"/>
      </w:pPr>
      <w:r>
        <w:t>1.1 构造方法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PolyvUploadClient(String userId, String secretKey, int partitionSize, String checkpoint, int threadNum)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参数解释：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保利威账号ID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保利威账号的secretKey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partitionSize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可指定分片上传时每个分片的大小，单位：字节，默认为1MB，取值范围为100KB~5GB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checkpoint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使用断点续传时，写入续传位置的本地磁盘路径，需保证文件路径已经创建好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threadNum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可指定分片上传时的并发线程数，默认为1。*注：该配置会占用服务器CPU资源，需根据服务器情况指定。*</w:t>
            </w:r>
          </w:p>
        </w:tc>
      </w:tr>
    </w:tbl>
    <w:p>
      <w:pPr>
        <w:spacing w:after="40"/>
      </w:pPr>
    </w:p>
    <w:p>
      <w:pPr>
        <w:pStyle w:val="Heading3"/>
      </w:pPr>
      <w:r>
        <w:t>1.2 上传方法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uploadVideoParts(VideoInfo videoInfo)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该方法返回视频ID。</w:t>
      </w:r>
    </w:p>
    <w:p>
      <w:pPr>
        <w:pStyle w:val="Heading2"/>
      </w:pPr>
      <w:r>
        <w:t>2. 视频实体类 VideoInfo.java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视频信息字段：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视频文件在本地的绝对路径，必须包含文件后缀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视频标题，为空时会取视频文件名作为标题（不含后缀）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describ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视频简介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视频标签，多个用英文逗号分隔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视频分类id，默认值：1，表示上传到默认分类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luping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是否进行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课件优化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处理，默认值：0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keepsource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是否保持源文件播放，默认：0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视频ID，当上传中断续传时，需要指定vid来恢复上传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自定义拓展信息，如果提交了该字段，会在上传完成的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事件回调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中透传返回。</w:t>
            </w:r>
          </w:p>
        </w:tc>
      </w:tr>
    </w:tbl>
    <w:p>
      <w:pPr>
        <w:spacing w:after="40"/>
      </w:pPr>
    </w:p>
    <w:p>
      <w:pPr>
        <w:pStyle w:val="Heading1"/>
      </w:pPr>
      <w:r>
        <w:t>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net.polyv.bean.vo.VideoInfo;</w:t>
        <w:br/>
        <w:t>import net.polyv.callback.UploadCallBack;</w:t>
        <w:br/>
        <w:t>import net.polyv.entry.PolyvUploadClient;</w:t>
        <w:br/>
        <w:t>import net.polyv.enumeration.UploadErrorMsg;</w:t>
        <w:br/>
        <w:br/>
        <w:t>public class PolyvUploadVideoDemo {</w:t>
        <w:br/>
        <w:t xml:space="preserve">    private static final String userId = ""; //保利威账号的userId(必填)</w:t>
        <w:br/>
        <w:t xml:space="preserve">    private static final String secretKey = ""; //账号的secretKey(必填)</w:t>
        <w:br/>
        <w:br/>
        <w:t xml:space="preserve">    public static void main(String[] args) {</w:t>
        <w:br/>
        <w:t xml:space="preserve">        int partitionSize = 1*1024 * 1024; //可指定分片上传时每个分片的大小，默认为1M</w:t>
        <w:br/>
        <w:t xml:space="preserve">        int threadNum = 1; //可指定分片上传时的并发线程数，默认为1，(注：该配置会占用服务器CPU资源，需根据服务器情况指定）</w:t>
        <w:br/>
        <w:t xml:space="preserve">        String checkpoint = "/Users/TestUser/Desktop"; //断点续传的上传位置写入路径</w:t>
        <w:br/>
        <w:t xml:space="preserve">        PolyvUploadClient client = new PolyvUploadClient(userId, secretKey, partitionSize, checkpoint, threadNum); //初始化PolyvUploadClient实例</w:t>
        <w:br/>
        <w:br/>
        <w:t xml:space="preserve">        VideoInfo videoInfo = new VideoInfo();</w:t>
        <w:br/>
        <w:t xml:space="preserve">        videoInfo.setFileLocation("/Users/TestUser/Desktop/testVideo.mp4"); //视频文件在服务器上的绝对路径，必须包含拓展名（必填）</w:t>
        <w:br/>
        <w:t xml:space="preserve">        videoInfo.setTitle("测试视频"); // 视频标题（必填）</w:t>
        <w:br/>
        <w:t xml:space="preserve">        videoInfo.setCataId(1L); // 上传的分类目录，默认值：1，表示上传到默认分类（可选）</w:t>
        <w:br/>
        <w:t xml:space="preserve">        videoInfo.setDescrib("视频描述"); // 视频描述（可选）</w:t>
        <w:br/>
        <w:t xml:space="preserve">        videoInfo.setTag("视频标签"); // 视频标签（可选）</w:t>
        <w:br/>
        <w:t xml:space="preserve">        videoInfo.setLuping(0); //是否进行课件优化处理，默认值：0（可选）</w:t>
        <w:br/>
        <w:t xml:space="preserve">        videoInfo.setKeepSource(0); //是否保持源文件播放，默认：0（可选）</w:t>
        <w:br/>
        <w:t xml:space="preserve">        videoInfo.setState("自定义拓展信息"); //如果提交了该字段，会在上传完成的事件回调中透传返回</w:t>
        <w:br/>
        <w:br/>
        <w:t xml:space="preserve">        System.out.println("vid=" + client.uploadVideoParts(videoInfo, new UploadCallBack() {</w:t>
        <w:br/>
        <w:t xml:space="preserve">            @Override</w:t>
        <w:br/>
        <w:t xml:space="preserve">            public void start(String s) {</w:t>
        <w:br/>
        <w:t xml:space="preserve">                System.out.println("start=" + s);</w:t>
        <w:br/>
        <w:t xml:space="preserve">            }</w:t>
        <w:br/>
        <w:t xml:space="preserve">            @Override</w:t>
        <w:br/>
        <w:t xml:space="preserve">            public void process(String s, long l, long l1) {</w:t>
        <w:br/>
        <w:t xml:space="preserve">                System.out.println("process=" + s + ",uploaded=" + l + ", total=" + l1);</w:t>
        <w:br/>
        <w:t xml:space="preserve">            }</w:t>
        <w:br/>
        <w:t xml:space="preserve">            @Override</w:t>
        <w:br/>
        <w:t xml:space="preserve">            public void complete(String s) {</w:t>
        <w:br/>
        <w:t xml:space="preserve">                System.out.println("complete=" + s);</w:t>
        <w:br/>
        <w:t xml:space="preserve">            }</w:t>
        <w:br/>
        <w:t xml:space="preserve">            @Override</w:t>
        <w:br/>
        <w:t xml:space="preserve">            public void success(String s) {</w:t>
        <w:br/>
        <w:t xml:space="preserve">                System.out.println("success=" + s);</w:t>
        <w:br/>
        <w:t xml:space="preserve">            }</w:t>
        <w:br/>
        <w:br/>
        <w:t xml:space="preserve">            @Override</w:t>
        <w:br/>
        <w:t xml:space="preserve">            public void error(String s, UploadErrorMsg uploadErrorMsg) {</w:t>
        <w:br/>
        <w:t xml:space="preserve">                System.out.println("error=" + s + ", message=" + uploadErrorMsg.getMessage());</w:t>
        <w:br/>
        <w:t xml:space="preserve">            }</w:t>
        <w:br/>
        <w:t xml:space="preserve">        }, true));</w:t>
        <w:br/>
        <w:t xml:space="preserve">        // 当上传中断，重新恢复的时候，可以指定vid来恢复上传 videoInfo.setVideoPoolId("xxxxxxxxxxx");</w:t>
        <w:br/>
        <w:t xml:space="preserve">        //     videoInfo = new VideoInfo();</w:t>
        <w:br/>
        <w:t xml:space="preserve">        //     videoInfo.setFileLocation("C:\\Users\\Lenovo\\Desktop\\video\\test.mp4");</w:t>
        <w:br/>
        <w:t xml:space="preserve">        //     videoInfo.setVideoPoolId("xxxxxxxxxxx");</w:t>
        <w:br/>
        <w:t xml:space="preserve">        //     System.out.println("vid=" + client.uploadVideoParts(videoInfo), new UploadCallBack() {</w:t>
        <w:br/>
        <w:t xml:space="preserve">        //         @Override</w:t>
        <w:br/>
        <w:t xml:space="preserve">        //         public void start(String s) {</w:t>
        <w:br/>
        <w:t xml:space="preserve">        //             System.out.println("start=" + s);</w:t>
        <w:br/>
        <w:t xml:space="preserve">        //         }</w:t>
        <w:br/>
        <w:t xml:space="preserve">        //         @Override</w:t>
        <w:br/>
        <w:t xml:space="preserve">        //         public void process(String s, long l, long l1) {</w:t>
        <w:br/>
        <w:t xml:space="preserve">        //             System.out.println("process=" + s + ",uploaded=" + l + ", total=" + l1);</w:t>
        <w:br/>
        <w:t xml:space="preserve">        //         }</w:t>
        <w:br/>
        <w:t xml:space="preserve">        //         @Override</w:t>
        <w:br/>
        <w:t xml:space="preserve">        //         public void complete(String s) {</w:t>
        <w:br/>
        <w:t xml:space="preserve">        //             System.out.println("complete=" + s);</w:t>
        <w:br/>
        <w:t xml:space="preserve">        //         }</w:t>
        <w:br/>
        <w:t xml:space="preserve">        //         @Override</w:t>
        <w:br/>
        <w:t xml:space="preserve">        //         public void success(String s) {</w:t>
        <w:br/>
        <w:t xml:space="preserve">        //             System.out.println("success=" + s);</w:t>
        <w:br/>
        <w:t xml:space="preserve">        //         }</w:t>
        <w:br/>
        <w:t xml:space="preserve">        //         @Override</w:t>
        <w:br/>
        <w:t xml:space="preserve">        //         public void error(String s, UploadErrorMsg uploadErrorMsg) {</w:t>
        <w:br/>
        <w:t xml:space="preserve">        //             System.out.println("error=" + s + ", message=" + uploadErrorMsg.getMessage());</w:t>
        <w:br/>
        <w:t xml:space="preserve">        //         }</w:t>
        <w:br/>
        <w:t xml:space="preserve">        //     }, true);</w:t>
        <w:br/>
        <w:t xml:space="preserve">        // }</w:t>
        <w:br/>
        <w:t xml:space="preserve">    }</w:t>
        <w:br/>
        <w:t>}</w:t>
      </w:r>
    </w:p>
    <w:p>
      <w:pPr>
        <w:pStyle w:val="Heading1"/>
      </w:pPr>
      <w:r>
        <w:t>Change log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日期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更新内容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2020-03-29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v1.1.1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支持自定义拓展字段，可在上传完成回调中透传返回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2019-08-05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v1.0.0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支持断点续传的新版Java上传SDK 发布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Java 上传SDK使用文档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