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查询视频同步任务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1、分页查询账号下的视频同步任务详情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http://api.polyv.net/v2/video/grab/{userid}/list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每页数目，默认为10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http://api.polyv.net/v2/video/grab/1b448be323/list?sign=B2F7F749B86C93514BDA9E56902B38D1514D0F9E&amp;pageSize=2&amp;page=1&amp;ptime=1617154745507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响应成功时返回同步任务信息【详见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当前页第一条记录在总同步记录中的位置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当前页最后一条记录在总同步记录中的位置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当前页同步任务记录个数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同步任务对应的id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上传的同步任务csv文件的标题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同步任务的csv文件地址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classifyid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上传到点播的分类id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classifyname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seccesscount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同步任务成功的数量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此任务内总同步数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同步任务失败的数量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同步任务状态Y：启动N：暂停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任务完成时间，13位毫秒级时间戳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LoggerFactory.getLogger(VodVideoUploadTest.class);</w:t>
        <w:br/>
        <w:t>/**</w:t>
        <w:br/>
        <w:t xml:space="preserve"> * 查询视频同步任务</w:t>
        <w:br/>
        <w:t xml:space="preserve"> */</w:t>
        <w:br/>
        <w:t>@Test</w:t>
        <w:br/>
        <w:t>public void testGetVideoSyncTask()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String.format("http://api.polyv.net/v2/video/grab/%s/list",userid);</w:t>
        <w:br/>
        <w:t xml:space="preserve">    String page = "1";</w:t>
        <w:br/>
        <w:t xml:space="preserve">    String pageSize =  "2";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requestMap.put("page", page);</w:t>
        <w:br/>
        <w:t xml:space="preserve">    requestMap.put("pageSize", pageSize);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log.debug("测试查询视频同步任务详情,{}",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"pageNumber": 1,</w:t>
        <w:br/>
        <w:tab/>
        <w:tab/>
        <w:t>"totalItems": 2,</w:t>
        <w:br/>
        <w:tab/>
        <w:tab/>
        <w:t>"contents": [{</w:t>
        <w:br/>
        <w:tab/>
        <w:tab/>
        <w:tab/>
        <w:t>"taskid": "0mKdBQDsbR",</w:t>
        <w:br/>
        <w:tab/>
        <w:tab/>
        <w:tab/>
        <w:t>"userid": "1b448be323",</w:t>
        <w:br/>
        <w:tab/>
        <w:tab/>
        <w:tab/>
        <w:t>"filename": null,</w:t>
        <w:br/>
        <w:tab/>
        <w:tab/>
        <w:tab/>
        <w:t>"originalname": "批量同步任务",</w:t>
        <w:br/>
        <w:tab/>
        <w:tab/>
        <w:tab/>
        <w:t>"filesize": null,</w:t>
        <w:br/>
        <w:tab/>
        <w:tab/>
        <w:tab/>
        <w:t>"filepath": null,</w:t>
        <w:br/>
        <w:tab/>
        <w:tab/>
        <w:tab/>
        <w:t>"fileurl": "",</w:t>
        <w:br/>
        <w:tab/>
        <w:tab/>
        <w:tab/>
        <w:t>"classifyid": null,</w:t>
        <w:br/>
        <w:tab/>
        <w:tab/>
        <w:tab/>
        <w:t>"classifyname": null,</w:t>
        <w:br/>
        <w:tab/>
        <w:tab/>
        <w:tab/>
        <w:t>"seccesscount": 2,</w:t>
        <w:br/>
        <w:tab/>
        <w:tab/>
        <w:tab/>
        <w:t>"totalcount": 2,</w:t>
        <w:br/>
        <w:tab/>
        <w:tab/>
        <w:tab/>
        <w:t>"failcount": 0,</w:t>
        <w:br/>
        <w:tab/>
        <w:tab/>
        <w:tab/>
        <w:t>"status": "Y",</w:t>
        <w:br/>
        <w:tab/>
        <w:tab/>
        <w:tab/>
        <w:t>"endtime": 1617096051000,</w:t>
        <w:br/>
        <w:tab/>
        <w:tab/>
        <w:tab/>
        <w:t>"createtime": 1617095853000,</w:t>
        <w:br/>
        <w:tab/>
        <w:tab/>
        <w:tab/>
        <w:t>"param1": null,</w:t>
        <w:br/>
        <w:tab/>
        <w:tab/>
        <w:tab/>
        <w:t>"param2": null,</w:t>
        <w:br/>
        <w:tab/>
        <w:tab/>
        <w:tab/>
        <w:t>"callbackurl": ""</w:t>
        <w:br/>
        <w:tab/>
        <w:tab/>
        <w:t>}, {</w:t>
        <w:br/>
        <w:tab/>
        <w:tab/>
        <w:tab/>
        <w:t>"taskid": "QQf4rRojYq",</w:t>
        <w:br/>
        <w:tab/>
        <w:tab/>
        <w:tab/>
        <w:t>"userid": "1b448be323",</w:t>
        <w:br/>
        <w:tab/>
        <w:tab/>
        <w:tab/>
        <w:t>"filename": null,</w:t>
        <w:br/>
        <w:tab/>
        <w:tab/>
        <w:tab/>
        <w:t>"originalname": "批量同步任务",</w:t>
        <w:br/>
        <w:tab/>
        <w:tab/>
        <w:tab/>
        <w:t>"filesize": null,</w:t>
        <w:br/>
        <w:tab/>
        <w:tab/>
        <w:tab/>
        <w:t>"filepath": null,</w:t>
        <w:br/>
        <w:tab/>
        <w:tab/>
        <w:tab/>
        <w:t>"fileurl": "",</w:t>
        <w:br/>
        <w:tab/>
        <w:tab/>
        <w:tab/>
        <w:t>"classifyid": null,</w:t>
        <w:br/>
        <w:tab/>
        <w:tab/>
        <w:tab/>
        <w:t>"classifyname": null,</w:t>
        <w:br/>
        <w:tab/>
        <w:tab/>
        <w:tab/>
        <w:t>"seccesscount": 1,</w:t>
        <w:br/>
        <w:tab/>
        <w:tab/>
        <w:tab/>
        <w:t>"totalcount": 1,</w:t>
        <w:br/>
        <w:tab/>
        <w:tab/>
        <w:tab/>
        <w:t>"failcount": 0,</w:t>
        <w:br/>
        <w:tab/>
        <w:tab/>
        <w:tab/>
        <w:t>"status": "Y",</w:t>
        <w:br/>
        <w:tab/>
        <w:tab/>
        <w:tab/>
        <w:t>"endtime": 1617093860000,</w:t>
        <w:br/>
        <w:tab/>
        <w:tab/>
        <w:tab/>
        <w:t>"createtime": 1617093668000,</w:t>
        <w:br/>
        <w:tab/>
        <w:tab/>
        <w:tab/>
        <w:t>"param1": null,</w:t>
        <w:br/>
        <w:tab/>
        <w:tab/>
        <w:tab/>
        <w:t>"param2": null,</w:t>
        <w:br/>
        <w:tab/>
        <w:tab/>
        <w:tab/>
        <w:t>"callbackurl": ""</w:t>
        <w:br/>
        <w:tab/>
        <w:tab/>
        <w:t>}],</w:t>
        <w:br/>
        <w:tab/>
        <w:tab/>
        <w:t>"lastPage": true,</w:t>
        <w:br/>
        <w:tab/>
        <w:tab/>
        <w:t>"firstPage": true,</w:t>
        <w:br/>
        <w:tab/>
        <w:tab/>
        <w:t>"startRow": 1,</w:t>
        <w:br/>
        <w:tab/>
        <w:tab/>
        <w:t>"nextPageNumber": 1,</w:t>
        <w:br/>
        <w:tab/>
        <w:tab/>
        <w:t>"prePageNumber": 1,</w:t>
        <w:br/>
        <w:tab/>
        <w:tab/>
        <w:t>"totalPages": 1,</w:t>
        <w:br/>
        <w:tab/>
        <w:tab/>
        <w:t>"endRow": 2,</w:t>
        <w:br/>
        <w:tab/>
        <w:tab/>
        <w:t>"limit": 2,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"message":"TaskId is null!",</w:t>
        <w:br/>
        <w:t xml:space="preserve">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查询视频同步任务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