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上传字幕文件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1、通过视频id上传视频字幕文件，该接口会自动检测字幕语言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http://api.polyv.net/v2/video/{userid}/srt/upload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视频id，例如：1b448be3235552e5fafb16489eb01839_1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字幕文件，支持utf-8编码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是否作为默认字幕Y：是N：否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language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说明字幕文件是什么语言，默认自动检测，支持语言：中文、繁体中文 、英语、日语、韩语、法语、德语、俄语、西班牙语、阿拉伯语、葡萄牙语、其他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http://api.polyv.net/v2/video/1b448be323/srt/upload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vid=1b448be323dec2a7bed6db61bd7d8a77_1&amp;sign=F79D8A307847BD91FCEB3455F107A7246223763E&amp;language=中文&amp;title=测试上传字幕&amp;ptime=1617263564197&amp;asDefault=Y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字幕文件随HTTP二进制流上传至服务器端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can't be empty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 can't be empty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视频文件不能为空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 can't be empty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language is not support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不支持的语言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基础代码请点击下载本地 或跳转到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基础代码</w:t>
      </w:r>
      <w:r>
        <w:rPr>
          <w:rFonts w:ascii="Source Han Sans SC" w:hAnsi="Source Han Sans SC" w:eastAsia="Source Han Sans SC" w:cs="Source Han Sans SC" w:hint="eastAsia"/>
          <w:sz w:val="21"/>
        </w:rPr>
        <w:t>在线获取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LoggerFactory.getLogger(VodVideoSubtitleTest.class);</w:t>
        <w:br/>
        <w:t>/**</w:t>
        <w:br/>
        <w:t xml:space="preserve"> * 上传字幕文件</w:t>
        <w:br/>
        <w:t xml:space="preserve"> */</w:t>
        <w:br/>
        <w:t>@Test</w:t>
        <w:br/>
        <w:t>public void testUploadSubtitle()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String.format("http://api.polyv.net/v2/video/%s/srt/upload",userid);</w:t>
        <w:br/>
        <w:t xml:space="preserve">    String vid =  "1b448be3230fa05b4d2d0003bf5a8ad0_1";</w:t>
        <w:br/>
        <w:t xml:space="preserve">    String title = "测试上传字幕";</w:t>
        <w:br/>
        <w:t xml:space="preserve">    String filePath = getClass().getResource("/file/").getPath() + "zimufile.srt";</w:t>
        <w:br/>
        <w:t xml:space="preserve">    File file = new File(filePath);</w:t>
        <w:br/>
        <w:t xml:space="preserve">    String asDefault = "Y";</w:t>
        <w:br/>
        <w:t xml:space="preserve">    String language = "英语";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Map&lt;String,File&gt; fileMap = new HashMap&lt;&gt;();</w:t>
        <w:br/>
        <w:t xml:space="preserve">    fileMap.put("file",file);</w:t>
        <w:br/>
        <w:t xml:space="preserve">    requestMap.put("title",title);</w:t>
        <w:br/>
        <w:t xml:space="preserve">    requestMap.put("asDefault",asDefault);</w:t>
        <w:br/>
        <w:t xml:space="preserve">    requestMap.put("language",language);</w:t>
        <w:br/>
        <w:t xml:space="preserve">    requestMap.put("sign", VodSignUtil.getSign(requestMap, secretKey));</w:t>
        <w:br/>
        <w:br/>
        <w:t xml:space="preserve">    String response = HttpUtil.postFile(url, requestMap,fileMap,Constant.UTF8);</w:t>
        <w:br/>
        <w:t xml:space="preserve">    log.debug("测试上传字幕，{}",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文件名称为空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"title can't be empty",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"file can't be empty",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签名报错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上传字幕文件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