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查询字幕列表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1、通过视频id获取视频字幕文件详情列表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http://api.polyv.net/v2/video/{userid}/srt/list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视频id，例如：1b448be3235552e5fafb16489eb01839_1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http://api.polyv.net/v2/video/1b448be323/srt/list?vid=1b448be323dec2a7bed6db61bd7d8a77_1&amp;sign=0A3134D4A830F7F75EB13AFDC11FE91596B333CF&amp;ptime=1617263522491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成功返回字幕文件信息【详见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Srts字段说明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Srts参数描述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字幕文件上传序号，从1开始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字幕文件链接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cannot find the video.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找不到视频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LoggerFactory.getLogger(VodVideoSubtitleTest.class);</w:t>
        <w:br/>
        <w:t>/**</w:t>
        <w:br/>
        <w:t xml:space="preserve"> * 查询字幕列表</w:t>
        <w:br/>
        <w:t xml:space="preserve"> */</w:t>
        <w:br/>
        <w:t>@Test</w:t>
        <w:br/>
        <w:t>public void testGetSubtitle()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"http://api.polyv.net/v2/video/"+userid+"/srt/list";</w:t>
        <w:br/>
        <w:t xml:space="preserve">    String vid =  "1b448be323dec2a7bed6db61bd7d8a77_1";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log.debug("测试查询字幕列表，{}",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"srts": [{</w:t>
        <w:br/>
        <w:tab/>
        <w:tab/>
        <w:tab/>
        <w:t>"rank": 1,</w:t>
        <w:br/>
        <w:tab/>
        <w:tab/>
        <w:tab/>
        <w:t>"name": "测试字幕",</w:t>
        <w:br/>
        <w:tab/>
        <w:tab/>
        <w:tab/>
        <w:t>"url": "http://img.videocc.net/usrt/1/1b448be323/srt/9b6d1f68-c5e7-4a90-af1c-72ea23ab0a9c.srt"</w:t>
        <w:br/>
        <w:tab/>
        <w:tab/>
        <w:t>}]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查询字幕列表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