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查询智能字幕内容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1、通过字幕任务id，查询视频字幕的链接和字幕内容（需先创建字幕任务）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http://api.polyv.net/vod/v4/smart-subtitle/get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直播appId。可在"云点播" -&gt; "设置" -&gt; "API接口" 中查看您的直播appId和appSecret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字幕任务id，创建字幕任务时会返回此id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https://api.polyv.net/vod/v4/smart-subtitle/get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请求唯一标识，如遇接口调用失败情况，可发此id给客服辅助排查问题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true代表接口调用成功，false代表接口调用失败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成功时返回字幕数据【详见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接口调用失败时的描述信息，【详见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autoApplyEnabled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是否在字幕生成后自动应用字幕到对应的视频上, Y表示自动应用字幕, N表示不自动应用字幕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preferenceEnabled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是否是默认首选的视频字幕, Y代表默认首选, N则相反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字幕内容， 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字幕内容字段说明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字幕内容字段说明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单条字幕相对视频播放的开始时间，单位是毫秒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单条字幕相对视频播放的结束时间，单位是毫秒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单条字幕的内容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       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签名错误，请检查接口sign参数是否已经正常生成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not found.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appId不存在，清检查appId是否正确传值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56810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字幕任务不存在或已删除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字幕任务不存在或者字幕任务已经被删除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56812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字幕正在生成中, 清稍后再试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解析视频的字幕任务未完成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"f813d5d2359743028b6648e54ade1bf1.60.16801640807450383",</w:t>
        <w:br/>
        <w:t xml:space="preserve">    "data": {</w:t>
        <w:br/>
        <w:t xml:space="preserve">        "taskId": 1120,</w:t>
        <w:br/>
        <w:t xml:space="preserve">        "link": "https://img.videocc.net/usrt/8/833584471d/srt/55016df7-2381-41b7-b594-bf3e5f058561.srt",</w:t>
        <w:br/>
        <w:t xml:space="preserve">        "autoApplyEnabled": "N",</w:t>
        <w:br/>
        <w:t xml:space="preserve">        "subtitleName": "智能字幕",</w:t>
        <w:br/>
        <w:t xml:space="preserve">        "preferenceEnabled": "Y",</w:t>
        <w:br/>
        <w:t xml:space="preserve">        "subtitles": [</w:t>
        <w:br/>
        <w:t xml:space="preserve">            {</w:t>
        <w:br/>
        <w:t xml:space="preserve">                "start": 0,</w:t>
        <w:br/>
        <w:t xml:space="preserve">                "end": 1130,</w:t>
        <w:br/>
        <w:t xml:space="preserve">                "content": "今天，"</w:t>
        <w:br/>
        <w:t xml:space="preserve">            },</w:t>
        <w:br/>
        <w:t xml:space="preserve">            {</w:t>
        <w:br/>
        <w:t xml:space="preserve">                "start": 1210,</w:t>
        <w:br/>
        <w:t xml:space="preserve">                "end": 4340,</w:t>
        <w:br/>
        <w:t xml:space="preserve">                "content": "当我们想在生活中学习一些新知识的时候，"</w:t>
        <w:br/>
        <w:t xml:space="preserve">            },</w:t>
        <w:br/>
        <w:t xml:space="preserve">            {</w:t>
        <w:br/>
        <w:t xml:space="preserve">                "start": 4630,</w:t>
        <w:br/>
        <w:t xml:space="preserve">                "end": 8270,</w:t>
        <w:br/>
        <w:t xml:space="preserve">                "content": "大部分人想到的是去搜索对应的视频教程，"</w:t>
        <w:br/>
        <w:t xml:space="preserve">            },</w:t>
        <w:br/>
        <w:t xml:space="preserve">            {</w:t>
        <w:br/>
        <w:t xml:space="preserve">                "start": 8980,</w:t>
        <w:br/>
        <w:t xml:space="preserve">                "end": 13700,</w:t>
        <w:br/>
        <w:t xml:space="preserve">                "content": "同时越来越多的企业也正在尝试使用视频进行培训。"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10002,</w:t>
        <w:br/>
        <w:t xml:space="preserve">        "desc": "签名错误"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字幕不存在或已删除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"f813d5d2359743028b6648e54ade1bf1.53.16801641320540391",</w:t>
        <w:br/>
        <w:t xml:space="preserve">    "error": {</w:t>
        <w:br/>
        <w:t xml:space="preserve">        "code": 56810,</w:t>
        <w:br/>
        <w:t xml:space="preserve">        "desc": "字幕任务不存在或已删除"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查询智能字幕内容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