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搜索视频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1、搜索视频详细内容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http://api.polyv.net/v2/video/search-videos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需要返回的视频信息，多个以英文逗号分隔，默认仅返回基础信息basicInfo：基础信息metaData：元数据transcodeInfo：转码信息snapshotInfo：截图信息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按标题/视频vid模糊搜索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按视频标签模糊搜索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上传者，例如：主账号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视频状态，默认搜索全部状态的视频，多个状态以英文逗号分隔，查询已发布状态的视频只需传61/60其中一个即可，如"61,50"，可以参考【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status字段说明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是否包含子分类true：包含false：不包含，默认为true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按创建时间范围查询，起始时间戳，13位时间戳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结束时间戳，13位时间戳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startModifyTime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按修改时间范围查询，起始时间戳，13位时间戳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endModifyTime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修改时间的结束时间戳，13位时间戳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是否加密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playAuthEnable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是否开启了播放授权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结果排序，可以按创建时间或播放次数降序/升序排序creationTimeAsc：创建时间升序creationTimeDesc：创建时间降序playTimesAsc：播放次数升序playTimesDesc：播放次数降序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页面大小，默认为10，最大1000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status字段说明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视频状态码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60/61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已发布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等待审核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已删除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search-videos?cateId=1615795867474&amp;uploader=%E4%B8%BB%E8%B4%A6%E5%8F%B7&amp;sign=1BE730A20058481E794D3B5BE27ED9FBF7B491C0&amp;containSubCate=true&amp;pageSize=10&amp;filters=basicInfo%2CmetaData&amp;page=1&amp;sort=creationTimeDesc&amp;userid=1b448be323&amp;ptime=1620289391124&amp;status=60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响应成功时返回搜索结果【详见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搜索视频的结果列表【详见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视频的详细信息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视频的元数据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metaData字段说明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视频的转码信息列表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transcodeInfos字段说明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视频的截图信息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snapshotInfo字段说明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basicInfo字段说明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首图地址，小图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创建时间，格式为：yyyy-MM-dd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更新时间，格式为：yyyy-MM-dd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分类id；其中1为根目录，即"默认分类"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md5Checksum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视频源文件校验md5校验和</w:t>
            </w:r>
          </w:p>
        </w:tc>
      </w:tr>
    </w:tbl>
    <w:p>
      <w:pPr>
        <w:spacing w:after="40"/>
      </w:pPr>
    </w:p>
    <w:p>
      <w:pPr>
        <w:pStyle w:val="Heading3"/>
      </w:pPr>
      <w:r>
        <w:t>metaData字段说明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视频容器类型，如mp4、flv等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视频码率，单位：kbps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编码格式，例如：h264、h265等</w:t>
            </w:r>
          </w:p>
        </w:tc>
      </w:tr>
    </w:tbl>
    <w:p>
      <w:pPr>
        <w:spacing w:after="40"/>
      </w:pPr>
    </w:p>
    <w:p>
      <w:pPr>
        <w:pStyle w:val="Heading3"/>
      </w:pPr>
      <w:r>
        <w:t>transcodeInfos字段说明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definition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清晰度SOURCE：原清晰度LD：普清SD：标清HD：高清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码率kbps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是否加密true：加密视频false：非加密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转码格式，如mp4、flv、pdx、hls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视频状态normal：可以正常播放unavailable：不能正常播放</w:t>
            </w:r>
          </w:p>
        </w:tc>
      </w:tr>
    </w:tbl>
    <w:p>
      <w:pPr>
        <w:spacing w:after="40"/>
      </w:pPr>
    </w:p>
    <w:p>
      <w:pPr>
        <w:pStyle w:val="Heading3"/>
      </w:pPr>
      <w:r>
        <w:t>snapshotInfo字段说明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截图url数组，小图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bigImageUrl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截图url数组，大图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LoggerFactory.getLogger(VodSearchTest.class);</w:t>
        <w:br/>
        <w:t>/**</w:t>
        <w:br/>
        <w:t xml:space="preserve"> * 搜索视频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testSearchVideo()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"http://api.polyv.net/v2/video/search-videos";</w:t>
        <w:br/>
        <w:t xml:space="preserve">    String filters = "basicInfo,metaData";</w:t>
        <w:br/>
        <w:t xml:space="preserve">    String cateId = "1615795867474";</w:t>
        <w:br/>
        <w:t xml:space="preserve">    String uploader = "主账号";</w:t>
        <w:br/>
        <w:t xml:space="preserve">    String status = "60";</w:t>
        <w:br/>
        <w:t xml:space="preserve">    String containSubCate = "true";</w:t>
        <w:br/>
        <w:t xml:space="preserve">    String page = "1";</w:t>
        <w:br/>
        <w:t xml:space="preserve">    String pageSize = "10";</w:t>
        <w:br/>
        <w:t xml:space="preserve">    String sort = "creationTimeDesc";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requestMap.put("cateId", cateId);</w:t>
        <w:br/>
        <w:t xml:space="preserve">    requestMap.put("filters", filters);</w:t>
        <w:br/>
        <w:t xml:space="preserve">    requestMap.put("uploader", uploader);</w:t>
        <w:br/>
        <w:t xml:space="preserve">    requestMap.put("status", status);</w:t>
        <w:br/>
        <w:t xml:space="preserve">    requestMap.put("containSubCate", containSubCate);</w:t>
        <w:br/>
        <w:t xml:space="preserve">    requestMap.put("page", page);</w:t>
        <w:br/>
        <w:t xml:space="preserve">    requestMap.put("pageSize", pageSize);</w:t>
        <w:br/>
        <w:t xml:space="preserve">    requestMap.put("sort", sort);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log.debug("测试搜索视频,{}",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{</w:t>
        <w:br/>
        <w:t xml:space="preserve">    "pageNumber": 1,</w:t>
        <w:br/>
        <w:t xml:space="preserve">    "totalPages": 1,</w:t>
        <w:br/>
        <w:t xml:space="preserve">    "pageSize": 10,</w:t>
        <w:br/>
        <w:t xml:space="preserve">    "contents": [</w:t>
        <w:br/>
        <w:t xml:space="preserve">      {</w:t>
        <w:br/>
        <w:t xml:space="preserve">        "vid": "1b448be32389acdf41f567e3a0bf0c19_1",</w:t>
        <w:br/>
        <w:t xml:space="preserve">        "basicInfo": {</w:t>
        <w:br/>
        <w:t xml:space="preserve">          "title": "3-25测试裁剪",</w:t>
        <w:br/>
        <w:t xml:space="preserve">          "description": "",</w:t>
        <w:br/>
        <w:t xml:space="preserve">          "duration": 81,</w:t>
        <w:br/>
        <w:t xml:space="preserve">          "coverURL": "https://img.videocc.net/uimage/1/1b448be323/9/1b448be32389acdf41f567e3a0bf0c19_0_b.jpg",</w:t>
        <w:br/>
        <w:t xml:space="preserve">          "creationTime": "2021-03-25 14:33:29",</w:t>
        <w:br/>
        <w:t xml:space="preserve">          "updateTime": "2021-03-25 14:35:22",</w:t>
        <w:br/>
        <w:t xml:space="preserve">          "size": 3101307,</w:t>
        <w:br/>
        <w:t xml:space="preserve">          "status": 61,</w:t>
        <w:br/>
        <w:t xml:space="preserve">          "cateId": 1616654004170,</w:t>
        <w:br/>
        <w:t xml:space="preserve">          "cateName": "fx20lh79cf",</w:t>
        <w:br/>
        <w:t xml:space="preserve">          "tags": "2191541_fx20lh79cf-2e77d0a29c11adbf9fea7a1a206fa666|ppt|playback",</w:t>
        <w:br/>
        <w:t xml:space="preserve">          "uploader": "API",</w:t>
        <w:br/>
        <w:t xml:space="preserve">          "playTimes": 1</w:t>
        <w:br/>
        <w:t xml:space="preserve">        },</w:t>
        <w:br/>
        <w:t xml:space="preserve">        "metaData": {</w:t>
        <w:br/>
        <w:t xml:space="preserve">          "size": 3101307,</w:t>
        <w:br/>
        <w:t xml:space="preserve">          "format": "m3u8",</w:t>
        <w:br/>
        <w:t xml:space="preserve">          "duration": 81,</w:t>
        <w:br/>
        <w:t xml:space="preserve">          "bitrate": 0,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"codec": "h264"</w:t>
        <w:br/>
        <w:t xml:space="preserve">        }</w:t>
        <w:br/>
        <w:t xml:space="preserve">      },</w:t>
        <w:br/>
        <w:t xml:space="preserve">      {</w:t>
        <w:br/>
        <w:t xml:space="preserve">        "vid": "1b448be3230e2235bc8f43c3aafa23b5_1",</w:t>
        <w:br/>
        <w:t xml:space="preserve">        "basicInfo": {</w:t>
        <w:br/>
        <w:t xml:space="preserve">          "title": "合并后文件名1234",</w:t>
        <w:br/>
        <w:t xml:space="preserve">          "description": "",</w:t>
        <w:br/>
        <w:t xml:space="preserve">          "duration": 321,</w:t>
        <w:br/>
        <w:t xml:space="preserve">          "coverURL": "https://img.videocc.net/uimage/1/1b448be323/5/1b448be3230e2235bc8f43c3aafa23b5_0_b.jpg",</w:t>
        <w:br/>
        <w:t xml:space="preserve">          "creationTime": "2021-03-15 16:11:08",</w:t>
        <w:br/>
        <w:t xml:space="preserve">          "updateTime": "2021-03-15 16:16:21",</w:t>
        <w:br/>
        <w:t xml:space="preserve">          "size": 19117170,</w:t>
        <w:br/>
        <w:t xml:space="preserve">          "status": 61,</w:t>
        <w:br/>
        <w:t xml:space="preserve">          "cateId": 1615795867478,</w:t>
        <w:br/>
        <w:t xml:space="preserve">          "cateName": "fwr2dfsptr",</w:t>
        <w:br/>
        <w:t xml:space="preserve">          "tags": "2191541_fwr2dfsptr-b90e4e77230c24f895b1ffeabe3059cb|ppt|playback",</w:t>
        <w:br/>
        <w:t xml:space="preserve">          "uploader": "API",</w:t>
        <w:br/>
        <w:t xml:space="preserve">          "playTimes": 0</w:t>
        <w:br/>
        <w:t xml:space="preserve">        },</w:t>
        <w:br/>
        <w:t xml:space="preserve">        "metaData": {</w:t>
        <w:br/>
        <w:t xml:space="preserve">          "size": 19117170,</w:t>
        <w:br/>
        <w:t xml:space="preserve">          "format": "m3u8",</w:t>
        <w:br/>
        <w:t xml:space="preserve">          "duration": 321,</w:t>
        <w:br/>
        <w:t xml:space="preserve">          "bitrate": 0,</w:t>
        <w:br/>
        <w:t xml:space="preserve">          "fps": 25,</w:t>
        <w:br/>
        <w:t xml:space="preserve">          "height": 720,</w:t>
        <w:br/>
        <w:t xml:space="preserve">          "width": 1280,</w:t>
        <w:br/>
        <w:t xml:space="preserve">          "codec": "h264"</w:t>
        <w:br/>
        <w:t xml:space="preserve">        }</w:t>
        <w:br/>
        <w:t xml:space="preserve">      }</w:t>
        <w:br/>
        <w:t xml:space="preserve">    ],</w:t>
        <w:br/>
        <w:t xml:space="preserve">    "totalItems": 2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"message":"the sign is not right",</w:t>
        <w:br/>
        <w:t xml:space="preserve">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"ptime is too old.",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内部错误，或传了非法参数，程序转换异常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500,</w:t>
        <w:br/>
        <w:t xml:space="preserve">    "status": "fail",</w:t>
        <w:br/>
        <w:t xml:space="preserve">    "message": "undefined error",</w:t>
        <w:br/>
        <w:t xml:space="preserve">  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搜索视频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