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获取单个视频信息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1、获取用户单条视频记录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http://api.polyv.net/v2/video/{userid}/get-video-msg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POST,GET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接口说明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XML/JSON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请求数限制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请求参数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必选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类型及范围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userid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用户id(在url中使用，请求的时候不需要提交)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ptime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当前13位毫秒级时间戳，3分钟内有效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sign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签名，40位大写的sha1值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format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false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默认返回json格式，如果format=xml返回xml格式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jsonp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false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例如，正常情况{error:0,data:””}，加 jsonp=a后返回a({error:0,data:””})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返回结果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&amp;lt;xml&amp;gt;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&amp;lt;code&amp;gt;200&amp;lt;/code&amp;gt;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&amp;lt;status&amp;gt;success&amp;lt;/status&amp;gt;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&amp;lt;message&amp;gt;success&amp;lt;/message&amp;gt;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&amp;lt;data&amp;gt;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&amp;lt;videoDetail&amp;gt;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&amp;lt;images_b&amp;gt;3828390191/5/38283901913ea95224af2bbd9e990ea5_0_b.jpg&amp;lt;/images_b&amp;gt;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&amp;lt;images_b&amp;gt;3828390191/5/38283901913ea95224af2bbd9e990ea5_1_b.jpg&amp;lt;/images_b&amp;gt;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&amp;lt;images_b&amp;gt;3828390191/5/38283901913ea95224af2bbd9e990ea5_2_b.jpg&amp;lt;/images_b&amp;gt;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&amp;lt;images_b&amp;gt;3828390191/5/38283901913ea95224af2bbd9e990ea5_3_b.jpg&amp;lt;/images_b&amp;gt;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&amp;lt;images_b&amp;gt;3828390191/5/38283901913ea95224af2bbd9e990ea5_4_b.jpg&amp;lt;/images_b&amp;gt;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&amp;lt;images_b&amp;gt;3828390191/5/38283901913ea95224af2bbd9e990ea5_5_b.jpg&amp;lt;/images_b&amp;gt;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&amp;lt;images&amp;gt;3828390191/5/38283901913ea95224af2bbd9e990ea5_0.jpg&amp;lt;/images&amp;gt;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&amp;lt;images&amp;gt;3828390191/5/38283901913ea95224af2bbd9e990ea5_1.jpg&amp;lt;/images&amp;gt;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&amp;lt;images&amp;gt;3828390191/5/38283901913ea95224af2bbd9e990ea5_2.jpg&amp;lt;/images&amp;gt;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&amp;lt;images&amp;gt;3828390191/5/38283901913ea95224af2bbd9e990ea5_3.jpg&amp;lt;/images&amp;gt;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&amp;lt;images&amp;gt;3828390191/5/38283901913ea95224af2bbd9e990ea5_4.jpg&amp;lt;/images&amp;gt;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&amp;lt;images&amp;gt;3828390191/5/38283901913ea95224af2bbd9e990ea5_5.jpg&amp;lt;/images&amp;gt;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&amp;lt;tag/&amp;gt;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&amp;lt;mp4&amp;gt;http://mpv.videocc.net/3828390191/5/38283901913ea95224af2bbd9e990ea5_1.mp4&amp;lt;/mp4&amp;gt;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&amp;lt;title&amp;gt;0001.优酷网-【经典回顾】加州旅馆 2004版 中英字幕 老鹰乐队[超清版]-0003&amp;lt;/title&amp;gt;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&amp;lt;df&amp;gt;3&amp;lt;/df&amp;gt;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&amp;lt;times&amp;gt;0&amp;lt;/times&amp;gt;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&amp;lt;vid&amp;gt;38283901913ea95224af2bbd9e990ea5_3&amp;lt;/vid&amp;gt;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&amp;lt;mp4_1&amp;gt;http://mpv.videocc.net/3828390191/5/38283901913ea95224af2bbd9e990ea5_1.mp4&amp;lt;/mp4_1&amp;gt;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&amp;lt;mp4_2&amp;gt;http://mpv.videocc.net/3828390191/5/38283901913ea95224af2bbd9e990ea5_2.mp4&amp;lt;/mp4_2&amp;gt;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&amp;lt;mp4_3&amp;gt;http://mpv.videocc.net/3828390191/5/38283901913ea95224af2bbd9e990ea5_3.mp4&amp;lt;/mp4_3&amp;gt;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&amp;lt;cataid&amp;gt;1&amp;lt;/cataid&amp;gt;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&amp;lt;swf_link&amp;gt;http://player.polyv.net/videos/38283901913ea95224af2bbd9e990ea5_3.swf&amp;lt;/swf_link&amp;gt;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&amp;lt;status&amp;gt;61&amp;lt;/status&amp;gt;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&amp;lt;seed&amp;gt;0&amp;lt;/seed&amp;gt;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&amp;lt;flv1&amp;gt;http://plvod01.videocc.net/3828390191/5/38283901913ea95224af2bbd9e990ea5_1.flv&amp;lt;/flv1&amp;gt;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&amp;lt;flv2&amp;gt;http://plvod01.videocc.net/3828390191/5/38283901913ea95224af2bbd9e990ea5_2.flv&amp;lt;/flv2&amp;gt;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&amp;lt;flv3&amp;gt;http://plvod01.videocc.net/3828390191/5/38283901913ea95224af2bbd9e990ea5_3.flv&amp;lt;/flv3&amp;gt;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&amp;lt;sourcefile/&amp;gt;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&amp;lt;playerwidth&amp;gt;600&amp;lt;/playerwidth&amp;gt;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&amp;lt;default_video&amp;gt;http://plvod01.videocc.net/3828390191/5/38283901913ea95224af2bbd9e990ea5_3.flv&amp;lt;/default_video&amp;gt;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&amp;lt;duration&amp;gt;00:02:01&amp;lt;/duration&amp;gt;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&amp;lt;first_image&amp;gt;http://img.videocc.net/uimage/3/3828390191/first_image/a15c4fe5-9fdc-4a38-adc0-2e6097757fbb_s.jpg&amp;lt;/first_image&amp;gt;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&amp;lt;original_definition&amp;gt;1104x622&amp;lt;/original_definition&amp;gt;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&amp;lt;context/&amp;gt;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&amp;lt;playerheight&amp;gt;337&amp;lt;/playerheight&amp;gt;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&amp;lt;ptime&amp;gt;2017-04-25 11:35:06&amp;lt;/ptime&amp;gt;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&amp;lt;source_filesize&amp;gt;22502693&amp;lt;/source_filesize&amp;gt;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&amp;lt;filesize1&amp;gt;4755814&amp;lt;/filesize1&amp;gt;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&amp;lt;filesize2&amp;gt;8694257&amp;lt;/filesize2&amp;gt;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&amp;lt;filesize3&amp;gt;21784017&amp;lt;/filesize3&amp;gt;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&amp;lt;md5checksum&amp;gt;8c6a35b5e92f84437c56de6f40b39973&amp;lt;/md5checksum&amp;gt;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&amp;lt;hls&amp;gt;http://hls.videocc.net/3828390191/3/38283901913ea95224af2bbd9e990ea5_1.m3u8&amp;lt;/hls&amp;gt;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&amp;lt;hls&amp;gt;http://hls.videocc.net/3828390191/3/38283901913ea95224af2bbd9e990ea5_2.m3u8&amp;lt;/hls&amp;gt;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&amp;lt;hls&amp;gt;http://hls.videocc.net/3828390191/3/38283901913ea95224af2bbd9e990ea5_3.m3u8&amp;lt;/hls&amp;gt;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&amp;lt;previewVid&amp;gt;v63c44pl69mnc04m6l6512ck4468m41cl_6&amp;lt;/previewVid&amp;gt;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&amp;lt;uploader&amp;gt;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&amp;lt;email&amp;gt;test2@zzs.com&amp;lt;/email&amp;gt;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&amp;lt;name&amp;gt;test2&amp;lt;/name&amp;gt;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&amp;lt;role&amp;gt;上传者&amp;lt;/role&amp;gt;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&amp;lt;/uploader&amp;gt;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&amp;lt;keepsource&amp;gt;0&amp;lt;keepsource/&amp;gt;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&amp;lt;hlsLevel&amp;gt;open&amp;lt;/hlsLevel&amp;gt;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&amp;lt;cataname&amp;gt;新建分类测试&amp;lt;/cataname&amp;gt;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&amp;lt;/videoDetail&amp;gt;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&amp;lt;/data&amp;gt;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&amp;lt;/xml&amp;gt;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JSON示例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"code": 200,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"status": "success",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"message": "success",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"data": [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"images_b": [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"36e77ba39c/a/36e77ba39cfe07c3a3812ed7735c71ea_0_b.jpg",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"36e77ba39c/a/36e77ba39cfe07c3a3812ed7735c71ea_1_b.jpg",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"36e77ba39c/a/36e77ba39cfe07c3a3812ed7735c71ea_2_b.jpg",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"36e77ba39c/a/36e77ba39cfe07c3a3812ed7735c71ea_3_b.jpg",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"36e77ba39c/a/36e77ba39cfe07c3a3812ed7735c71ea_4_b.jpg",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"36e77ba39c/a/36e77ba39cfe07c3a3812ed7735c71ea_5_b.jpg"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],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"images": [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"36e77ba39c/a/36e77ba39cfe07c3a3812ed7735c71ea_0.jpg",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"36e77ba39c/a/36e77ba39cfe07c3a3812ed7735c71ea_1.jpg",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"36e77ba39c/a/36e77ba39cfe07c3a3812ed7735c71ea_2.jpg",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"36e77ba39c/a/36e77ba39cfe07c3a3812ed7735c71ea_3.jpg",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"36e77ba39c/a/36e77ba39cfe07c3a3812ed7735c71ea_4.jpg",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"36e77ba39c/a/36e77ba39cfe07c3a3812ed7735c71ea_5.jpg"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],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"imageUrls": [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"http://img.videocc.net/uimage/3/36e77ba39c/a/36e77ba39cfe07c3a3812ed7735c71ea_0.jpg",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"http://img.videocc.net/uimage/3/36e77ba39c/a/36e77ba39cfe07c3a3812ed7735c71ea_1.jpg",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"http://img.videocc.net/uimage/3/36e77ba39c/a/36e77ba39cfe07c3a3812ed7735c71ea_2.jpg",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"http://img.videocc.net/uimage/3/36e77ba39c/a/36e77ba39cfe07c3a3812ed7735c71ea_3.jpg",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"http://img.videocc.net/uimage/3/36e77ba39c/a/36e77ba39cfe07c3a3812ed7735c71ea_4.jpg",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"http://img.videocc.net/uimage/3/36e77ba39c/a/36e77ba39cfe07c3a3812ed7735c71ea_5.jpg"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],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"tag": "标签",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"mp4": "http://mpv.videocc.net/36e77ba39c/a/36e77ba39cfe07c3a3812ed7735c71ea_1.mp4",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"title": "upload上传视频",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"df": 2,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"times": "0",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"vid": "36e77ba39cfe07c3a3812ed7735c71ea_3",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"mp4_1": "http://mpv.videocc.net/36e77ba39c/a/36e77ba39cfe07c3a3812ed7735c71ea_1.mp4",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"mp4_2": "http://mpv.videocc.net/36e77ba39c/a/36e77ba39cfe07c3a3812ed7735c71ea_2.mp4",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"cataid": "1",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"swf_link": "http://player.polyv.net/videos/36e77ba39cfe07c3a3812ed7735c71ea_3.swf",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"status": "61",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"seed": 1,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"flv1": "http://plvod01.videocc.net/36e77ba39c/a/36e77ba39cfe07c3a3812ed7735c71ea_1.plv",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"flv2": "http://plvod01.videocc.net/36e77ba39c/a/36e77ba39cfe07c3a3812ed7735c71ea_2.plv",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"sourcefile": "",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"playerwidth": "600",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"default_video": "http://plvod01.videocc.net/36e77ba39c/a/36e77ba39cfe07c3a3812ed7735c71ea_1.plv",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"duration": "00:00:33",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"first_image": "http://img.videocc.net/uimage/3/36e77ba39c/a/36e77ba39cfe07c3a3812ed7735c71ea_0.jpg",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"original_definition": "672x378",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"context": "视频文档描述",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"playerheight": "490",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"ptime": "2017-12-04 09:41:10",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"source_filesize": 2295887,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"filesize": [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1273674,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2262596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],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"md5checksum": "44b145c6bea7dd826191990dfb38d1fd",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"hls": [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"http://hls.videocc.net/36e77ba39c/3/36e77ba39cfe07c3a3812ed7735c71ea_1.m3u8",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"http://hls.videocc.net/36e77ba39c/3/36e77ba39cfe07c3a3812ed7735c71ea_2.m3u8"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],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"aac_link": "http://mpv.videocc.net/28ac0f40b7/8/28ac0f40b7880cca2b03ea7a8f0a8723_7.mp3",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"tsfilesize1": "1459696",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"tsfilesize2": "2528832",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"tsfilesize3": "0",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"previewVid": "263c44pl69mnc04m6l6512ck4468m41cl_6",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"uploader":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"email": "test2@zzs.com",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"name": "test2",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"role": "上传者"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"keepsource": "0",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"hlsLevel": "open",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"cataname": "新建分类测试"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失败返回json(不带jsonp)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code: 400,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status: "error",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message: "ptime is too old.",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data: ""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字段说明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字段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error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错误提示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swf_link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返回flash连接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tag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视频标签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mp4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MP4源文件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playerwidth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视频宽度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title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标题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duration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时长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filesize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编码后各个清晰度视频的文件大小（单位：字节），类型为array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first_image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视频首图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times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播放次数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context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original_definition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最佳分辨率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images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视频截图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playerheight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视频高度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ptime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视频上传日期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ptime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上传时间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previewVid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预览视频id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cataid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分类id， 如1为根目录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default_video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用户默认播放视频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df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视频码率数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flv1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流畅码率flv格式视频地址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flv2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高清码率flv格式视频地址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flv3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超清码率flv格式视频地址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mp4_1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流畅码率mp4格式视频地址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mp4_2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高清码率mp4格式视频地址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mp4_3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超清码率mp4格式视频地址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hls_1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流畅清晰度的m3u8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hls_2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高清清晰度的m3u8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hls_3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超清清晰度的m3u8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images_b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视频截图大图地址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imageUrls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视频截图小图url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seed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加密视频为1，非加密为0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status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视频状态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keepsource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是否为源文件，否：0,是：1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uploader.email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上传者邮箱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uploader.name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上传者名称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uploader.role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上传者角色,如管理员,上传者,主账号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hlsLevel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加密等级 open:非授权加密 web：web授权 app：app授权 wxa_app：小程序授权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cataname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分类名称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source_filesize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源视频文件大小，单位为：bytes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aac_link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音频地址，需开启音频切换才返回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md5checksum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上传到POLYV云平台的视频源文件的MD5值，可以用来校验是否上传错误或完整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sourcefile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暂无含义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视频状态码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含义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60/61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已发布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等待编码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正在编码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编码失败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50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等待审核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51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审核不通过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-1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已删除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PHP请求示例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&amp;lt;?php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header("Content-type: text/html; charset=utf-8");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$userid="3828390191";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$format="json";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$jsonp="";//(注意如果这里如果没有jsonp，则不需要拼接&amp;amp;jsonp=参数)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$ptime=time()*1000;//13位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$vid="382839019131be68715e9455f8d0971a_3";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$secretkey="tIQp4ATe9Z";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if (empty($jsonp))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$str="format=".$format."&amp;amp;ptime=".$ptime."&amp;amp;vid=".$vid.$secretkey;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}else{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$str="format=".$format."&amp;amp;jsonp=".$jsonp."&amp;amp;ptime=".$ptime."&amp;amp;vid=".$vid.$secretkey;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//echo $str.'';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$hash=strtoupper(sha1($str));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//echo $hash.'';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$url="http://api.polyv.net/v2/video/{$userid}/get-video-msg";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$post_data = array (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"format" =&amp;gt; $format,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"jsonp" =&amp;gt; $jsonp,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"ptime" =&amp;gt; $ptime,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"vid" =&amp;gt; $vid,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"sign" =&amp;gt; $hash,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$ch = curl_init();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curl_setopt($ch, CURLOPT_URL, $url);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curl_setopt($ch, CURLOPT_RETURNTRANSFER, 1);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post数据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curl_setopt($ch, CURLOPT_POST, 1);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post的变量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curl_setopt($ch, CURLOPT_POSTFIELDS, $post_data);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$output = curl_exec($ch);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curl_close($ch);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//打印获得的数据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print_r($output);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?&amp;gt;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签名规则：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将非空的请求参数按照参数名字典顺序排列，连接参数名与参数值,并在尾部加上secretkey，生成40位大写SHA1值，作为sign。 以下是示例过程：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1、请求参数为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ptime = "1492591990000"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vid = "382839019131be68715e9455f8d0971a_3"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format = "json"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2、将请求参数按照参数名字典顺序排列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format = "json"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ptime = "1492591990000"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vid = "382839019131be68715e9455f8d0971a_3"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3、连接字符串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连接参数名与参数值,并在尾部加上secretkey（从点播后台获取，假设secretkey的值为tIQp4ATe9Z），如下：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format=json&amp;amp;ptime=1492591990000&amp;amp;vid=382839019131be68715e9455f8d0971a_3tIQp4ATe9Z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4、生成签名sign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50BF9B165630A8047EB1D17D95A469CC51FF754E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获取单个视频信息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