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查询单个视频的问答题目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1、通过视频id查询单个视频的问答题目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http://api.polyv.net/v2/video/get-video-exam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】获取,获取路径：官网-&gt;登录-&gt;点播（API接口）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http://api.polyv.net/v2/video/get-video-exam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vid=1b448be3231ebf0005ec631a7e4247ee_1&amp;sign=738445A034D8F70D3625E0C761EE26A4E9F3446B&amp;userid=1b448be323&amp;ptime=1620287966337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响应成功时返回答题记录数组，失败时返回空【详见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exams字段说明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exams字段描述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问答出现的时间，单位：秒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choices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问答选项内容，格式为json数组，每个题目最多5个选项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canSkip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是否可跳过，默认值：false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explanationIfRight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回答正确后的解答详情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showExplanationIfWrong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回答答错误后是否显示解答详情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explanationIfWrong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回答错误后的解答详情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答错后回退到第几秒，-1代表不回退，默认为-1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是否有效，1：有效，0：无效，默认为1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题目类型，0：选择题，1：听力题（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听力题即将下线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mp3url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听力题的mp3音频文件url（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听力题即将下线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illustration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问答创建时间，格式为13位时间戳，例如 1767003468000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LoggerFactory.getLogger(VodVideoManageManagementTest.class);</w:t>
        <w:br/>
        <w:t>/**</w:t>
        <w:br/>
        <w:t xml:space="preserve"> * 查询问答题目</w:t>
        <w:br/>
        <w:t xml:space="preserve"> */</w:t>
        <w:br/>
        <w:t>@Test</w:t>
        <w:br/>
        <w:t>public void testGetQuizResult()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"http://api.polyv.net/v2/video/get-video-exam";</w:t>
        <w:br/>
        <w:t xml:space="preserve">    String vid = "1b448be3231ebf0005ec631a7e4247ee_1";</w:t>
        <w:br/>
        <w:br/>
        <w:t xml:space="preserve">    //调用参数</w:t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t xml:space="preserve">    String response = HttpUtil.get(url, requestMap);</w:t>
        <w:br/>
        <w:t xml:space="preserve">    log.debug("测试查询问答题目,{}", response);</w:t>
        <w:br/>
        <w:t xml:space="preserve">    //do something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"data":{</w:t>
        <w:br/>
        <w:t xml:space="preserve">        "exams":[</w:t>
        <w:br/>
        <w:t xml:space="preserve">            {</w:t>
        <w:br/>
        <w:t xml:space="preserve">                "examId":"179407cbb9b",</w:t>
        <w:br/>
        <w:t xml:space="preserve">                "vid":"1b448be3231ebf0005ec631a7e4247ee_1",</w:t>
        <w:br/>
        <w:t xml:space="preserve">                "showTime":3,</w:t>
        <w:br/>
        <w:t xml:space="preserve">                "question":"测试删除问答",</w:t>
        <w:br/>
        <w:t xml:space="preserve">                "choices":"[{\"index\":0,\"content\":\"1\",\"right\":false},{\"index\":1,\"content\":\"2\",\"right\":true}]",</w:t>
        <w:br/>
        <w:t xml:space="preserve">                "explanationIfRight":"123",</w:t>
        <w:br/>
        <w:t xml:space="preserve">                "explanationIfWrong":"321",</w:t>
        <w:br/>
        <w:t xml:space="preserve">                "showExplanationIfWrong":true,</w:t>
        <w:br/>
        <w:t xml:space="preserve">                "backTime":1,</w:t>
        <w:br/>
        <w:t xml:space="preserve">                "canSkip":true,</w:t>
        <w:br/>
        <w:t xml:space="preserve">                "illustration":null,</w:t>
        <w:br/>
        <w:t xml:space="preserve">                "type":0,</w:t>
        <w:br/>
        <w:t xml:space="preserve">                "mp3Url":"",</w:t>
        <w:br/>
        <w:t xml:space="preserve">                "status":1,</w:t>
        <w:br/>
        <w:t xml:space="preserve">                "createdTime":1620284587000</w:t>
        <w:br/>
        <w:t xml:space="preserve">            },</w:t>
        <w:br/>
        <w:t xml:space="preserve">            {</w:t>
        <w:br/>
        <w:t xml:space="preserve">                "examId":"1794097a449",</w:t>
        <w:br/>
        <w:t xml:space="preserve">                "vid":"1b448be3231ebf0005ec631a7e4247ee_1",</w:t>
        <w:br/>
        <w:t xml:space="preserve">                "showTime":2,</w:t>
        <w:br/>
        <w:t xml:space="preserve">                "question":"测试创建问答题目？",</w:t>
        <w:br/>
        <w:t xml:space="preserve">                "choices":"[{\"index\":0,\"content\":\"a\",\"right\":true},{\"index\":1,\"content\":\"b\",\"right\":false},{\"index\":2,\"content\":\"c\",\"right\":false}]",</w:t>
        <w:br/>
        <w:t xml:space="preserve">                "explanationIfRight":"答对啦",</w:t>
        <w:br/>
        <w:t xml:space="preserve">                "explanationIfWrong":"答错了",</w:t>
        <w:br/>
        <w:t xml:space="preserve">                "showExplanationIfWrong":true,</w:t>
        <w:br/>
        <w:t xml:space="preserve">                "backTime":1,</w:t>
        <w:br/>
        <w:t xml:space="preserve">                "canSkip":false,</w:t>
        <w:br/>
        <w:t xml:space="preserve">                "illustration":null,</w:t>
        <w:br/>
        <w:t xml:space="preserve">                "type":0,</w:t>
        <w:br/>
        <w:t xml:space="preserve">                "mp3Url":"",</w:t>
        <w:br/>
        <w:t xml:space="preserve">                "status":1,</w:t>
        <w:br/>
        <w:t xml:space="preserve">                "createdTime":1620286350000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"ptime is too old.",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查询单个视频的问答题目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