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上传视频封面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1、通过分类id或者视频id上传视频封面图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http://api.polyv.net/v2/video/upload-cover-image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2、请求参数vids（视频id），cateIds（分类id）：当传了vids参数，以vids为准，当vids不传，以cateIds为准，两个参数不能同时为空。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3、请求参数imageFile（图片文件），imageUrl（图片http链接），imageBase64（图片数据的base64形式）：图片上传形式，三者任选其一即可，传了多个则按imageFile，imageUrl，imageBase64顺序选取第一个不为空的形式，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注意</w:t>
      </w:r>
      <w:r>
        <w:rPr>
          <w:rFonts w:ascii="Source Han Sans SC" w:hAnsi="Source Han Sans SC" w:eastAsia="Source Han Sans SC" w:cs="Source Han Sans SC" w:hint="eastAsia"/>
          <w:sz w:val="21"/>
        </w:rPr>
        <w:t>：图片格式仅支持png、jpg、jpeg、gif、bmp，且图片大小不得超过5MB。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保利威点播账户id，可以参考【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】获取,获取路径：官网-&gt;登录-&gt;点播（API接口）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视频id，例如：1b448be3235552e5fafb16489eb01839_1，多个视频id用英文逗号隔开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分类id，例如：1615536384688，该参数获取自【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获取分类及子分类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】，多个分类id用英文逗号隔开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图片文件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图片链接，支持http、https协议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imageBase64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图片数据的base64形式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http://api.polyv.net/v2/video/upload-cover-image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s=1b448be32336069fd567bffc04f3e137_1%2C1b448be323a6a1a6c0c237856f555e88_1&amp;imageUrl=https%3A%2F%2Fd.lanrentuku.com%2Fdown%2Fpng%2F1410%2Fseo-icons%2Fpenguin.png&amp;sign=25108B8B497AD6FE6F1DB979A7FA617E10CE2252&amp;cateIds=1615536384688&amp;userid=1b448be323&amp;ptime=1620286028736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响应成功时返回图片的大图和小图链接【详见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】，响应失败时返回空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imageUrlSmall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图片的小图http链接，例如：http://img.videocc.net/uimage/1/1b448be323/first_image/645824f1-6697-4d14-b343-1ca5fdd4f574_s.png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imageUrlBig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图片的大图http链接，例如：http://img.videocc.net/uimage/1/1b448be323/first_image/645824f1-6697-4d14-b343-1ca5fdd4f574_b.png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LoggerFactory.getLogger(VodVideoPosterTest.class);</w:t>
        <w:br/>
        <w:t>/**</w:t>
        <w:br/>
        <w:t xml:space="preserve"> * 上传视频封面</w:t>
        <w:br/>
        <w:t xml:space="preserve"> */</w:t>
        <w:br/>
        <w:t>@Test</w:t>
        <w:br/>
        <w:t>public void testUploadPoster()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"http://api.polyv.net/v2/video/upload-cover-image";</w:t>
        <w:br/>
        <w:t xml:space="preserve">    String vids = "1b448be32336069fd567bffc04f3e137_1,1b448be323a6a1a6c0c237856f555e88_1";</w:t>
        <w:br/>
        <w:t xml:space="preserve">    String cateIds = "1615536384688";</w:t>
        <w:br/>
        <w:t xml:space="preserve">    String filePath = getClass().getResource("/file/").getPath() + "poster.png";</w:t>
        <w:br/>
        <w:t xml:space="preserve">    File imageFile = new File(filePath);</w:t>
        <w:br/>
        <w:t xml:space="preserve">    String imageUrl = "https://d.lanrentuku.com/down/png/1410/seo-icons/penguin.png";</w:t>
        <w:br/>
        <w:br/>
        <w:t xml:space="preserve">    Map&lt;String, String&gt; requestMap = new HashMap&lt;&gt;();</w:t>
        <w:br/>
        <w:t xml:space="preserve">    requestMap.put("userid", userid);</w:t>
        <w:br/>
        <w:t xml:space="preserve">    requestMap.put("ptime", ptime);</w:t>
        <w:br/>
        <w:t xml:space="preserve">    requestMap.put("vids", vids);</w:t>
        <w:br/>
        <w:t xml:space="preserve">    requestMap.put("cateIds",cateIds);</w:t>
        <w:br/>
        <w:t xml:space="preserve">    requestMap.put("imageUrl",imageUrl);</w:t>
        <w:br/>
        <w:t xml:space="preserve">    Map&lt;String,File&gt; fileMap = new HashMap&lt;&gt;();</w:t>
        <w:br/>
        <w:t xml:space="preserve">    fileMap.put("imageFile",imageFile);</w:t>
        <w:br/>
        <w:t xml:space="preserve">    requestMap.put("sign", VodSignUtil.getSign(requestMap, secretKey));</w:t>
        <w:br/>
        <w:br/>
        <w:t xml:space="preserve">    String response = HttpUtil.postFile(url,requestMap,fileMap,Constant.UTF8);</w:t>
        <w:br/>
        <w:t xml:space="preserve">    log.debug("测试上传视频封面,{}",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"success",</w:t>
        <w:br/>
        <w:tab/>
        <w:t>"data": {</w:t>
        <w:br/>
        <w:tab/>
        <w:tab/>
        <w:t>"imageUrlSmall": "http://img.videocc.net/uimage/1/1b448be323/first_image/645824f1-6697-4d14-b343-1ca5fdd4f574_s.png",</w:t>
        <w:br/>
        <w:tab/>
        <w:tab/>
        <w:t>"imageUrlBig": "http://img.videocc.net/uimage/1/1b448be323/first_image/645824f1-6697-4d14-b343-1ca5fdd4f574_b.png"</w:t>
        <w:br/>
        <w:tab/>
        <w:t>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"code":400,</w:t>
        <w:br/>
        <w:t xml:space="preserve">    "status":"error",</w:t>
        <w:br/>
        <w:t xml:space="preserve">    "message":"the sign is not right",</w:t>
        <w:br/>
        <w:t xml:space="preserve">    "data":""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时间戳过期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"code":400,</w:t>
        <w:br/>
        <w:t xml:space="preserve">    "status":"error",</w:t>
        <w:br/>
        <w:t xml:space="preserve">    "message":"ptime is too old.",</w:t>
        <w:br/>
        <w:t xml:space="preserve">    "data":""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内部错误，或传了非法参数程序转换异常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500,</w:t>
        <w:br/>
        <w:t xml:space="preserve">    "status": "fail",</w:t>
        <w:br/>
        <w:t xml:space="preserve">    "message": "undefined error",</w:t>
        <w:br/>
        <w:t xml:space="preserve">    "data": null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上传视频封面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